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公共卫生学院2023年拟推荐免试攻读硕士研究生名单公示</w:t>
      </w:r>
    </w:p>
    <w:p>
      <w:r>
        <w:t>根据教育部《2023年全国硕士研究生招生工作管理规定》、南通大学《关于做好推荐2023年优秀应届本科毕业生免试攻读硕士学位研究生工作的通知》和《公共卫生学院推荐优秀应届本科毕业生2023年免试攻读硕士研究生工作实施细则》等相关文件要求精神，经学生自主申报，学院审核，学生答辩，学院招生工作领导小组复核，学院党政联席会议讨论，现将拟推荐2023年免试攻读硕士学位研究生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1808011064</w:t>
            </w:r>
          </w:p>
        </w:tc>
        <w:tc>
          <w:tcPr>
            <w:tcW w:type="dxa" w:w="2160"/>
          </w:tcPr>
          <w:p>
            <w:r>
              <w:t>预防医学</w:t>
            </w:r>
          </w:p>
        </w:tc>
        <w:tc>
          <w:tcPr>
            <w:tcW w:type="dxa" w:w="2160"/>
          </w:tcPr>
          <w:p>
            <w:r>
              <w:t>张文逸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1818011033</w:t>
            </w:r>
          </w:p>
        </w:tc>
        <w:tc>
          <w:tcPr>
            <w:tcW w:type="dxa" w:w="2160"/>
          </w:tcPr>
          <w:p>
            <w:r>
              <w:t>预防医学</w:t>
            </w:r>
          </w:p>
        </w:tc>
        <w:tc>
          <w:tcPr>
            <w:tcW w:type="dxa" w:w="2160"/>
          </w:tcPr>
          <w:p>
            <w:r>
              <w:t>张硕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1818011014</w:t>
            </w:r>
          </w:p>
        </w:tc>
        <w:tc>
          <w:tcPr>
            <w:tcW w:type="dxa" w:w="2160"/>
          </w:tcPr>
          <w:p>
            <w:r>
              <w:t>预防医学</w:t>
            </w:r>
          </w:p>
        </w:tc>
        <w:tc>
          <w:tcPr>
            <w:tcW w:type="dxa" w:w="2160"/>
          </w:tcPr>
          <w:p>
            <w:r>
              <w:t>戚雅婷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1818011038</w:t>
            </w:r>
          </w:p>
        </w:tc>
        <w:tc>
          <w:tcPr>
            <w:tcW w:type="dxa" w:w="2160"/>
          </w:tcPr>
          <w:p>
            <w:r>
              <w:t>预防医学</w:t>
            </w:r>
          </w:p>
        </w:tc>
        <w:tc>
          <w:tcPr>
            <w:tcW w:type="dxa" w:w="2160"/>
          </w:tcPr>
          <w:p>
            <w:r>
              <w:t>马文静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1804031044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徐静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1915110081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柳少钧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1815051041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丁睿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1902110053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张乐萱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1917110095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褚修余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1917110109</w:t>
            </w:r>
          </w:p>
        </w:tc>
        <w:tc>
          <w:tcPr>
            <w:tcW w:type="dxa" w:w="2160"/>
          </w:tcPr>
          <w:p>
            <w:r>
              <w:t>医学检验技术</w:t>
            </w:r>
          </w:p>
        </w:tc>
        <w:tc>
          <w:tcPr>
            <w:tcW w:type="dxa" w:w="2160"/>
          </w:tcPr>
          <w:p>
            <w:r>
              <w:t>江晓丹</w:t>
            </w:r>
          </w:p>
        </w:tc>
      </w:tr>
    </w:tbl>
    <w:p>
      <w:r>
        <w:t>如有疑问，请与学院综合办公室联系，联系电话：0513-8501290 3（纪检）。</w:t>
      </w:r>
    </w:p>
    <w:p>
      <w:r>
        <w:t>公共卫生学院</w:t>
      </w:r>
    </w:p>
    <w:p>
      <w:r>
        <w:t>2022年9月21日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