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公共卫生学院拟推荐免试攻读硕士研究生名单公示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1719011015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朱文娟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1718011020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李政一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1718011047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于姝敏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1718011049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张雪阳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1718011063</w:t>
            </w:r>
          </w:p>
        </w:tc>
        <w:tc>
          <w:tcPr>
            <w:tcW w:type="dxa" w:w="1728"/>
          </w:tcPr>
          <w:p>
            <w:r>
              <w:t>预防医学</w:t>
            </w:r>
          </w:p>
        </w:tc>
        <w:tc>
          <w:tcPr>
            <w:tcW w:type="dxa" w:w="1728"/>
          </w:tcPr>
          <w:p>
            <w:r>
              <w:t>朱小琪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1719011108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戴慧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1719011089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樊鑫凤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1818021039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李洋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1818021063</w:t>
            </w:r>
          </w:p>
        </w:tc>
        <w:tc>
          <w:tcPr>
            <w:tcW w:type="dxa" w:w="1728"/>
          </w:tcPr>
          <w:p>
            <w:r>
              <w:t>医学检验技术</w:t>
            </w:r>
          </w:p>
        </w:tc>
        <w:tc>
          <w:tcPr>
            <w:tcW w:type="dxa" w:w="1728"/>
          </w:tcPr>
          <w:p>
            <w:r>
              <w:t>任静</w:t>
            </w:r>
          </w:p>
        </w:tc>
        <w:tc>
          <w:tcPr>
            <w:tcW w:type="dxa" w:w="1728"/>
          </w:tcPr>
          <w:p>
            <w:r/>
          </w:p>
        </w:tc>
      </w:tr>
    </w:tbl>
    <w:p>
      <w:r>
        <w:t>公示时间：2021年9月20日-9月22日，如有异议，请联系电话：85012906。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