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体育科学学院推荐2027年免试攻读研究生综合成绩排名公示</w:t>
      </w:r>
    </w:p>
    <w:p>
      <w:r>
        <w:t>现将《体育科学学院体育教育（师范）专业年级推荐2027年免试攻读研究生综合成绩排名表》予以公示，如有疑义请于9月10日下午17点前向体育科学学院党委或南通大学学生工作处反映。</w:t>
      </w:r>
    </w:p>
    <w:p>
      <w:r>
        <w:t>体育科学学院党委电话：55003359；</w:t>
      </w:r>
    </w:p>
    <w:p>
      <w:r>
        <w:t>体育科学学院学生工作办公室电话：55003350</w:t>
      </w:r>
    </w:p>
    <w:p>
      <w:r>
        <w:t>体育科学学院纪律监督电话：55003355</w:t>
      </w:r>
    </w:p>
    <w:p>
      <w:r>
        <w:t>南通大学学生工作处电话：85012165，电子邮箱：xsglk@ntu.edu.cn</w:t>
      </w:r>
    </w:p>
    <w:p>
      <w:r>
        <w:t>体育科学学院体育教育（师范）专业年级推荐2027年免试攻读研究生综合成绩排名表（1）.xls</w:t>
      </w:r>
    </w:p>
    <w:p>
      <w:r>
        <w:t>体育科学学院</w:t>
      </w:r>
    </w:p>
    <w:p>
      <w:r>
        <w:t>2026年9月8日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