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2027年优秀应届本科毕业生免试攻读研究生名单</w:t>
      </w:r>
    </w:p>
    <w:p>
      <w:pPr>
        <w:pStyle w:val="Heading2"/>
      </w:pPr>
      <w:r>
        <w:t>现将学院推荐2027年优秀应届本科毕业生免试攻读研究生名单公示如下（按姓氏笔画排序）。如对结果有疑义，请于9月16日17：00前向学院反映。</w:t>
      </w:r>
    </w:p>
    <w:p>
      <w:r>
        <w:t>王达王海航王秋懿王瑞豪王天宇龙猛</w:t>
      </w:r>
    </w:p>
    <w:p>
      <w:r>
        <w:t>卢伟叶丹莉刘朝阳刘翔刘心语孙龚烨</w:t>
      </w:r>
    </w:p>
    <w:p>
      <w:r>
        <w:t>孙旭初朱显政杜裕宸李雨轩陆马淇邵元晟</w:t>
      </w:r>
    </w:p>
    <w:p>
      <w:r>
        <w:t>沈曈杨昊杨欣彤余蓉蓉张金露张晓晖</w:t>
      </w:r>
    </w:p>
    <w:p>
      <w:r>
        <w:t>季宇辰周建良骆冯颖施海冰耿嘉文顾炎</w:t>
      </w:r>
    </w:p>
    <w:p>
      <w:r>
        <w:t>秦文昕徐文轩储佳琪</w:t>
      </w:r>
    </w:p>
    <w:p>
      <w:r>
        <w:t>学生工作办公室电话：0513-85012187邮箱：1428075063@qq.com</w:t>
      </w:r>
    </w:p>
    <w:p>
      <w:r>
        <w:t>特约监察员电话：0513-85012940邮箱：fulili@ntu.edu.cn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