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物联网学院2019年推荐优秀应届本科毕业生免试攻读硕士学位研究生方案</w:t>
      </w:r>
    </w:p>
    <w:p>
      <w:r>
        <w:t>根据教育部相关文件精神及学校《关于发布《南京邮电大学推荐优秀应届本科毕业生免试攻读硕士学位研究生管理办法》（修订）的通知》文件（校发〔2018〕38号）以及《关于做好2019年推荐优秀应届本科毕业生免试攻读硕士学位研究生工作的通知》（校发〔2018〕39号），学生依据学习成绩综合排名和能力排名两项成绩总和，根据专业比例从高到低，在符合文件规定资格的情况下，自愿报名申请参加学院组织的面试。被推荐前后，必修课或限制性选修课考试出现不及格课程的，补考通过后认定为及格课程。</w:t>
      </w:r>
    </w:p>
    <w:p>
      <w:r>
        <w:t>四、成绩评定方法</w:t>
      </w:r>
    </w:p>
    <w:p>
      <w:r>
        <w:t>专业综合排名总评成绩由三部分组成：</w:t>
      </w:r>
    </w:p>
    <w:p>
      <w:r>
        <w:t>学习成绩综合排名（占总评价分80％）；学生能力排名（占总评价分1 0％）；综合面试成绩（占总评价分1 0％）。</w:t>
      </w:r>
    </w:p>
    <w:p>
      <w:r>
        <w:t>附：能力分加分具体细则：</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科技竞赛</w:t>
            </w:r>
          </w:p>
        </w:tc>
        <w:tc>
          <w:tcPr>
            <w:tcW w:type="dxa" w:w="1728"/>
          </w:tcPr>
          <w:p>
            <w:r>
              <w:t>一等奖</w:t>
            </w:r>
          </w:p>
        </w:tc>
        <w:tc>
          <w:tcPr>
            <w:tcW w:type="dxa" w:w="1728"/>
          </w:tcPr>
          <w:p>
            <w:r>
              <w:t>二等奖</w:t>
            </w:r>
          </w:p>
        </w:tc>
        <w:tc>
          <w:tcPr>
            <w:tcW w:type="dxa" w:w="1728"/>
          </w:tcPr>
          <w:p>
            <w:r>
              <w:t>三等奖</w:t>
            </w:r>
          </w:p>
        </w:tc>
        <w:tc>
          <w:tcPr>
            <w:tcW w:type="dxa" w:w="1728"/>
          </w:tcPr>
          <w:p>
            <w:r>
              <w:t>优秀奖</w:t>
            </w:r>
          </w:p>
        </w:tc>
      </w:tr>
      <w:tr>
        <w:tc>
          <w:tcPr>
            <w:tcW w:type="dxa" w:w="1728"/>
          </w:tcPr>
          <w:p>
            <w:r>
              <w:t>国家级（含美国数模竞赛）</w:t>
            </w:r>
          </w:p>
        </w:tc>
        <w:tc>
          <w:tcPr>
            <w:tcW w:type="dxa" w:w="1728"/>
          </w:tcPr>
          <w:p>
            <w:r>
              <w:t>15</w:t>
            </w:r>
          </w:p>
        </w:tc>
        <w:tc>
          <w:tcPr>
            <w:tcW w:type="dxa" w:w="1728"/>
          </w:tcPr>
          <w:p>
            <w:r>
              <w:t>10</w:t>
            </w:r>
          </w:p>
        </w:tc>
        <w:tc>
          <w:tcPr>
            <w:tcW w:type="dxa" w:w="1728"/>
          </w:tcPr>
          <w:p>
            <w:r>
              <w:t>6</w:t>
            </w:r>
          </w:p>
        </w:tc>
        <w:tc>
          <w:tcPr>
            <w:tcW w:type="dxa" w:w="1728"/>
          </w:tcPr>
          <w:p>
            <w:r>
              <w:t>3</w:t>
            </w:r>
          </w:p>
        </w:tc>
      </w:tr>
      <w:tr>
        <w:tc>
          <w:tcPr>
            <w:tcW w:type="dxa" w:w="1728"/>
          </w:tcPr>
          <w:p>
            <w:r>
              <w:t>省级</w:t>
            </w:r>
          </w:p>
        </w:tc>
        <w:tc>
          <w:tcPr>
            <w:tcW w:type="dxa" w:w="1728"/>
          </w:tcPr>
          <w:p>
            <w:r>
              <w:t>10</w:t>
            </w:r>
          </w:p>
        </w:tc>
        <w:tc>
          <w:tcPr>
            <w:tcW w:type="dxa" w:w="1728"/>
          </w:tcPr>
          <w:p>
            <w:r>
              <w:t>6</w:t>
            </w:r>
          </w:p>
        </w:tc>
        <w:tc>
          <w:tcPr>
            <w:tcW w:type="dxa" w:w="1728"/>
          </w:tcPr>
          <w:p>
            <w:r>
              <w:t>3</w:t>
            </w:r>
          </w:p>
        </w:tc>
        <w:tc>
          <w:tcPr>
            <w:tcW w:type="dxa" w:w="1728"/>
          </w:tcPr>
          <w:p>
            <w:r>
              <w:t>1</w:t>
            </w:r>
          </w:p>
        </w:tc>
      </w:tr>
      <w:tr>
        <w:tc>
          <w:tcPr>
            <w:tcW w:type="dxa" w:w="1728"/>
          </w:tcPr>
          <w:p>
            <w:r>
              <w:t>市级</w:t>
            </w:r>
          </w:p>
        </w:tc>
        <w:tc>
          <w:tcPr>
            <w:tcW w:type="dxa" w:w="1728"/>
          </w:tcPr>
          <w:p>
            <w:r>
              <w:t>5</w:t>
            </w:r>
          </w:p>
        </w:tc>
        <w:tc>
          <w:tcPr>
            <w:tcW w:type="dxa" w:w="1728"/>
          </w:tcPr>
          <w:p>
            <w:r>
              <w:t>3</w:t>
            </w:r>
          </w:p>
        </w:tc>
        <w:tc>
          <w:tcPr>
            <w:tcW w:type="dxa" w:w="1728"/>
          </w:tcPr>
          <w:p>
            <w:r>
              <w:t>1</w:t>
            </w:r>
          </w:p>
        </w:tc>
        <w:tc>
          <w:tcPr>
            <w:tcW w:type="dxa" w:w="1728"/>
          </w:tcPr>
          <w:p>
            <w:r>
              <w:t>/</w:t>
            </w:r>
          </w:p>
        </w:tc>
      </w:tr>
      <w:tr>
        <w:tc>
          <w:tcPr>
            <w:tcW w:type="dxa" w:w="1728"/>
          </w:tcPr>
          <w:p>
            <w:r>
              <w:t>校级</w:t>
            </w:r>
          </w:p>
        </w:tc>
        <w:tc>
          <w:tcPr>
            <w:tcW w:type="dxa" w:w="1728"/>
          </w:tcPr>
          <w:p>
            <w:r>
              <w:t>2</w:t>
            </w:r>
          </w:p>
        </w:tc>
        <w:tc>
          <w:tcPr>
            <w:tcW w:type="dxa" w:w="1728"/>
          </w:tcPr>
          <w:p>
            <w:r>
              <w:t>1</w:t>
            </w:r>
          </w:p>
        </w:tc>
        <w:tc>
          <w:tcPr>
            <w:tcW w:type="dxa" w:w="1728"/>
          </w:tcPr>
          <w:p>
            <w:r>
              <w:t>0.5</w:t>
            </w:r>
          </w:p>
        </w:tc>
        <w:tc>
          <w:tcPr>
            <w:tcW w:type="dxa" w:w="1728"/>
          </w:tcPr>
          <w:p>
            <w:r>
              <w:t>/</w:t>
            </w:r>
          </w:p>
        </w:tc>
      </w:tr>
      <w:tr>
        <w:tc>
          <w:tcPr>
            <w:tcW w:type="dxa" w:w="1728"/>
          </w:tcPr>
          <w:p>
            <w:r>
              <w:t>科技成果（STITP）</w:t>
            </w:r>
          </w:p>
        </w:tc>
        <w:tc>
          <w:tcPr>
            <w:tcW w:type="dxa" w:w="1728"/>
          </w:tcPr>
          <w:p>
            <w:r>
              <w:t>优秀</w:t>
            </w:r>
          </w:p>
        </w:tc>
        <w:tc>
          <w:tcPr>
            <w:tcW w:type="dxa" w:w="1728"/>
          </w:tcPr>
          <w:p>
            <w:r>
              <w:t>良好</w:t>
            </w:r>
          </w:p>
        </w:tc>
        <w:tc>
          <w:tcPr>
            <w:tcW w:type="dxa" w:w="1728"/>
          </w:tcPr>
          <w:p>
            <w:r>
              <w:t>及格</w:t>
            </w:r>
          </w:p>
        </w:tc>
        <w:tc>
          <w:tcPr>
            <w:tcW w:type="dxa" w:w="1728"/>
          </w:tcPr>
          <w:p>
            <w:r>
              <w:t>不及格</w:t>
            </w:r>
          </w:p>
        </w:tc>
      </w:tr>
      <w:tr>
        <w:tc>
          <w:tcPr>
            <w:tcW w:type="dxa" w:w="1728"/>
          </w:tcPr>
          <w:p>
            <w:r>
              <w:t>国家级</w:t>
            </w:r>
          </w:p>
        </w:tc>
        <w:tc>
          <w:tcPr>
            <w:tcW w:type="dxa" w:w="1728"/>
          </w:tcPr>
          <w:p>
            <w:r>
              <w:t>10</w:t>
            </w:r>
          </w:p>
        </w:tc>
        <w:tc>
          <w:tcPr>
            <w:tcW w:type="dxa" w:w="1728"/>
          </w:tcPr>
          <w:p>
            <w:r>
              <w:t>8</w:t>
            </w:r>
          </w:p>
        </w:tc>
        <w:tc>
          <w:tcPr>
            <w:tcW w:type="dxa" w:w="1728"/>
          </w:tcPr>
          <w:p>
            <w:r>
              <w:t>6</w:t>
            </w:r>
          </w:p>
        </w:tc>
        <w:tc>
          <w:tcPr>
            <w:tcW w:type="dxa" w:w="1728"/>
          </w:tcPr>
          <w:p>
            <w:r>
              <w:t>/</w:t>
            </w:r>
          </w:p>
        </w:tc>
      </w:tr>
      <w:tr>
        <w:tc>
          <w:tcPr>
            <w:tcW w:type="dxa" w:w="1728"/>
          </w:tcPr>
          <w:p>
            <w:r>
              <w:t>省级</w:t>
            </w:r>
          </w:p>
        </w:tc>
        <w:tc>
          <w:tcPr>
            <w:tcW w:type="dxa" w:w="1728"/>
          </w:tcPr>
          <w:p>
            <w:r>
              <w:t>6</w:t>
            </w:r>
          </w:p>
        </w:tc>
        <w:tc>
          <w:tcPr>
            <w:tcW w:type="dxa" w:w="1728"/>
          </w:tcPr>
          <w:p>
            <w:r>
              <w:t>4</w:t>
            </w:r>
          </w:p>
        </w:tc>
        <w:tc>
          <w:tcPr>
            <w:tcW w:type="dxa" w:w="1728"/>
          </w:tcPr>
          <w:p>
            <w:r>
              <w:t>2</w:t>
            </w:r>
          </w:p>
        </w:tc>
        <w:tc>
          <w:tcPr>
            <w:tcW w:type="dxa" w:w="1728"/>
          </w:tcPr>
          <w:p>
            <w:r>
              <w:t>/</w:t>
            </w:r>
          </w:p>
        </w:tc>
      </w:tr>
      <w:tr>
        <w:tc>
          <w:tcPr>
            <w:tcW w:type="dxa" w:w="1728"/>
          </w:tcPr>
          <w:p>
            <w:r>
              <w:t>校级</w:t>
            </w:r>
          </w:p>
        </w:tc>
        <w:tc>
          <w:tcPr>
            <w:tcW w:type="dxa" w:w="1728"/>
          </w:tcPr>
          <w:p>
            <w:r>
              <w:t>2</w:t>
            </w:r>
          </w:p>
        </w:tc>
        <w:tc>
          <w:tcPr>
            <w:tcW w:type="dxa" w:w="1728"/>
          </w:tcPr>
          <w:p>
            <w:r>
              <w:t>1</w:t>
            </w:r>
          </w:p>
        </w:tc>
        <w:tc>
          <w:tcPr>
            <w:tcW w:type="dxa" w:w="1728"/>
          </w:tcPr>
          <w:p>
            <w:r>
              <w:t>0.5</w:t>
            </w:r>
          </w:p>
        </w:tc>
        <w:tc>
          <w:tcPr>
            <w:tcW w:type="dxa" w:w="1728"/>
          </w:tcPr>
          <w:p>
            <w:r>
              <w:t>/</w:t>
            </w:r>
          </w:p>
        </w:tc>
      </w:tr>
      <w:tr>
        <w:tc>
          <w:tcPr>
            <w:tcW w:type="dxa" w:w="1728"/>
          </w:tcPr>
          <w:p>
            <w:r>
              <w:t>荣誉称号</w:t>
            </w:r>
          </w:p>
        </w:tc>
        <w:tc>
          <w:tcPr>
            <w:tcW w:type="dxa" w:w="1728"/>
          </w:tcPr>
          <w:p>
            <w:r>
              <w:t>国家级</w:t>
            </w:r>
          </w:p>
        </w:tc>
        <w:tc>
          <w:tcPr>
            <w:tcW w:type="dxa" w:w="1728"/>
          </w:tcPr>
          <w:p>
            <w:r>
              <w:t>省级</w:t>
            </w:r>
          </w:p>
        </w:tc>
        <w:tc>
          <w:tcPr>
            <w:tcW w:type="dxa" w:w="1728"/>
          </w:tcPr>
          <w:p>
            <w:r>
              <w:t>校级标兵</w:t>
            </w:r>
          </w:p>
        </w:tc>
        <w:tc>
          <w:tcPr>
            <w:tcW w:type="dxa" w:w="1728"/>
          </w:tcPr>
          <w:p>
            <w:r>
              <w:t>校级</w:t>
            </w:r>
          </w:p>
        </w:tc>
      </w:tr>
      <w:tr>
        <w:tc>
          <w:tcPr>
            <w:tcW w:type="dxa" w:w="1728"/>
          </w:tcPr>
          <w:p>
            <w:r>
              <w:t>三好</w:t>
            </w:r>
          </w:p>
        </w:tc>
        <w:tc>
          <w:tcPr>
            <w:tcW w:type="dxa" w:w="1728"/>
          </w:tcPr>
          <w:p>
            <w:r>
              <w:t>21</w:t>
            </w:r>
          </w:p>
        </w:tc>
        <w:tc>
          <w:tcPr>
            <w:tcW w:type="dxa" w:w="1728"/>
          </w:tcPr>
          <w:p>
            <w:r>
              <w:t>15</w:t>
            </w:r>
          </w:p>
        </w:tc>
        <w:tc>
          <w:tcPr>
            <w:tcW w:type="dxa" w:w="1728"/>
          </w:tcPr>
          <w:p>
            <w:r>
              <w:t>8</w:t>
            </w:r>
          </w:p>
        </w:tc>
        <w:tc>
          <w:tcPr>
            <w:tcW w:type="dxa" w:w="1728"/>
          </w:tcPr>
          <w:p>
            <w:r>
              <w:t>4</w:t>
            </w:r>
          </w:p>
        </w:tc>
      </w:tr>
      <w:tr>
        <w:tc>
          <w:tcPr>
            <w:tcW w:type="dxa" w:w="1728"/>
          </w:tcPr>
          <w:p>
            <w:r>
              <w:t>优干</w:t>
            </w:r>
          </w:p>
        </w:tc>
        <w:tc>
          <w:tcPr>
            <w:tcW w:type="dxa" w:w="1728"/>
          </w:tcPr>
          <w:p>
            <w:r>
              <w:t>21</w:t>
            </w:r>
          </w:p>
        </w:tc>
        <w:tc>
          <w:tcPr>
            <w:tcW w:type="dxa" w:w="1728"/>
          </w:tcPr>
          <w:p>
            <w:r>
              <w:t>15</w:t>
            </w:r>
          </w:p>
        </w:tc>
        <w:tc>
          <w:tcPr>
            <w:tcW w:type="dxa" w:w="1728"/>
          </w:tcPr>
          <w:p>
            <w:r>
              <w:t>8</w:t>
            </w:r>
          </w:p>
        </w:tc>
        <w:tc>
          <w:tcPr>
            <w:tcW w:type="dxa" w:w="1728"/>
          </w:tcPr>
          <w:p>
            <w:r>
              <w:t>4</w:t>
            </w:r>
          </w:p>
        </w:tc>
      </w:tr>
      <w:tr>
        <w:tc>
          <w:tcPr>
            <w:tcW w:type="dxa" w:w="1728"/>
          </w:tcPr>
          <w:p>
            <w:r>
              <w:t>注：上述同一类型的荣誉称号只取最高分</w:t>
            </w:r>
          </w:p>
        </w:tc>
        <w:tc>
          <w:tcPr>
            <w:tcW w:type="dxa" w:w="1728"/>
          </w:tcPr>
          <w:p/>
        </w:tc>
        <w:tc>
          <w:tcPr>
            <w:tcW w:type="dxa" w:w="1728"/>
          </w:tcPr>
          <w:p/>
        </w:tc>
        <w:tc>
          <w:tcPr>
            <w:tcW w:type="dxa" w:w="1728"/>
          </w:tcPr>
          <w:p/>
        </w:tc>
        <w:tc>
          <w:tcPr>
            <w:tcW w:type="dxa" w:w="1728"/>
          </w:tcPr>
          <w:p/>
        </w:tc>
      </w:tr>
    </w:tbl>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论文</w:t>
            </w:r>
          </w:p>
        </w:tc>
        <w:tc>
          <w:tcPr>
            <w:tcW w:type="dxa" w:w="2160"/>
          </w:tcPr>
          <w:p>
            <w:r>
              <w:t>核心期刊A</w:t>
            </w:r>
          </w:p>
        </w:tc>
        <w:tc>
          <w:tcPr>
            <w:tcW w:type="dxa" w:w="2160"/>
          </w:tcPr>
          <w:p>
            <w:r>
              <w:t>核心期刊B</w:t>
            </w:r>
          </w:p>
        </w:tc>
        <w:tc>
          <w:tcPr>
            <w:tcW w:type="dxa" w:w="2160"/>
          </w:tcPr>
          <w:p>
            <w:r>
              <w:t>核心期刊C</w:t>
            </w:r>
          </w:p>
        </w:tc>
      </w:tr>
      <w:tr>
        <w:tc>
          <w:tcPr>
            <w:tcW w:type="dxa" w:w="2160"/>
          </w:tcPr>
          <w:p>
            <w:r>
              <w:t>第一作者公开发表或录用</w:t>
            </w:r>
          </w:p>
        </w:tc>
        <w:tc>
          <w:tcPr>
            <w:tcW w:type="dxa" w:w="2160"/>
          </w:tcPr>
          <w:p>
            <w:r>
              <w:t>12</w:t>
            </w:r>
          </w:p>
        </w:tc>
        <w:tc>
          <w:tcPr>
            <w:tcW w:type="dxa" w:w="2160"/>
          </w:tcPr>
          <w:p>
            <w:r>
              <w:t>8</w:t>
            </w:r>
          </w:p>
        </w:tc>
        <w:tc>
          <w:tcPr>
            <w:tcW w:type="dxa" w:w="2160"/>
          </w:tcPr>
          <w:p>
            <w:r>
              <w:t>6</w:t>
            </w:r>
          </w:p>
        </w:tc>
      </w:tr>
      <w:tr>
        <w:tc>
          <w:tcPr>
            <w:tcW w:type="dxa" w:w="2160"/>
          </w:tcPr>
          <w:p>
            <w:r>
              <w:t>技术发明专利</w:t>
            </w:r>
          </w:p>
        </w:tc>
        <w:tc>
          <w:tcPr>
            <w:tcW w:type="dxa" w:w="2160"/>
          </w:tcPr>
          <w:p>
            <w:r>
              <w:t>第一发明人</w:t>
            </w:r>
          </w:p>
        </w:tc>
        <w:tc>
          <w:tcPr>
            <w:tcW w:type="dxa" w:w="2160"/>
          </w:tcPr>
          <w:p>
            <w:r>
              <w:t>第二发明人</w:t>
            </w:r>
          </w:p>
        </w:tc>
        <w:tc>
          <w:tcPr>
            <w:tcW w:type="dxa" w:w="2160"/>
          </w:tcPr>
          <w:p>
            <w:r>
              <w:t>第三发明人</w:t>
            </w:r>
          </w:p>
        </w:tc>
      </w:tr>
      <w:tr>
        <w:tc>
          <w:tcPr>
            <w:tcW w:type="dxa" w:w="2160"/>
          </w:tcPr>
          <w:p>
            <w:r>
              <w:t>授权</w:t>
            </w:r>
          </w:p>
        </w:tc>
        <w:tc>
          <w:tcPr>
            <w:tcW w:type="dxa" w:w="2160"/>
          </w:tcPr>
          <w:p>
            <w:r>
              <w:t>15</w:t>
            </w:r>
          </w:p>
        </w:tc>
        <w:tc>
          <w:tcPr>
            <w:tcW w:type="dxa" w:w="2160"/>
          </w:tcPr>
          <w:p>
            <w:r>
              <w:t>10</w:t>
            </w:r>
          </w:p>
        </w:tc>
        <w:tc>
          <w:tcPr>
            <w:tcW w:type="dxa" w:w="2160"/>
          </w:tcPr>
          <w:p>
            <w:r>
              <w:t>5</w:t>
            </w:r>
          </w:p>
        </w:tc>
      </w:tr>
      <w:tr>
        <w:tc>
          <w:tcPr>
            <w:tcW w:type="dxa" w:w="2160"/>
          </w:tcPr>
          <w:p>
            <w:r>
              <w:t>公开</w:t>
            </w:r>
          </w:p>
        </w:tc>
        <w:tc>
          <w:tcPr>
            <w:tcW w:type="dxa" w:w="2160"/>
          </w:tcPr>
          <w:p>
            <w:r>
              <w:t>5</w:t>
            </w:r>
          </w:p>
        </w:tc>
        <w:tc>
          <w:tcPr>
            <w:tcW w:type="dxa" w:w="2160"/>
          </w:tcPr>
          <w:p>
            <w:r>
              <w:t>3</w:t>
            </w:r>
          </w:p>
        </w:tc>
        <w:tc>
          <w:tcPr>
            <w:tcW w:type="dxa" w:w="2160"/>
          </w:tcPr>
          <w:p>
            <w:r>
              <w:t>1</w:t>
            </w:r>
          </w:p>
        </w:tc>
      </w:tr>
    </w:tbl>
    <w:p>
      <w:r>
        <w:t>五、推免生名单确定</w:t>
      </w:r>
    </w:p>
    <w:p>
      <w:r>
        <w:t>由学院推免生领导工作小组按总成绩从高分到低分确定6名同学，其中：物联网工程专业3名（含一名备选），网络工程专业4名（含一名备选）。</w:t>
      </w:r>
    </w:p>
    <w:p>
      <w:r>
        <w:t>另外，对符合“创新创业专项”、“管理创新专项”和“研究生支教团”等专项推免计划中规定条件的同学可直接向学校相关部门进行专项申报。</w:t>
      </w:r>
    </w:p>
    <w:p>
      <w:r>
        <w:t>最终解释权归学院推免生工作领导小组。</w:t>
      </w:r>
    </w:p>
    <w:p>
      <w:r>
        <w:t>物联网学院</w:t>
      </w:r>
    </w:p>
    <w:p>
      <w:r>
        <w:t>20 18年9月5日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