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2020年物联网学院推免排名结果公示</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根据《南京邮电大学推荐优秀应届本科毕业生免试攻读硕士学位研究生管理办法》和《关于做好2020年推荐优秀应届本科毕业生免试攻读硕士学位研究生工作的通知》文件精神，经学院专家组面试、推免生工作领导小组审核并报学院党政联席会议研究决定，现将物联网学院推免排名结果公示如下：</w:t>
            </w:r>
          </w:p>
        </w:tc>
        <w:tc>
          <w:tcPr>
            <w:tcW w:type="dxa" w:w="1440"/>
          </w:tcPr>
          <w:p/>
        </w:tc>
        <w:tc>
          <w:tcPr>
            <w:tcW w:type="dxa" w:w="1440"/>
          </w:tcPr>
          <w:p/>
        </w:tc>
        <w:tc>
          <w:tcPr>
            <w:tcW w:type="dxa" w:w="1440"/>
          </w:tcPr>
          <w:p/>
        </w:tc>
        <w:tc>
          <w:tcPr>
            <w:tcW w:type="dxa" w:w="1440"/>
          </w:tcPr>
          <w:p/>
        </w:tc>
        <w:tc>
          <w:tcPr>
            <w:tcW w:type="dxa" w:w="1440"/>
          </w:tcPr>
          <w:p/>
        </w:tc>
      </w:tr>
      <w:tr>
        <w:tc>
          <w:tcPr>
            <w:tcW w:type="dxa" w:w="1440"/>
          </w:tcPr>
          <w:p>
            <w:r>
              <w:t>序号</w:t>
            </w:r>
          </w:p>
        </w:tc>
        <w:tc>
          <w:tcPr>
            <w:tcW w:type="dxa" w:w="1440"/>
          </w:tcPr>
          <w:p>
            <w:r>
              <w:t>学号</w:t>
            </w:r>
          </w:p>
        </w:tc>
        <w:tc>
          <w:tcPr>
            <w:tcW w:type="dxa" w:w="1440"/>
          </w:tcPr>
          <w:p>
            <w:r>
              <w:t>姓名</w:t>
            </w:r>
          </w:p>
        </w:tc>
        <w:tc>
          <w:tcPr>
            <w:tcW w:type="dxa" w:w="1440"/>
          </w:tcPr>
          <w:p>
            <w:r>
              <w:t>性别</w:t>
            </w:r>
          </w:p>
        </w:tc>
        <w:tc>
          <w:tcPr>
            <w:tcW w:type="dxa" w:w="1440"/>
          </w:tcPr>
          <w:p>
            <w:r>
              <w:t>所属专业</w:t>
            </w:r>
          </w:p>
        </w:tc>
        <w:tc>
          <w:tcPr>
            <w:tcW w:type="dxa" w:w="1440"/>
          </w:tcPr>
          <w:p>
            <w:r>
              <w:t>综合排名</w:t>
            </w:r>
          </w:p>
        </w:tc>
      </w:tr>
      <w:tr>
        <w:tc>
          <w:tcPr>
            <w:tcW w:type="dxa" w:w="1440"/>
          </w:tcPr>
          <w:p>
            <w:r>
              <w:t>1</w:t>
            </w:r>
          </w:p>
        </w:tc>
        <w:tc>
          <w:tcPr>
            <w:tcW w:type="dxa" w:w="1440"/>
          </w:tcPr>
          <w:p>
            <w:r>
              <w:t>B16070404</w:t>
            </w:r>
          </w:p>
        </w:tc>
        <w:tc>
          <w:tcPr>
            <w:tcW w:type="dxa" w:w="1440"/>
          </w:tcPr>
          <w:p>
            <w:r>
              <w:t>陈慧</w:t>
            </w:r>
          </w:p>
        </w:tc>
        <w:tc>
          <w:tcPr>
            <w:tcW w:type="dxa" w:w="1440"/>
          </w:tcPr>
          <w:p>
            <w:r>
              <w:t>女</w:t>
            </w:r>
          </w:p>
        </w:tc>
        <w:tc>
          <w:tcPr>
            <w:tcW w:type="dxa" w:w="1440"/>
          </w:tcPr>
          <w:p>
            <w:r>
              <w:t>网络工程</w:t>
            </w:r>
          </w:p>
        </w:tc>
        <w:tc>
          <w:tcPr>
            <w:tcW w:type="dxa" w:w="1440"/>
          </w:tcPr>
          <w:p>
            <w:r>
              <w:t>1</w:t>
            </w:r>
          </w:p>
        </w:tc>
      </w:tr>
      <w:tr>
        <w:tc>
          <w:tcPr>
            <w:tcW w:type="dxa" w:w="1440"/>
          </w:tcPr>
          <w:p>
            <w:r>
              <w:t>2</w:t>
            </w:r>
          </w:p>
        </w:tc>
        <w:tc>
          <w:tcPr>
            <w:tcW w:type="dxa" w:w="1440"/>
          </w:tcPr>
          <w:p>
            <w:r>
              <w:t>B16070415</w:t>
            </w:r>
          </w:p>
        </w:tc>
        <w:tc>
          <w:tcPr>
            <w:tcW w:type="dxa" w:w="1440"/>
          </w:tcPr>
          <w:p>
            <w:r>
              <w:t>朱跃</w:t>
            </w:r>
          </w:p>
        </w:tc>
        <w:tc>
          <w:tcPr>
            <w:tcW w:type="dxa" w:w="1440"/>
          </w:tcPr>
          <w:p>
            <w:r>
              <w:t>男</w:t>
            </w:r>
          </w:p>
        </w:tc>
        <w:tc>
          <w:tcPr>
            <w:tcW w:type="dxa" w:w="1440"/>
          </w:tcPr>
          <w:p>
            <w:r>
              <w:t>网络工程</w:t>
            </w:r>
          </w:p>
        </w:tc>
        <w:tc>
          <w:tcPr>
            <w:tcW w:type="dxa" w:w="1440"/>
          </w:tcPr>
          <w:p>
            <w:r>
              <w:t>2</w:t>
            </w:r>
          </w:p>
        </w:tc>
      </w:tr>
      <w:tr>
        <w:tc>
          <w:tcPr>
            <w:tcW w:type="dxa" w:w="1440"/>
          </w:tcPr>
          <w:p>
            <w:r>
              <w:t>3</w:t>
            </w:r>
          </w:p>
        </w:tc>
        <w:tc>
          <w:tcPr>
            <w:tcW w:type="dxa" w:w="1440"/>
          </w:tcPr>
          <w:p>
            <w:r>
              <w:t>B16070412</w:t>
            </w:r>
          </w:p>
        </w:tc>
        <w:tc>
          <w:tcPr>
            <w:tcW w:type="dxa" w:w="1440"/>
          </w:tcPr>
          <w:p>
            <w:r>
              <w:t>石雁航</w:t>
            </w:r>
          </w:p>
        </w:tc>
        <w:tc>
          <w:tcPr>
            <w:tcW w:type="dxa" w:w="1440"/>
          </w:tcPr>
          <w:p>
            <w:r>
              <w:t>男</w:t>
            </w:r>
          </w:p>
        </w:tc>
        <w:tc>
          <w:tcPr>
            <w:tcW w:type="dxa" w:w="1440"/>
          </w:tcPr>
          <w:p>
            <w:r>
              <w:t>网络工程</w:t>
            </w:r>
          </w:p>
        </w:tc>
        <w:tc>
          <w:tcPr>
            <w:tcW w:type="dxa" w:w="1440"/>
          </w:tcPr>
          <w:p>
            <w:r>
              <w:t>3</w:t>
            </w:r>
          </w:p>
        </w:tc>
      </w:tr>
      <w:tr>
        <w:tc>
          <w:tcPr>
            <w:tcW w:type="dxa" w:w="1440"/>
          </w:tcPr>
          <w:p>
            <w:r>
              <w:t>4</w:t>
            </w:r>
          </w:p>
        </w:tc>
        <w:tc>
          <w:tcPr>
            <w:tcW w:type="dxa" w:w="1440"/>
          </w:tcPr>
          <w:p>
            <w:r>
              <w:t>B16111014</w:t>
            </w:r>
          </w:p>
        </w:tc>
        <w:tc>
          <w:tcPr>
            <w:tcW w:type="dxa" w:w="1440"/>
          </w:tcPr>
          <w:p>
            <w:r>
              <w:t>陈玉</w:t>
            </w:r>
          </w:p>
        </w:tc>
        <w:tc>
          <w:tcPr>
            <w:tcW w:type="dxa" w:w="1440"/>
          </w:tcPr>
          <w:p>
            <w:r>
              <w:t>女</w:t>
            </w:r>
          </w:p>
        </w:tc>
        <w:tc>
          <w:tcPr>
            <w:tcW w:type="dxa" w:w="1440"/>
          </w:tcPr>
          <w:p>
            <w:r>
              <w:t>网络工程</w:t>
            </w:r>
          </w:p>
        </w:tc>
        <w:tc>
          <w:tcPr>
            <w:tcW w:type="dxa" w:w="1440"/>
          </w:tcPr>
          <w:p>
            <w:r>
              <w:t>4</w:t>
            </w:r>
          </w:p>
        </w:tc>
      </w:tr>
      <w:tr>
        <w:tc>
          <w:tcPr>
            <w:tcW w:type="dxa" w:w="1440"/>
          </w:tcPr>
          <w:p>
            <w:r>
              <w:t>5</w:t>
            </w:r>
          </w:p>
        </w:tc>
        <w:tc>
          <w:tcPr>
            <w:tcW w:type="dxa" w:w="1440"/>
          </w:tcPr>
          <w:p>
            <w:r>
              <w:t>B16070117</w:t>
            </w:r>
          </w:p>
        </w:tc>
        <w:tc>
          <w:tcPr>
            <w:tcW w:type="dxa" w:w="1440"/>
          </w:tcPr>
          <w:p>
            <w:r>
              <w:t>匡睿</w:t>
            </w:r>
          </w:p>
        </w:tc>
        <w:tc>
          <w:tcPr>
            <w:tcW w:type="dxa" w:w="1440"/>
          </w:tcPr>
          <w:p>
            <w:r>
              <w:t>男</w:t>
            </w:r>
          </w:p>
        </w:tc>
        <w:tc>
          <w:tcPr>
            <w:tcW w:type="dxa" w:w="1440"/>
          </w:tcPr>
          <w:p>
            <w:r>
              <w:t>网络工程</w:t>
            </w:r>
          </w:p>
        </w:tc>
        <w:tc>
          <w:tcPr>
            <w:tcW w:type="dxa" w:w="1440"/>
          </w:tcPr>
          <w:p>
            <w:r>
              <w:t>5（备选）</w:t>
            </w:r>
          </w:p>
        </w:tc>
      </w:tr>
      <w:tr>
        <w:tc>
          <w:tcPr>
            <w:tcW w:type="dxa" w:w="1440"/>
          </w:tcPr>
          <w:p>
            <w:r>
              <w:t>6</w:t>
            </w:r>
          </w:p>
        </w:tc>
        <w:tc>
          <w:tcPr>
            <w:tcW w:type="dxa" w:w="1440"/>
          </w:tcPr>
          <w:p>
            <w:r>
              <w:t>B16070503</w:t>
            </w:r>
          </w:p>
        </w:tc>
        <w:tc>
          <w:tcPr>
            <w:tcW w:type="dxa" w:w="1440"/>
          </w:tcPr>
          <w:p>
            <w:r>
              <w:t>阮倩昀</w:t>
            </w:r>
          </w:p>
        </w:tc>
        <w:tc>
          <w:tcPr>
            <w:tcW w:type="dxa" w:w="1440"/>
          </w:tcPr>
          <w:p>
            <w:r>
              <w:t>女</w:t>
            </w:r>
          </w:p>
        </w:tc>
        <w:tc>
          <w:tcPr>
            <w:tcW w:type="dxa" w:w="1440"/>
          </w:tcPr>
          <w:p>
            <w:r>
              <w:t>物联网工程</w:t>
            </w:r>
          </w:p>
        </w:tc>
        <w:tc>
          <w:tcPr>
            <w:tcW w:type="dxa" w:w="1440"/>
          </w:tcPr>
          <w:p>
            <w:r>
              <w:t>1</w:t>
            </w:r>
          </w:p>
        </w:tc>
      </w:tr>
      <w:tr>
        <w:tc>
          <w:tcPr>
            <w:tcW w:type="dxa" w:w="1440"/>
          </w:tcPr>
          <w:p>
            <w:r>
              <w:t>7</w:t>
            </w:r>
          </w:p>
        </w:tc>
        <w:tc>
          <w:tcPr>
            <w:tcW w:type="dxa" w:w="1440"/>
          </w:tcPr>
          <w:p>
            <w:r>
              <w:t>B16070504</w:t>
            </w:r>
          </w:p>
        </w:tc>
        <w:tc>
          <w:tcPr>
            <w:tcW w:type="dxa" w:w="1440"/>
          </w:tcPr>
          <w:p>
            <w:r>
              <w:t>张美楠</w:t>
            </w:r>
          </w:p>
        </w:tc>
        <w:tc>
          <w:tcPr>
            <w:tcW w:type="dxa" w:w="1440"/>
          </w:tcPr>
          <w:p>
            <w:r>
              <w:t>女</w:t>
            </w:r>
          </w:p>
        </w:tc>
        <w:tc>
          <w:tcPr>
            <w:tcW w:type="dxa" w:w="1440"/>
          </w:tcPr>
          <w:p>
            <w:r>
              <w:t>物联网工程</w:t>
            </w:r>
          </w:p>
        </w:tc>
        <w:tc>
          <w:tcPr>
            <w:tcW w:type="dxa" w:w="1440"/>
          </w:tcPr>
          <w:p>
            <w:r>
              <w:t>2</w:t>
            </w:r>
          </w:p>
        </w:tc>
      </w:tr>
      <w:tr>
        <w:tc>
          <w:tcPr>
            <w:tcW w:type="dxa" w:w="1440"/>
          </w:tcPr>
          <w:p>
            <w:r>
              <w:t>8</w:t>
            </w:r>
          </w:p>
        </w:tc>
        <w:tc>
          <w:tcPr>
            <w:tcW w:type="dxa" w:w="1440"/>
          </w:tcPr>
          <w:p>
            <w:r>
              <w:t>B16112112</w:t>
            </w:r>
          </w:p>
        </w:tc>
        <w:tc>
          <w:tcPr>
            <w:tcW w:type="dxa" w:w="1440"/>
          </w:tcPr>
          <w:p>
            <w:r>
              <w:t>孟影</w:t>
            </w:r>
          </w:p>
        </w:tc>
        <w:tc>
          <w:tcPr>
            <w:tcW w:type="dxa" w:w="1440"/>
          </w:tcPr>
          <w:p>
            <w:r>
              <w:t>女</w:t>
            </w:r>
          </w:p>
        </w:tc>
        <w:tc>
          <w:tcPr>
            <w:tcW w:type="dxa" w:w="1440"/>
          </w:tcPr>
          <w:p>
            <w:r>
              <w:t>物联网工程</w:t>
            </w:r>
          </w:p>
        </w:tc>
        <w:tc>
          <w:tcPr>
            <w:tcW w:type="dxa" w:w="1440"/>
          </w:tcPr>
          <w:p>
            <w:r>
              <w:t>3（备选）</w:t>
            </w:r>
          </w:p>
        </w:tc>
      </w:tr>
      <w:tr>
        <w:tc>
          <w:tcPr>
            <w:tcW w:type="dxa" w:w="1440"/>
          </w:tcPr>
          <w:p>
            <w:r>
              <w:t>公示期:一周，如有异议,联系电话：83535107周老师</w:t>
            </w:r>
          </w:p>
        </w:tc>
        <w:tc>
          <w:tcPr>
            <w:tcW w:type="dxa" w:w="1440"/>
          </w:tcPr>
          <w:p/>
        </w:tc>
        <w:tc>
          <w:tcPr>
            <w:tcW w:type="dxa" w:w="1440"/>
          </w:tcPr>
          <w:p/>
        </w:tc>
        <w:tc>
          <w:tcPr>
            <w:tcW w:type="dxa" w:w="1440"/>
          </w:tcPr>
          <w:p/>
        </w:tc>
        <w:tc>
          <w:tcPr>
            <w:tcW w:type="dxa" w:w="1440"/>
          </w:tcPr>
          <w:p/>
        </w:tc>
        <w:tc>
          <w:tcPr>
            <w:tcW w:type="dxa" w:w="1440"/>
          </w:tcPr>
          <w:p/>
        </w:tc>
      </w:tr>
      <w:tr>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t>2019年9月12日</w:t>
            </w: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