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推免生表格（空）和承诺书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第一志愿</w:t>
            </w:r>
          </w:p>
        </w:tc>
        <w:tc>
          <w:tcPr>
            <w:tcW w:type="dxa" w:w="1440"/>
          </w:tcPr>
          <w:p>
            <w:r>
              <w:t>学校、学院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学科或专业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第二志愿</w:t>
            </w:r>
          </w:p>
        </w:tc>
        <w:tc>
          <w:tcPr>
            <w:tcW w:type="dxa" w:w="1440"/>
          </w:tcPr>
          <w:p>
            <w:r>
              <w:t>学校、学院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学科或专业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第三志愿</w:t>
            </w:r>
          </w:p>
        </w:tc>
        <w:tc>
          <w:tcPr>
            <w:tcW w:type="dxa" w:w="1440"/>
          </w:tcPr>
          <w:p>
            <w:r>
              <w:t>学校、学院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学科或专业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是否服从其它专业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在校期间受过何种奖励(含学科竞赛奖励)，参加过何种竞赛，受过何种荣誉称号（含省优干、省三好，校优干、校标兵、校三好，一等奖学金等）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学年</w:t>
            </w:r>
          </w:p>
        </w:tc>
        <w:tc>
          <w:tcPr>
            <w:tcW w:type="dxa" w:w="1440"/>
          </w:tcPr>
          <w:p>
            <w:r>
              <w:t>智育测评</w:t>
            </w:r>
          </w:p>
        </w:tc>
        <w:tc>
          <w:tcPr>
            <w:tcW w:type="dxa" w:w="1440"/>
          </w:tcPr>
          <w:p>
            <w:r>
              <w:t>名次</w:t>
            </w:r>
          </w:p>
        </w:tc>
        <w:tc>
          <w:tcPr>
            <w:tcW w:type="dxa" w:w="1440"/>
          </w:tcPr>
          <w:p>
            <w:r>
              <w:t>德育测评</w:t>
            </w:r>
          </w:p>
        </w:tc>
        <w:tc>
          <w:tcPr>
            <w:tcW w:type="dxa" w:w="1440"/>
          </w:tcPr>
          <w:p>
            <w:r>
              <w:t>能力排名/分</w:t>
            </w:r>
          </w:p>
        </w:tc>
        <w:tc>
          <w:tcPr>
            <w:tcW w:type="dxa" w:w="1440"/>
          </w:tcPr>
          <w:p>
            <w:r>
              <w:t>体育达标</w:t>
            </w:r>
          </w:p>
        </w:tc>
      </w:tr>
      <w:tr>
        <w:tc>
          <w:tcPr>
            <w:tcW w:type="dxa" w:w="1440"/>
          </w:tcPr>
          <w:p>
            <w:r>
              <w:t>第一学年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第二学年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第三学年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三年总评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CET4</w:t>
            </w:r>
          </w:p>
        </w:tc>
        <w:tc>
          <w:tcPr>
            <w:tcW w:type="dxa" w:w="1440"/>
          </w:tcPr>
          <w:p>
            <w:r>
              <w:t>年月成绩</w:t>
            </w:r>
          </w:p>
        </w:tc>
        <w:tc>
          <w:tcPr>
            <w:tcW w:type="dxa" w:w="1440"/>
          </w:tcPr>
          <w:p>
            <w:r>
              <w:t>计算机二级</w:t>
            </w:r>
          </w:p>
        </w:tc>
        <w:tc>
          <w:tcPr>
            <w:tcW w:type="dxa" w:w="1440"/>
          </w:tcPr>
          <w:p>
            <w:r>
              <w:t>年月成绩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CET6</w:t>
            </w:r>
          </w:p>
        </w:tc>
        <w:tc>
          <w:tcPr>
            <w:tcW w:type="dxa" w:w="1440"/>
          </w:tcPr>
          <w:p>
            <w:r>
              <w:t>年月成绩</w:t>
            </w:r>
          </w:p>
        </w:tc>
        <w:tc>
          <w:tcPr>
            <w:tcW w:type="dxa" w:w="1440"/>
          </w:tcPr>
          <w:p>
            <w:r>
              <w:t>计算机三级</w:t>
            </w:r>
          </w:p>
        </w:tc>
        <w:tc>
          <w:tcPr>
            <w:tcW w:type="dxa" w:w="1440"/>
          </w:tcPr>
          <w:p>
            <w:r>
              <w:t>年月成绩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政治思想表现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院党委负责人签字：（学院党委章）年月日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学院推荐意见（含业务能力评价）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院长签字：（学院章）本专业同年级学生数：年月日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</w:tblGrid>
      <w:tr>
        <w:tc>
          <w:tcPr>
            <w:tcW w:type="dxa" w:w="309"/>
          </w:tcPr>
          <w:p>
            <w:r>
              <w:t>免试攻读硕士学位研究生信息汇总表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</w:tr>
      <w:tr>
        <w:tc>
          <w:tcPr>
            <w:tcW w:type="dxa" w:w="309"/>
          </w:tcPr>
          <w:p>
            <w:r>
              <w:t>序号</w:t>
            </w:r>
          </w:p>
        </w:tc>
        <w:tc>
          <w:tcPr>
            <w:tcW w:type="dxa" w:w="309"/>
          </w:tcPr>
          <w:p>
            <w:r>
              <w:t>学号</w:t>
            </w:r>
          </w:p>
        </w:tc>
        <w:tc>
          <w:tcPr>
            <w:tcW w:type="dxa" w:w="309"/>
          </w:tcPr>
          <w:p>
            <w:r>
              <w:t>姓名</w:t>
            </w:r>
          </w:p>
        </w:tc>
        <w:tc>
          <w:tcPr>
            <w:tcW w:type="dxa" w:w="309"/>
          </w:tcPr>
          <w:p>
            <w:r>
              <w:t>班级</w:t>
            </w:r>
          </w:p>
        </w:tc>
        <w:tc>
          <w:tcPr>
            <w:tcW w:type="dxa" w:w="309"/>
          </w:tcPr>
          <w:p>
            <w:r>
              <w:t>所属专业</w:t>
            </w:r>
          </w:p>
        </w:tc>
        <w:tc>
          <w:tcPr>
            <w:tcW w:type="dxa" w:w="309"/>
          </w:tcPr>
          <w:p>
            <w:r>
              <w:t>平均学分绩点</w:t>
            </w:r>
          </w:p>
        </w:tc>
        <w:tc>
          <w:tcPr>
            <w:tcW w:type="dxa" w:w="309"/>
          </w:tcPr>
          <w:p>
            <w:r>
              <w:t>平均学分绩点在本专业排名</w:t>
            </w:r>
          </w:p>
        </w:tc>
        <w:tc>
          <w:tcPr>
            <w:tcW w:type="dxa" w:w="309"/>
          </w:tcPr>
          <w:p>
            <w:r>
              <w:t>CET6专4最高成绩</w:t>
            </w:r>
          </w:p>
        </w:tc>
        <w:tc>
          <w:tcPr>
            <w:tcW w:type="dxa" w:w="309"/>
          </w:tcPr>
          <w:p>
            <w:r>
              <w:t>学生学习成绩综合排名成绩（占总评价分75%左右）</w:t>
            </w:r>
          </w:p>
        </w:tc>
        <w:tc>
          <w:tcPr>
            <w:tcW w:type="dxa" w:w="309"/>
          </w:tcPr>
          <w:p>
            <w:r>
              <w:t>学生能力排名成绩（占总评价分15%左右）</w:t>
            </w:r>
          </w:p>
        </w:tc>
        <w:tc>
          <w:tcPr>
            <w:tcW w:type="dxa" w:w="309"/>
          </w:tcPr>
          <w:p>
            <w:r>
              <w:t>专业面试成绩（占总评价分10%左右）</w:t>
            </w:r>
          </w:p>
        </w:tc>
        <w:tc>
          <w:tcPr>
            <w:tcW w:type="dxa" w:w="309"/>
          </w:tcPr>
          <w:p>
            <w:r>
              <w:t>总评价分</w:t>
            </w:r>
          </w:p>
        </w:tc>
        <w:tc>
          <w:tcPr>
            <w:tcW w:type="dxa" w:w="309"/>
          </w:tcPr>
          <w:p>
            <w:r>
              <w:t>推免总评价分在本专业排名</w:t>
            </w:r>
          </w:p>
        </w:tc>
        <w:tc>
          <w:tcPr>
            <w:tcW w:type="dxa" w:w="309"/>
          </w:tcPr>
          <w:p>
            <w:r>
              <w:t>推荐排名</w:t>
            </w:r>
          </w:p>
        </w:tc>
        <w:tc>
          <w:tcPr>
            <w:tcW w:type="dxa" w:w="309"/>
          </w:tcPr>
          <w:p>
            <w:r>
              <w:t>第一志愿</w:t>
            </w:r>
          </w:p>
        </w:tc>
        <w:tc>
          <w:tcPr>
            <w:tcW w:type="dxa" w:w="309"/>
          </w:tcPr>
          <w:p>
            <w:r>
              <w:t>第二志愿</w:t>
            </w:r>
          </w:p>
        </w:tc>
        <w:tc>
          <w:tcPr>
            <w:tcW w:type="dxa" w:w="309"/>
          </w:tcPr>
          <w:p>
            <w:r>
              <w:t>第三志愿</w:t>
            </w:r>
          </w:p>
        </w:tc>
        <w:tc>
          <w:tcPr>
            <w:tcW w:type="dxa" w:w="309"/>
          </w:tcPr>
          <w:p>
            <w:r>
              <w:t>是否服从其它专业</w:t>
            </w:r>
          </w:p>
        </w:tc>
        <w:tc>
          <w:tcPr>
            <w:tcW w:type="dxa" w:w="309"/>
          </w:tcPr>
          <w:p>
            <w:r>
              <w:t>是否申请本校硕博连读</w:t>
            </w:r>
          </w:p>
        </w:tc>
        <w:tc>
          <w:tcPr>
            <w:tcW w:type="dxa" w:w="309"/>
          </w:tcPr>
          <w:p>
            <w:r>
              <w:t>联系电话</w:t>
            </w:r>
          </w:p>
        </w:tc>
        <w:tc>
          <w:tcPr>
            <w:tcW w:type="dxa" w:w="309"/>
          </w:tcPr>
          <w:p>
            <w:r>
              <w:t>党、团员</w:t>
            </w:r>
          </w:p>
        </w:tc>
        <w:tc>
          <w:tcPr>
            <w:tcW w:type="dxa" w:w="309"/>
          </w:tcPr>
          <w:p>
            <w:r>
              <w:t>获得荣誉、奖学金累计次数</w:t>
            </w:r>
          </w:p>
        </w:tc>
        <w:tc>
          <w:tcPr>
            <w:tcW w:type="dxa" w:w="309"/>
          </w:tcPr>
          <w:p>
            <w:r>
              <w:t>备注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</w:tr>
      <w:tr>
        <w:tc>
          <w:tcPr>
            <w:tcW w:type="dxa" w:w="309"/>
          </w:tcPr>
          <w:p>
            <w:r>
              <w:t>省优干</w:t>
            </w:r>
          </w:p>
        </w:tc>
        <w:tc>
          <w:tcPr>
            <w:tcW w:type="dxa" w:w="309"/>
          </w:tcPr>
          <w:p>
            <w:r>
              <w:t>省三好</w:t>
            </w:r>
          </w:p>
        </w:tc>
        <w:tc>
          <w:tcPr>
            <w:tcW w:type="dxa" w:w="309"/>
          </w:tcPr>
          <w:p>
            <w:r>
              <w:t>校标兵</w:t>
            </w:r>
          </w:p>
        </w:tc>
        <w:tc>
          <w:tcPr>
            <w:tcW w:type="dxa" w:w="309"/>
          </w:tcPr>
          <w:p>
            <w:r>
              <w:t>校三好</w:t>
            </w:r>
          </w:p>
        </w:tc>
        <w:tc>
          <w:tcPr>
            <w:tcW w:type="dxa" w:w="309"/>
          </w:tcPr>
          <w:p>
            <w:r>
              <w:t>校优干</w:t>
            </w:r>
          </w:p>
        </w:tc>
        <w:tc>
          <w:tcPr>
            <w:tcW w:type="dxa" w:w="309"/>
          </w:tcPr>
          <w:p>
            <w:r>
              <w:t>一等奖学金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  <w:tc>
          <w:tcPr>
            <w:tcW w:type="dxa" w:w="309"/>
          </w:tcPr>
          <w:p/>
        </w:tc>
      </w:tr>
      <w:tr>
        <w:tc>
          <w:tcPr>
            <w:tcW w:type="dxa" w:w="309"/>
          </w:tcPr>
          <w:p>
            <w:r>
              <w:t>1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2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3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4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5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6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7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8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9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10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11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12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13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14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15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16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17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18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19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20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21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22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23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24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25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26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27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>
              <w:t>28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>
              <w:t>学院盖章：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>
              <w:t>院长签字：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>
              <w:t>填报人：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>
              <w:t>填报日期：</w:t>
            </w:r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  <w:tr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  <w:tc>
          <w:tcPr>
            <w:tcW w:type="dxa" w:w="309"/>
          </w:tcPr>
          <w:p>
            <w:r/>
          </w:p>
        </w:tc>
      </w:tr>
    </w:tbl>
    <w:p>
      <w:r>
        <w:t>附件六：</w:t>
      </w:r>
    </w:p>
    <w:p>
      <w:r>
        <w:t>南京邮电大学推荐免试入学硕士研究生承诺书</w:t>
      </w:r>
    </w:p>
    <w:p>
      <w:r>
        <w:t>本人了解并理解学校关于免试推荐工作的有关规定，并作出如下承诺：</w:t>
      </w:r>
    </w:p>
    <w:p>
      <w:r>
        <w:t>1.被确定为2020年免试入学硕士研究生后，不再参加全国硕士研究生招生考试。</w:t>
      </w:r>
    </w:p>
    <w:p>
      <w:r>
        <w:t>2．被确定为2020年免试入学硕士研究生后，不放弃推荐免试生入学资格，不参加就业分配。</w:t>
      </w:r>
    </w:p>
    <w:p>
      <w:r>
        <w:t>3．被确定为2020年免试入学硕士研究生后，至研究生学业完成期间，不办理出国留学手续。</w:t>
      </w:r>
    </w:p>
    <w:p>
      <w:r>
        <w:t>4．本人保证遵守以上三条规定，如以各种原因放弃保研而使学校浪费宝贵的保研名额，愿意接受处罚，同意学校将违反承诺书的行为记入本人诚信档案，并将本承诺书寄承诺人所去学校或单位。</w:t>
      </w:r>
    </w:p>
    <w:p>
      <w:r>
        <w:t>承诺人签名：</w:t>
      </w:r>
    </w:p>
    <w:p>
      <w:r>
        <w:t>20年月日</w:t>
      </w:r>
    </w:p>
    <w:p>
      <w:r>
        <w:t>─ 1 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