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海外学院推免研究生信息公示</w:t>
      </w:r>
    </w:p>
    <w:p>
      <w:r>
        <w:t>发布时间：2016-09-21动态浏览次数：1419</w:t>
      </w:r>
    </w:p>
    <w:p>
      <w:r>
        <w:t>根据相关要求，现将海外教育学院推免研究生信息公示如下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