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教育科学与技术学院拟推荐免试2017级研究生补充公示名单</w:t>
      </w:r>
    </w:p>
    <w:p>
      <w:r>
        <w:t>因B13150204陈宏利同学获得了推荐免试研究生创新创业专项的资格，根据《南京邮电大学推荐优秀应届本科毕业生免试攻读硕士学位研究生管理办法》（修订）及我院2017年推荐优秀应届本科毕业生免试攻读硕士学位研究生工作方案，对2016年9月18日公示的名单调整如下。公示期为十天，自2016年9月21日至2016年9月30日。</w:t>
      </w:r>
    </w:p>
    <w:p>
      <w:r>
        <w:t>凡对名单有异议者，请书面具名向南京邮电大学教育科学与技术学院办公室反映。</w:t>
      </w:r>
    </w:p>
    <w:p>
      <w:r>
        <w:t>教育科学与技术学院：联系电话：025-85866373，电子邮箱：jyjx@jupt.edu.cn</w:t>
      </w:r>
    </w:p>
    <w:p>
      <w:r>
        <w:t>地址：仙林校区文科楼401室。</w:t>
      </w:r>
    </w:p>
    <w:p>
      <w:r>
        <w:t>教育科学与技术学院2017级硕士研究生推免公示名单（调整版）.xls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