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新闻与文化传播学院推荐2026届优秀应届本科毕业生免试攻读硕士学位研究生综合评分结果公示</w:t>
      </w:r>
    </w:p>
    <w:p>
      <w:pPr>
        <w:pStyle w:val="Heading2"/>
      </w:pPr>
      <w:r>
        <w:t>通知公告</w:t>
      </w:r>
    </w:p>
    <w:p>
      <w:r>
        <w:t>首页通知公告正文</w:t>
      </w:r>
    </w:p>
    <w:p>
      <w:pPr>
        <w:pStyle w:val="Heading4"/>
      </w:pPr>
      <w:r>
        <w:t>发布时间：2025-09-08 09:30:08来源：新闻学院作者：许云点击：1146</w:t>
      </w:r>
    </w:p>
    <w:p>
      <w:r>
        <w:t>学院推免工作小组根据《南京财经大学推荐优秀应届本科毕业生免试攻读研究生工作管理办法（试行）》、《南京财经大学新闻与文化传播学院2026届推荐优秀应届本科毕业生免试攻读研究生工作细则（试行）》等规定，经审核学生的申请资格并组织全面审核鉴定，现将申请者综合成绩予以公示，具体见附件。</w:t>
      </w:r>
    </w:p>
    <w:p>
      <w:r>
        <w:t>公示期：2025年9月8日－2025年9月10日。如有异议，请于公示期内与学院推免工作小组联系，电话：025-86718431。</w:t>
      </w:r>
    </w:p>
    <w:p>
      <w:r>
        <w:t>新闻与文化传播学院</w:t>
      </w:r>
    </w:p>
    <w:p>
      <w:r>
        <w:t>2025年9月8日</w:t>
      </w:r>
    </w:p>
    <w:p>
      <w:pPr>
        <w:pStyle w:val="ListBullet"/>
      </w:pPr>
      <w:r>
        <w:t>附件【新闻与文化传播学院推荐2026届优秀应届本科毕业生免试攻读硕士学位研究生综合评价总分及拟推荐名单.xlsx】已下载706次</w:t>
      </w:r>
    </w:p>
    <w:p>
      <w:r>
        <w:t>上一条：推荐优秀共青团员作为入党积极分子公示</w:t>
      </w:r>
    </w:p>
    <w:p>
      <w:r>
        <w:t>下一条：新闻与文化传播学院2026届研究生推免学术成果答辩会</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