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经济与管理学院2021届本科生推荐免试攻读硕士学位研究生专长潜质类申请材料公示</w:t>
      </w:r>
    </w:p>
    <w:p>
      <w:r>
        <w:t>&lt;div class="page_banner_phone visible-xs"&gt;</w:t>
        <w:br/>
        <w:t xml:space="preserve"> &lt;img src="/_upload/tpl/01/e0/480/template480/images/page_banner01_b.jpg" /&gt;</w:t>
        <w:br/>
        <w:t>&lt;/div&gt;</w:t>
      </w:r>
    </w:p>
    <w:p>
      <w:r>
        <w:t>page_banner</w:t>
      </w:r>
    </w:p>
    <w:p>
      <w:pPr>
        <w:pStyle w:val="Heading3"/>
      </w:pPr>
      <w:r>
        <w:t>通知公告</w:t>
      </w:r>
    </w:p>
    <w:p>
      <w:pPr>
        <w:pStyle w:val="ListBullet"/>
      </w:pPr>
      <w:r>
        <w:t>规章制度</w:t>
      </w:r>
    </w:p>
    <w:p>
      <w:pPr>
        <w:pStyle w:val="ListBullet"/>
      </w:pPr>
      <w:r>
        <w:t>年报</w:t>
      </w:r>
    </w:p>
    <w:p>
      <w:pPr>
        <w:pStyle w:val="ListBullet"/>
      </w:pPr>
      <w:r>
        <w:t>公示公告</w:t>
      </w:r>
    </w:p>
    <w:p>
      <w:pPr>
        <w:pStyle w:val="Heading3"/>
      </w:pPr>
      <w:r>
        <w:t>公示公告</w:t>
      </w:r>
    </w:p>
    <w:p>
      <w:r>
        <w:t>当前位置：首页通知公告公示公告</w:t>
      </w:r>
    </w:p>
    <w:p>
      <w:r>
        <w:t>时间：2020-09-28作者：审核：来源：经济管理学院点击：1501次</w:t>
      </w:r>
    </w:p>
    <w:p>
      <w:r>
        <w:t>各位同学：根据《南京航空航天大学关于做好2021届本科毕业生推荐免试攻读硕士学位研究生工作的通知》以及《经济与管理学院2021届本科生推荐免试攻读硕士研究生工作细则》规定的相关流程与要求，经过学院推免工作小组审核，拟推荐以下同学参加专长潜质类免试攻读硕士研究生申请，具体通过名单以教务处公示为准，特此公示。</w:t>
      </w:r>
    </w:p>
    <w:p>
      <w:r>
        <w:t>经济与管理学院2020年9月28日</w:t>
      </w:r>
    </w:p>
    <w:p>
      <w:r>
        <w:t>经济与管理学院2021届申报专长潜质类学生材料.zip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