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南京航空航天大学关于做好2027届本科毕业生推荐免试攻读研究生工作的通知</w:t>
      </w:r>
    </w:p>
    <w:p>
      <w:r>
        <w:t>各相关单位：</w:t>
      </w:r>
    </w:p>
    <w:p>
      <w:r>
        <w:t>根据教育部推荐优秀应届本科毕业生免试攻读研究生工作相关文件要求，现启动我校2027届本科毕业生推免工作。</w:t>
      </w:r>
    </w:p>
    <w:p>
      <w:r>
        <w:t>推荐优秀应届本科毕业生免试攻读研究生工作（简称“推免工作”）是我校人才培养工作的重要组成部分，对高层次拔尖创新人才的培养具有十分重要的意义。各学院要按照学校的统一安排，组织制定本学院遴选推荐综合评价办法和工作程序，遵循公平、公正、公开的原则，规范组织2027届本科毕业生推免遴选推荐工作。</w:t>
      </w:r>
    </w:p>
    <w:p>
      <w:r>
        <w:t>一、组织领导</w:t>
      </w:r>
    </w:p>
    <w:p>
      <w:r>
        <w:t>在学校招生委员会领导下，开展2027届本科毕业生推免工作。成立校推免生遴选推荐委员会（简称“校推免委员会”），成员如下：</w:t>
      </w:r>
    </w:p>
    <w:p>
      <w:r>
        <w:t>主任：姜斌</w:t>
      </w:r>
    </w:p>
    <w:p>
      <w:r>
        <w:t>副主任：刘宇雷潘时龙</w:t>
      </w:r>
    </w:p>
    <w:p>
      <w:r>
        <w:t>委员：石勇陈兵孔垂谦王静董羽</w:t>
      </w:r>
    </w:p>
    <w:p>
      <w:r>
        <w:t>吴瑾陈建平张正杰张炜李鑫</w:t>
      </w:r>
    </w:p>
    <w:p>
      <w:r>
        <w:t>秘书：孙冬刘存祥</w:t>
      </w:r>
    </w:p>
    <w:p>
      <w:r>
        <w:t>1.校推免委员会负责统筹管理学校推免工作，审定推免工作办法、名额分配方案，监督检查推免工作执行情况，审核被推荐学生条件，调查处理推免工作中发生的问题，并审定拟推荐结果等。</w:t>
      </w:r>
    </w:p>
    <w:p>
      <w:r>
        <w:t>2.学院成立由院长负责，本科教学、研究生教学副院长和院党委副书记参加的学院推免生遴选工作小组，负责本学院的选拔推荐工作；成立由学院党委书记负责，院级党组织纪检委员和教师代表参加的学院推免工作监督小组，负责监督本学院的遴选推荐工作。学院推免生遴选工作小组名单、推免工作监督小组名单、学院推免工作细则、工作计划等需上报校推免委员会。</w:t>
      </w:r>
    </w:p>
    <w:p>
      <w:r>
        <w:t>二、推免名额分配</w:t>
      </w:r>
    </w:p>
    <w:p>
      <w:r>
        <w:t>推免名额分配以服务国家发展战略为导向，优先向基础学科、新兴学科、交叉学科等国家战略急需学科，“双一流”建设学科和重大科研平台建设、重大科研任务攻关、重点人才培养改革等项目对应的学科专业倾斜。</w:t>
      </w:r>
    </w:p>
    <w:p>
      <w:r>
        <w:t>1.推免名额下达至学院，在考虑专业人数的基础上，重点向国家发展急需人才相关学科倾斜。</w:t>
      </w:r>
    </w:p>
    <w:p>
      <w:r>
        <w:t>2.推免名额包括正式名额和候补名额，分别下达。</w:t>
      </w:r>
    </w:p>
    <w:p>
      <w:r>
        <w:t>3.鼓励专业综合素质高的学生申请研究生支教专项计划（简称“支教专项”）推免，为欠发达地区的教育事业发展做贡献。“支教专项”推免，由学生申报，学校组织遴选。公示后，入选者不得参加其他推免类别。</w:t>
      </w:r>
    </w:p>
    <w:p>
      <w:r>
        <w:t>4.国防科工招生单位接收外校推免生专项（简称“国防专项”）推免名额单列，根据接收单位需求，由相关学院组织专门评审。“国防专项”推免生必须报考相应的国防科工招生单位。</w:t>
      </w:r>
    </w:p>
    <w:p>
      <w:r>
        <w:t>5.鼓励符合推免条件的学生申报直博生，由相关学院组织评审。“支教专项”推免生不能申请我校直博生。</w:t>
      </w:r>
    </w:p>
    <w:p>
      <w:r>
        <w:t>三、推免工作要求</w:t>
      </w:r>
    </w:p>
    <w:p>
      <w:r>
        <w:t>根据教育部对推免工作的部署和进度安排，推荐和接收工作分为两个阶段分别开展，9月20日前为推荐阶段，10月20日前为接收阶段。学院须结合本院的具体情况制定推免工作细则，在学校规定的时间节点内做好各项工作，确保推免生的选拔质量。要求如下：</w:t>
      </w:r>
    </w:p>
    <w:p>
      <w:r>
        <w:t>1.加强思想政治素质和品德的考核。主要考查学生现实表现，包括政治态度、遵纪守法、思想表现、科学精神、诚实守信、学术道德等方面。把学生思想政治素质和品德考核结果作为遴选推荐的首要依据，考核不通过者不予推荐。</w:t>
      </w:r>
    </w:p>
    <w:p>
      <w:r>
        <w:t>2.加强学业水平和创新能力的全过程评价。突出考查学生本科阶段的一贯学业表现，把学生本科应届毕业学年前各学年的学业综合成绩作为遴选推荐综合评价体系的基础指标。可将学生本科阶段参军入伍服兵役，参加学校认可的、有组织的志愿服务，到国际组织实习以及获得高水平科研创新成果、竞赛奖项等，纳入综合评价体系。学生在某一方面中有多项加分情况时，原则上只取一项。不专门组织遴选推免生的面试和笔试。</w:t>
      </w:r>
    </w:p>
    <w:p>
      <w:r>
        <w:t>3.遵守回避制度。推免相关工作人员有直系亲属或利益相关人员报名参加推免的应主动报备并全程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4.将学校和学院的推免政策及时准确传达至学生和导师，做好政策的解读和咨询工作。</w:t>
      </w:r>
    </w:p>
    <w:p>
      <w:r>
        <w:t>5.学院应按下达的推免名额完成，如不能完成，名额由学校收回。</w:t>
      </w:r>
    </w:p>
    <w:p>
      <w:r>
        <w:t>6.向本院推免生做好录取政策的宣传工作，帮助推免生正确选择和填报接收专业志愿，避免出现名额浪费的现象。</w:t>
      </w:r>
    </w:p>
    <w:p>
      <w:r>
        <w:t>7.学院须在学院网站上设立推免工作专栏，对所有应公示的材料按要求进行公示。</w:t>
      </w:r>
    </w:p>
    <w:p>
      <w:r>
        <w:t>8.对推免工作中出现的特殊情况，需通过校推免委员会研究决定。</w:t>
      </w:r>
    </w:p>
    <w:p>
      <w:r>
        <w:t>四、推荐条件</w:t>
      </w:r>
    </w:p>
    <w:p>
      <w:r>
        <w:t>2027届本科毕业生免试攻读研究生的推荐条件具体事项明确如下：</w:t>
      </w:r>
    </w:p>
    <w:p>
      <w:r>
        <w:t>1.应届本科毕业生，系我校通过普通高考（含保送方式）招生录取或面向港澳台华侨学生招生录取的全日制本科生，不含第二学士学位学生。思想品德考核合格，未违背学术诚信，无考试违纪、考试作弊行为。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4.按照“综合评价、择优推荐”原则，依据推荐遴选综合评价分进行排名，择优授予推免资格。推免遴选综合评价分=学习能力分+创新能力分+素质拓展分。</w:t>
      </w:r>
    </w:p>
    <w:p>
      <w:r>
        <w:t>（1）学习能力分主要依据必修课平均学分绩点，在综合评价分中所占比率不低于70%。</w:t>
      </w:r>
    </w:p>
    <w:p>
      <w:r>
        <w:t>（2）创新能力分主要依据与学业相关学科竞赛奖项、科研论文和创新项目。学生在学科竞赛、科研论文或创新项目有多项加分情况时，原则上每个类别只取其中最高项得分，不重复计分。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（3）素质拓展分评分范围包括各类评优评奖、参军入伍服兵役、参加有组织志愿服务、到国际组织实习等。</w:t>
      </w:r>
    </w:p>
    <w:p>
      <w:r>
        <w:t>（4）推免综合评价分评分标准由学院制定，报学校审核后公布执行。</w:t>
      </w:r>
    </w:p>
    <w:p>
      <w:r>
        <w:t>（5）各学院须成立专家审核小组（专家组成员应具有相关学科副教授以上职称，一般不少于5人），可会同本研究领域权威专家、相关期刊单位或赛事主办单位等，对申请推免资格学生提交的高水平科研创新成果、论文、竞赛奖项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须在学院推免工作专栏公示。</w:t>
      </w:r>
    </w:p>
    <w:p>
      <w:r>
        <w:t>5.中外合作办学项目班级的学生，须参加过学校认可的三个月以上出国（境）交流项目并达到课程学习要求的方可推荐。</w:t>
      </w:r>
    </w:p>
    <w:p>
      <w:r>
        <w:t>6.凡获得各种义务类奖学金（国防奖学金、国防科技奖学金等）的学生，必须经设奖单位同意、学生处审核后方可推荐。</w:t>
      </w:r>
    </w:p>
    <w:p>
      <w:r>
        <w:t>7.申请“支教专项”类推免资格的学生，结合《关于组建第29届中国青年志愿者研究生支教团（2027 — 2028年度）有关工作的通知》（全国项目办发〔2026〕4号）要求进行推荐遴选。</w:t>
      </w:r>
    </w:p>
    <w:p>
      <w:r>
        <w:t>五、工作程序</w:t>
      </w:r>
    </w:p>
    <w:p>
      <w:r>
        <w:t>1.推免工作按照教育部通知于2026年9月全面展开，通过学院动员、公布推免细则、学生申请、条件审核、确定拟推荐学生、学院公示和学校评审、学校公示等工作程序进行。</w:t>
      </w:r>
    </w:p>
    <w:p>
      <w:r>
        <w:t>2.各学院应制定学院推免工作细则，报校推免委员会审查、备案。学院推免工作细则和排名结果须在全校范围内公布。</w:t>
      </w:r>
    </w:p>
    <w:p>
      <w:r>
        <w:t>3.学院须在规定时间节点前将学院拟推荐名单上报校推免委员会审核，拟推荐名单和推荐材料由学院公示。</w:t>
      </w:r>
    </w:p>
    <w:p>
      <w:r>
        <w:t>4. “支教专项”拟推荐名单由校团委在网站上公示。</w:t>
      </w:r>
    </w:p>
    <w:p>
      <w:r>
        <w:t>5.校推免委员会审核和审定的拟推荐名单，在教务部网站公示。同时，拟推荐学生在教育部学籍学历信息管理平台上查询并核对本人学籍信息，确保信息准确、完整，如有问题应尽快联系教务部。</w:t>
      </w:r>
    </w:p>
    <w:p>
      <w:r>
        <w:t>6.正式的推免生名单由学校报送教育部“推免服务系统”（网址：http://yz.chsi.com.cn/tm）。</w:t>
      </w:r>
    </w:p>
    <w:p>
      <w:r>
        <w:t>7.单位接收阶段，推免生可通过“推免服务系统”查询招生单位信息、填报志愿，接收、确认复试和待录取通知。我校推免生接收工作由研究生院负责。</w:t>
      </w:r>
    </w:p>
    <w:p>
      <w:r>
        <w:t>8.推免生按报考单位要求提交推荐材料，收到接收函后，应及时与学院联系，学院做好相应的统计工作。</w:t>
      </w:r>
    </w:p>
    <w:p>
      <w:r>
        <w:t>六、相关事项</w:t>
      </w:r>
    </w:p>
    <w:p>
      <w:r>
        <w:t>1.所有材料由学院汇总后统一上交，学院务必保证材料的真实、准确，各种证书复印件须有学校组织单位的盖章。</w:t>
      </w:r>
    </w:p>
    <w:p>
      <w:r>
        <w:t>2.为避免研究生入学资格审查时发生问题，推免生在报名后至研究生入学前不得更改本人姓名、身份证号、学籍信息等。</w:t>
      </w:r>
    </w:p>
    <w:p>
      <w:r>
        <w:t>3.各学院应加强推免生的教育管理，指导推免生继续加强学习，不断提高自身综合素质和创新能力，为进入研究生阶段的学习做好充分准备。</w:t>
      </w:r>
    </w:p>
    <w:p>
      <w:r>
        <w:t>4.本通知相关规定及要求，只适用于2027届本科毕业生推免工作。</w:t>
      </w:r>
    </w:p>
    <w:p>
      <w:r>
        <w:t>附件：2027届本科毕业生推荐免试攻读研究生工作时间安排</w:t>
      </w:r>
    </w:p>
    <w:p>
      <w:r>
        <w:t>南京航空航天大学</w:t>
      </w:r>
    </w:p>
    <w:p>
      <w:r>
        <w:t>202 6年9月7日</w:t>
      </w:r>
    </w:p>
    <w:p>
      <w:r>
        <w:t>附件</w:t>
      </w:r>
    </w:p>
    <w:p>
      <w:r>
        <w:t>2027届本科毕业生推荐免试攻读研究生</w:t>
      </w:r>
    </w:p>
    <w:p>
      <w:r>
        <w:t>工作时间安排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9月8日17点前</w:t>
            </w:r>
          </w:p>
        </w:tc>
        <w:tc>
          <w:tcPr>
            <w:tcW w:type="dxa" w:w="2880"/>
          </w:tcPr>
          <w:p>
            <w:r>
              <w:t>成立学院推免生遴选工作小组、制定、提交和公布推免工作细则，全面开展推免工作。</w:t>
            </w:r>
          </w:p>
        </w:tc>
      </w:tr>
      <w:tr>
        <w:tc>
          <w:tcPr>
            <w:tcW w:type="dxa" w:w="2880"/>
          </w:tcPr>
          <w:p>
            <w:r>
              <w:t>2</w:t>
            </w:r>
          </w:p>
        </w:tc>
        <w:tc>
          <w:tcPr>
            <w:tcW w:type="dxa" w:w="2880"/>
          </w:tcPr>
          <w:p>
            <w:r>
              <w:t>9月13日12点前</w:t>
            </w:r>
          </w:p>
        </w:tc>
        <w:tc>
          <w:tcPr>
            <w:tcW w:type="dxa" w:w="2880"/>
          </w:tcPr>
          <w:p>
            <w:r>
              <w:t>各学院将学院拟推荐名单报教务部审核，并予以公示。</w:t>
            </w:r>
          </w:p>
        </w:tc>
      </w:tr>
      <w:tr>
        <w:tc>
          <w:tcPr>
            <w:tcW w:type="dxa" w:w="2880"/>
          </w:tcPr>
          <w:p>
            <w:r>
              <w:t>3</w:t>
            </w:r>
          </w:p>
        </w:tc>
        <w:tc>
          <w:tcPr>
            <w:tcW w:type="dxa" w:w="2880"/>
          </w:tcPr>
          <w:p>
            <w:r>
              <w:t>9月1 6日17点前</w:t>
            </w:r>
          </w:p>
        </w:tc>
        <w:tc>
          <w:tcPr>
            <w:tcW w:type="dxa" w:w="2880"/>
          </w:tcPr>
          <w:p>
            <w:r>
              <w:t>学校确定拟推免学生名单，并予以公示。</w:t>
            </w:r>
          </w:p>
        </w:tc>
      </w:tr>
      <w:tr>
        <w:tc>
          <w:tcPr>
            <w:tcW w:type="dxa" w:w="2880"/>
          </w:tcPr>
          <w:p>
            <w:r>
              <w:t>4</w:t>
            </w:r>
          </w:p>
        </w:tc>
        <w:tc>
          <w:tcPr>
            <w:tcW w:type="dxa" w:w="2880"/>
          </w:tcPr>
          <w:p>
            <w:r>
              <w:t>9月20日前</w:t>
            </w:r>
          </w:p>
        </w:tc>
        <w:tc>
          <w:tcPr>
            <w:tcW w:type="dxa" w:w="2880"/>
          </w:tcPr>
          <w:p>
            <w:r>
              <w:t>推荐名单报送教育部。</w:t>
            </w:r>
          </w:p>
        </w:tc>
      </w:tr>
      <w:tr>
        <w:tc>
          <w:tcPr>
            <w:tcW w:type="dxa" w:w="2880"/>
          </w:tcPr>
          <w:p>
            <w:r>
              <w:t>5</w:t>
            </w:r>
          </w:p>
        </w:tc>
        <w:tc>
          <w:tcPr>
            <w:tcW w:type="dxa" w:w="2880"/>
          </w:tcPr>
          <w:p>
            <w:r>
              <w:t>10月20日前</w:t>
            </w:r>
          </w:p>
        </w:tc>
        <w:tc>
          <w:tcPr>
            <w:tcW w:type="dxa" w:w="2880"/>
          </w:tcPr>
          <w:p>
            <w:r>
              <w:t>接收阶段。学院开展录取宣传，统计推免学生收取接收函以及选择录取单位情况。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