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民航学院2020届本科毕业生拟推荐免试攻读硕士学位研究生名单公示</w:t>
      </w:r>
    </w:p>
    <w:p>
      <w:r>
        <w:t>根据《关于做好2020年推荐优秀应届本科毕业生免试攻读研究生工作的通知》（教学司函〔2019〕105号）、《南京航空航天大学关于做好2020届本科毕业生推荐免试攻读硕士学位研究生工作的通知》（校教字[2019]40号）及有关文件精神，按《民航学院2020届本科生推荐免试硕士研究生工作细则》要求，经个人申报、资格审核、推免工作领导小组会议，拟推荐免试攻读硕士学位研究生74人，候补3人，具体名单详见附件。现根据学校统一要求予以公示，如有异议，请于2019年9月24日12时之前向学院推免工作领导小组提出，联系电话84896852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学院名称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类型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011610315</w:t>
            </w:r>
          </w:p>
        </w:tc>
        <w:tc>
          <w:tcPr>
            <w:tcW w:type="dxa" w:w="1728"/>
          </w:tcPr>
          <w:p>
            <w:r>
              <w:t>李易健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031610105</w:t>
            </w:r>
          </w:p>
        </w:tc>
        <w:tc>
          <w:tcPr>
            <w:tcW w:type="dxa" w:w="1728"/>
          </w:tcPr>
          <w:p>
            <w:r>
              <w:t>王欢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031610203</w:t>
            </w:r>
          </w:p>
        </w:tc>
        <w:tc>
          <w:tcPr>
            <w:tcW w:type="dxa" w:w="1728"/>
          </w:tcPr>
          <w:p>
            <w:r>
              <w:t>周文惠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031610214</w:t>
            </w:r>
          </w:p>
        </w:tc>
        <w:tc>
          <w:tcPr>
            <w:tcW w:type="dxa" w:w="1728"/>
          </w:tcPr>
          <w:p>
            <w:r>
              <w:t>张光玖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031610225</w:t>
            </w:r>
          </w:p>
        </w:tc>
        <w:tc>
          <w:tcPr>
            <w:tcW w:type="dxa" w:w="1728"/>
          </w:tcPr>
          <w:p>
            <w:r>
              <w:t>邰伟宇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031610512</w:t>
            </w:r>
          </w:p>
        </w:tc>
        <w:tc>
          <w:tcPr>
            <w:tcW w:type="dxa" w:w="1728"/>
          </w:tcPr>
          <w:p>
            <w:r>
              <w:t>荘露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031610527</w:t>
            </w:r>
          </w:p>
        </w:tc>
        <w:tc>
          <w:tcPr>
            <w:tcW w:type="dxa" w:w="1728"/>
          </w:tcPr>
          <w:p>
            <w:r>
              <w:t>张浩楠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031620110</w:t>
            </w:r>
          </w:p>
        </w:tc>
        <w:tc>
          <w:tcPr>
            <w:tcW w:type="dxa" w:w="1728"/>
          </w:tcPr>
          <w:p>
            <w:r>
              <w:t>薛俊杰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031620203</w:t>
            </w:r>
          </w:p>
        </w:tc>
        <w:tc>
          <w:tcPr>
            <w:tcW w:type="dxa" w:w="1728"/>
          </w:tcPr>
          <w:p>
            <w:r>
              <w:t>葛彬欣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031620232</w:t>
            </w:r>
          </w:p>
        </w:tc>
        <w:tc>
          <w:tcPr>
            <w:tcW w:type="dxa" w:w="1728"/>
          </w:tcPr>
          <w:p>
            <w:r>
              <w:t>戚凯军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041600805</w:t>
            </w:r>
          </w:p>
        </w:tc>
        <w:tc>
          <w:tcPr>
            <w:tcW w:type="dxa" w:w="1728"/>
          </w:tcPr>
          <w:p>
            <w:r>
              <w:t>贾曼华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041600901</w:t>
            </w:r>
          </w:p>
        </w:tc>
        <w:tc>
          <w:tcPr>
            <w:tcW w:type="dxa" w:w="1728"/>
          </w:tcPr>
          <w:p>
            <w:r>
              <w:t>郭琦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051630509</w:t>
            </w:r>
          </w:p>
        </w:tc>
        <w:tc>
          <w:tcPr>
            <w:tcW w:type="dxa" w:w="1728"/>
          </w:tcPr>
          <w:p>
            <w:r>
              <w:t>丁士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061610129</w:t>
            </w:r>
          </w:p>
        </w:tc>
        <w:tc>
          <w:tcPr>
            <w:tcW w:type="dxa" w:w="1728"/>
          </w:tcPr>
          <w:p>
            <w:r>
              <w:t>戴蔚杰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071630224</w:t>
            </w:r>
          </w:p>
        </w:tc>
        <w:tc>
          <w:tcPr>
            <w:tcW w:type="dxa" w:w="1728"/>
          </w:tcPr>
          <w:p>
            <w:r>
              <w:t>颜子琛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071630307</w:t>
            </w:r>
          </w:p>
        </w:tc>
        <w:tc>
          <w:tcPr>
            <w:tcW w:type="dxa" w:w="1728"/>
          </w:tcPr>
          <w:p>
            <w:r>
              <w:t>何子凡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071640102</w:t>
            </w:r>
          </w:p>
        </w:tc>
        <w:tc>
          <w:tcPr>
            <w:tcW w:type="dxa" w:w="1728"/>
          </w:tcPr>
          <w:p>
            <w:r>
              <w:t>闫洁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071640103</w:t>
            </w:r>
          </w:p>
        </w:tc>
        <w:tc>
          <w:tcPr>
            <w:tcW w:type="dxa" w:w="1728"/>
          </w:tcPr>
          <w:p>
            <w:r>
              <w:t>吴薇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19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071640111</w:t>
            </w:r>
          </w:p>
        </w:tc>
        <w:tc>
          <w:tcPr>
            <w:tcW w:type="dxa" w:w="1728"/>
          </w:tcPr>
          <w:p>
            <w:r>
              <w:t>赵雨洁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071640115</w:t>
            </w:r>
          </w:p>
        </w:tc>
        <w:tc>
          <w:tcPr>
            <w:tcW w:type="dxa" w:w="1728"/>
          </w:tcPr>
          <w:p>
            <w:r>
              <w:t>李瑞航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071640202</w:t>
            </w:r>
          </w:p>
        </w:tc>
        <w:tc>
          <w:tcPr>
            <w:tcW w:type="dxa" w:w="1728"/>
          </w:tcPr>
          <w:p>
            <w:r>
              <w:t>康婷玮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071640204</w:t>
            </w:r>
          </w:p>
        </w:tc>
        <w:tc>
          <w:tcPr>
            <w:tcW w:type="dxa" w:w="1728"/>
          </w:tcPr>
          <w:p>
            <w:r>
              <w:t>吴雨婷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071640206</w:t>
            </w:r>
          </w:p>
        </w:tc>
        <w:tc>
          <w:tcPr>
            <w:tcW w:type="dxa" w:w="1728"/>
          </w:tcPr>
          <w:p>
            <w:r>
              <w:t>邵怡韦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071640208</w:t>
            </w:r>
          </w:p>
        </w:tc>
        <w:tc>
          <w:tcPr>
            <w:tcW w:type="dxa" w:w="1728"/>
          </w:tcPr>
          <w:p>
            <w:r>
              <w:t>崔倩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071620115</w:t>
            </w:r>
          </w:p>
        </w:tc>
        <w:tc>
          <w:tcPr>
            <w:tcW w:type="dxa" w:w="1728"/>
          </w:tcPr>
          <w:p>
            <w:r>
              <w:t>黄依宁</w:t>
            </w:r>
          </w:p>
        </w:tc>
        <w:tc>
          <w:tcPr>
            <w:tcW w:type="dxa" w:w="1728"/>
          </w:tcPr>
          <w:p>
            <w:r>
              <w:t>本硕连读</w:t>
            </w:r>
          </w:p>
        </w:tc>
      </w:tr>
      <w:tr>
        <w:tc>
          <w:tcPr>
            <w:tcW w:type="dxa" w:w="1728"/>
          </w:tcPr>
          <w:p>
            <w:r>
              <w:t>26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071620117</w:t>
            </w:r>
          </w:p>
        </w:tc>
        <w:tc>
          <w:tcPr>
            <w:tcW w:type="dxa" w:w="1728"/>
          </w:tcPr>
          <w:p>
            <w:r>
              <w:t>徐灿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27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011620103</w:t>
            </w:r>
          </w:p>
        </w:tc>
        <w:tc>
          <w:tcPr>
            <w:tcW w:type="dxa" w:w="1728"/>
          </w:tcPr>
          <w:p>
            <w:r>
              <w:t>李姗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28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011620207</w:t>
            </w:r>
          </w:p>
        </w:tc>
        <w:tc>
          <w:tcPr>
            <w:tcW w:type="dxa" w:w="1728"/>
          </w:tcPr>
          <w:p>
            <w:r>
              <w:t>林静明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29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071610219</w:t>
            </w:r>
          </w:p>
        </w:tc>
        <w:tc>
          <w:tcPr>
            <w:tcW w:type="dxa" w:w="1728"/>
          </w:tcPr>
          <w:p>
            <w:r>
              <w:t>姚学成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071630215</w:t>
            </w:r>
          </w:p>
        </w:tc>
        <w:tc>
          <w:tcPr>
            <w:tcW w:type="dxa" w:w="1728"/>
          </w:tcPr>
          <w:p>
            <w:r>
              <w:t>李超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071610320</w:t>
            </w:r>
          </w:p>
        </w:tc>
        <w:tc>
          <w:tcPr>
            <w:tcW w:type="dxa" w:w="1728"/>
          </w:tcPr>
          <w:p>
            <w:r>
              <w:t>李博文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061620205</w:t>
            </w:r>
          </w:p>
        </w:tc>
        <w:tc>
          <w:tcPr>
            <w:tcW w:type="dxa" w:w="1728"/>
          </w:tcPr>
          <w:p>
            <w:r>
              <w:t>徐子玥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121610108</w:t>
            </w:r>
          </w:p>
        </w:tc>
        <w:tc>
          <w:tcPr>
            <w:tcW w:type="dxa" w:w="1728"/>
          </w:tcPr>
          <w:p>
            <w:r>
              <w:t>黄诗雨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071610112</w:t>
            </w:r>
          </w:p>
        </w:tc>
        <w:tc>
          <w:tcPr>
            <w:tcW w:type="dxa" w:w="1728"/>
          </w:tcPr>
          <w:p>
            <w:r>
              <w:t>孙若飞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091603226</w:t>
            </w:r>
          </w:p>
        </w:tc>
        <w:tc>
          <w:tcPr>
            <w:tcW w:type="dxa" w:w="1728"/>
          </w:tcPr>
          <w:p>
            <w:r>
              <w:t>谢举赞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161620216</w:t>
            </w:r>
          </w:p>
        </w:tc>
        <w:tc>
          <w:tcPr>
            <w:tcW w:type="dxa" w:w="1728"/>
          </w:tcPr>
          <w:p>
            <w:r>
              <w:t>程予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071610109</w:t>
            </w:r>
          </w:p>
        </w:tc>
        <w:tc>
          <w:tcPr>
            <w:tcW w:type="dxa" w:w="1728"/>
          </w:tcPr>
          <w:p>
            <w:r>
              <w:t>项童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061620104</w:t>
            </w:r>
          </w:p>
        </w:tc>
        <w:tc>
          <w:tcPr>
            <w:tcW w:type="dxa" w:w="1728"/>
          </w:tcPr>
          <w:p>
            <w:r>
              <w:t>周雨薇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39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071620111</w:t>
            </w:r>
          </w:p>
        </w:tc>
        <w:tc>
          <w:tcPr>
            <w:tcW w:type="dxa" w:w="1728"/>
          </w:tcPr>
          <w:p>
            <w:r>
              <w:t>刘柯珺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071620107</w:t>
            </w:r>
          </w:p>
        </w:tc>
        <w:tc>
          <w:tcPr>
            <w:tcW w:type="dxa" w:w="1728"/>
          </w:tcPr>
          <w:p>
            <w:r>
              <w:t>任思豫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071630310</w:t>
            </w:r>
          </w:p>
        </w:tc>
        <w:tc>
          <w:tcPr>
            <w:tcW w:type="dxa" w:w="1728"/>
          </w:tcPr>
          <w:p>
            <w:r>
              <w:t>王志东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071630211</w:t>
            </w:r>
          </w:p>
        </w:tc>
        <w:tc>
          <w:tcPr>
            <w:tcW w:type="dxa" w:w="1728"/>
          </w:tcPr>
          <w:p>
            <w:r>
              <w:t>李旭东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071630209</w:t>
            </w:r>
          </w:p>
        </w:tc>
        <w:tc>
          <w:tcPr>
            <w:tcW w:type="dxa" w:w="1728"/>
          </w:tcPr>
          <w:p>
            <w:r>
              <w:t>段仕轩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071630124</w:t>
            </w:r>
          </w:p>
        </w:tc>
        <w:tc>
          <w:tcPr>
            <w:tcW w:type="dxa" w:w="1728"/>
          </w:tcPr>
          <w:p>
            <w:r>
              <w:t>赵泽剑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071640203</w:t>
            </w:r>
          </w:p>
        </w:tc>
        <w:tc>
          <w:tcPr>
            <w:tcW w:type="dxa" w:w="1728"/>
          </w:tcPr>
          <w:p>
            <w:r>
              <w:t>袁满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071640217</w:t>
            </w:r>
          </w:p>
        </w:tc>
        <w:tc>
          <w:tcPr>
            <w:tcW w:type="dxa" w:w="1728"/>
          </w:tcPr>
          <w:p>
            <w:r>
              <w:t>路阳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071640228</w:t>
            </w:r>
          </w:p>
        </w:tc>
        <w:tc>
          <w:tcPr>
            <w:tcW w:type="dxa" w:w="1728"/>
          </w:tcPr>
          <w:p>
            <w:r>
              <w:t>赵钺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071640126</w:t>
            </w:r>
          </w:p>
        </w:tc>
        <w:tc>
          <w:tcPr>
            <w:tcW w:type="dxa" w:w="1728"/>
          </w:tcPr>
          <w:p>
            <w:r>
              <w:t>梁振起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49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071640218</w:t>
            </w:r>
          </w:p>
        </w:tc>
        <w:tc>
          <w:tcPr>
            <w:tcW w:type="dxa" w:w="1728"/>
          </w:tcPr>
          <w:p>
            <w:r>
              <w:t>张钊荣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071640109</w:t>
            </w:r>
          </w:p>
        </w:tc>
        <w:tc>
          <w:tcPr>
            <w:tcW w:type="dxa" w:w="1728"/>
          </w:tcPr>
          <w:p>
            <w:r>
              <w:t>徐星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071670129</w:t>
            </w:r>
          </w:p>
        </w:tc>
        <w:tc>
          <w:tcPr>
            <w:tcW w:type="dxa" w:w="1728"/>
          </w:tcPr>
          <w:p>
            <w:r>
              <w:t>张潇榕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071670117</w:t>
            </w:r>
          </w:p>
        </w:tc>
        <w:tc>
          <w:tcPr>
            <w:tcW w:type="dxa" w:w="1728"/>
          </w:tcPr>
          <w:p>
            <w:r>
              <w:t>袁佳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101620123</w:t>
            </w:r>
          </w:p>
        </w:tc>
        <w:tc>
          <w:tcPr>
            <w:tcW w:type="dxa" w:w="1728"/>
          </w:tcPr>
          <w:p>
            <w:r>
              <w:t>袁琪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071670124</w:t>
            </w:r>
          </w:p>
        </w:tc>
        <w:tc>
          <w:tcPr>
            <w:tcW w:type="dxa" w:w="1728"/>
          </w:tcPr>
          <w:p>
            <w:r>
              <w:t>成屹男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071670208</w:t>
            </w:r>
          </w:p>
        </w:tc>
        <w:tc>
          <w:tcPr>
            <w:tcW w:type="dxa" w:w="1728"/>
          </w:tcPr>
          <w:p>
            <w:r>
              <w:t>李若恒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071670202</w:t>
            </w:r>
          </w:p>
        </w:tc>
        <w:tc>
          <w:tcPr>
            <w:tcW w:type="dxa" w:w="1728"/>
          </w:tcPr>
          <w:p>
            <w:r>
              <w:t>余卓倩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071670313</w:t>
            </w:r>
          </w:p>
        </w:tc>
        <w:tc>
          <w:tcPr>
            <w:tcW w:type="dxa" w:w="1728"/>
          </w:tcPr>
          <w:p>
            <w:r>
              <w:t>田诗佳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071670302</w:t>
            </w:r>
          </w:p>
        </w:tc>
        <w:tc>
          <w:tcPr>
            <w:tcW w:type="dxa" w:w="1728"/>
          </w:tcPr>
          <w:p>
            <w:r>
              <w:t>李雨函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59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071670230</w:t>
            </w:r>
          </w:p>
        </w:tc>
        <w:tc>
          <w:tcPr>
            <w:tcW w:type="dxa" w:w="1728"/>
          </w:tcPr>
          <w:p>
            <w:r>
              <w:t>戴垚宇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011640110</w:t>
            </w:r>
          </w:p>
        </w:tc>
        <w:tc>
          <w:tcPr>
            <w:tcW w:type="dxa" w:w="1728"/>
          </w:tcPr>
          <w:p>
            <w:r>
              <w:t>徐建升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011640203</w:t>
            </w:r>
          </w:p>
        </w:tc>
        <w:tc>
          <w:tcPr>
            <w:tcW w:type="dxa" w:w="1728"/>
          </w:tcPr>
          <w:p>
            <w:r>
              <w:t>柳冠华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011640129</w:t>
            </w:r>
          </w:p>
        </w:tc>
        <w:tc>
          <w:tcPr>
            <w:tcW w:type="dxa" w:w="1728"/>
          </w:tcPr>
          <w:p>
            <w:r>
              <w:t>程相伟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011640225</w:t>
            </w:r>
          </w:p>
        </w:tc>
        <w:tc>
          <w:tcPr>
            <w:tcW w:type="dxa" w:w="1728"/>
          </w:tcPr>
          <w:p>
            <w:r>
              <w:t>吕鑫浩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011640103</w:t>
            </w:r>
          </w:p>
        </w:tc>
        <w:tc>
          <w:tcPr>
            <w:tcW w:type="dxa" w:w="1728"/>
          </w:tcPr>
          <w:p>
            <w:r>
              <w:t>刘田田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65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011640101</w:t>
            </w:r>
          </w:p>
        </w:tc>
        <w:tc>
          <w:tcPr>
            <w:tcW w:type="dxa" w:w="1728"/>
          </w:tcPr>
          <w:p>
            <w:r>
              <w:t>员亦雯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66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011640222</w:t>
            </w:r>
          </w:p>
        </w:tc>
        <w:tc>
          <w:tcPr>
            <w:tcW w:type="dxa" w:w="1728"/>
          </w:tcPr>
          <w:p>
            <w:r>
              <w:t>朱毅伟</w:t>
            </w:r>
          </w:p>
        </w:tc>
        <w:tc>
          <w:tcPr>
            <w:tcW w:type="dxa" w:w="1728"/>
          </w:tcPr>
          <w:p>
            <w:r>
              <w:t>面上选拔</w:t>
            </w:r>
          </w:p>
        </w:tc>
      </w:tr>
      <w:tr>
        <w:tc>
          <w:tcPr>
            <w:tcW w:type="dxa" w:w="1728"/>
          </w:tcPr>
          <w:p>
            <w:r>
              <w:t>67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071630110</w:t>
            </w:r>
          </w:p>
        </w:tc>
        <w:tc>
          <w:tcPr>
            <w:tcW w:type="dxa" w:w="1728"/>
          </w:tcPr>
          <w:p>
            <w:r>
              <w:t>丁文浩</w:t>
            </w:r>
          </w:p>
        </w:tc>
        <w:tc>
          <w:tcPr>
            <w:tcW w:type="dxa" w:w="1728"/>
          </w:tcPr>
          <w:p>
            <w:r>
              <w:t>竞赛推免</w:t>
            </w:r>
          </w:p>
        </w:tc>
      </w:tr>
      <w:tr>
        <w:tc>
          <w:tcPr>
            <w:tcW w:type="dxa" w:w="1728"/>
          </w:tcPr>
          <w:p>
            <w:r>
              <w:t>68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051620116</w:t>
            </w:r>
          </w:p>
        </w:tc>
        <w:tc>
          <w:tcPr>
            <w:tcW w:type="dxa" w:w="1728"/>
          </w:tcPr>
          <w:p>
            <w:r>
              <w:t>杨九洲</w:t>
            </w:r>
          </w:p>
        </w:tc>
        <w:tc>
          <w:tcPr>
            <w:tcW w:type="dxa" w:w="1728"/>
          </w:tcPr>
          <w:p>
            <w:r>
              <w:t>工作保研</w:t>
            </w:r>
          </w:p>
        </w:tc>
      </w:tr>
      <w:tr>
        <w:tc>
          <w:tcPr>
            <w:tcW w:type="dxa" w:w="1728"/>
          </w:tcPr>
          <w:p>
            <w:r>
              <w:t>69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071670123</w:t>
            </w:r>
          </w:p>
        </w:tc>
        <w:tc>
          <w:tcPr>
            <w:tcW w:type="dxa" w:w="1728"/>
          </w:tcPr>
          <w:p>
            <w:r>
              <w:t>李卓伦</w:t>
            </w:r>
          </w:p>
        </w:tc>
        <w:tc>
          <w:tcPr>
            <w:tcW w:type="dxa" w:w="1728"/>
          </w:tcPr>
          <w:p>
            <w:r>
              <w:t>工作保研</w:t>
            </w:r>
          </w:p>
        </w:tc>
      </w:tr>
      <w:tr>
        <w:tc>
          <w:tcPr>
            <w:tcW w:type="dxa" w:w="1728"/>
          </w:tcPr>
          <w:p>
            <w:r>
              <w:t>70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071610306</w:t>
            </w:r>
          </w:p>
        </w:tc>
        <w:tc>
          <w:tcPr>
            <w:tcW w:type="dxa" w:w="1728"/>
          </w:tcPr>
          <w:p>
            <w:r>
              <w:t>费毓晗</w:t>
            </w:r>
          </w:p>
        </w:tc>
        <w:tc>
          <w:tcPr>
            <w:tcW w:type="dxa" w:w="1728"/>
          </w:tcPr>
          <w:p>
            <w:r>
              <w:t>卓越推免</w:t>
            </w:r>
          </w:p>
        </w:tc>
      </w:tr>
      <w:tr>
        <w:tc>
          <w:tcPr>
            <w:tcW w:type="dxa" w:w="1728"/>
          </w:tcPr>
          <w:p>
            <w:r>
              <w:t>71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071610310</w:t>
            </w:r>
          </w:p>
        </w:tc>
        <w:tc>
          <w:tcPr>
            <w:tcW w:type="dxa" w:w="1728"/>
          </w:tcPr>
          <w:p>
            <w:r>
              <w:t>张天赐</w:t>
            </w:r>
          </w:p>
        </w:tc>
        <w:tc>
          <w:tcPr>
            <w:tcW w:type="dxa" w:w="1728"/>
          </w:tcPr>
          <w:p>
            <w:r>
              <w:t>卓越推免</w:t>
            </w:r>
          </w:p>
        </w:tc>
      </w:tr>
      <w:tr>
        <w:tc>
          <w:tcPr>
            <w:tcW w:type="dxa" w:w="1728"/>
          </w:tcPr>
          <w:p>
            <w:r>
              <w:t>72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071620119</w:t>
            </w:r>
          </w:p>
        </w:tc>
        <w:tc>
          <w:tcPr>
            <w:tcW w:type="dxa" w:w="1728"/>
          </w:tcPr>
          <w:p>
            <w:r>
              <w:t>王钦</w:t>
            </w:r>
          </w:p>
        </w:tc>
        <w:tc>
          <w:tcPr>
            <w:tcW w:type="dxa" w:w="1728"/>
          </w:tcPr>
          <w:p>
            <w:r>
              <w:t>专长潜质</w:t>
            </w:r>
          </w:p>
        </w:tc>
      </w:tr>
      <w:tr>
        <w:tc>
          <w:tcPr>
            <w:tcW w:type="dxa" w:w="1728"/>
          </w:tcPr>
          <w:p>
            <w:r>
              <w:t>73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071630119</w:t>
            </w:r>
          </w:p>
        </w:tc>
        <w:tc>
          <w:tcPr>
            <w:tcW w:type="dxa" w:w="1728"/>
          </w:tcPr>
          <w:p>
            <w:r>
              <w:t>徐向前</w:t>
            </w:r>
          </w:p>
        </w:tc>
        <w:tc>
          <w:tcPr>
            <w:tcW w:type="dxa" w:w="1728"/>
          </w:tcPr>
          <w:p>
            <w:r>
              <w:t>支教专项</w:t>
            </w:r>
          </w:p>
        </w:tc>
      </w:tr>
      <w:tr>
        <w:tc>
          <w:tcPr>
            <w:tcW w:type="dxa" w:w="1728"/>
          </w:tcPr>
          <w:p>
            <w:r>
              <w:t>74</w:t>
            </w:r>
          </w:p>
        </w:tc>
        <w:tc>
          <w:tcPr>
            <w:tcW w:type="dxa" w:w="1728"/>
          </w:tcPr>
          <w:p>
            <w:r>
              <w:t>民航/飞行学院</w:t>
            </w:r>
          </w:p>
        </w:tc>
        <w:tc>
          <w:tcPr>
            <w:tcW w:type="dxa" w:w="1728"/>
          </w:tcPr>
          <w:p>
            <w:r>
              <w:t>071640106</w:t>
            </w:r>
          </w:p>
        </w:tc>
        <w:tc>
          <w:tcPr>
            <w:tcW w:type="dxa" w:w="1728"/>
          </w:tcPr>
          <w:p>
            <w:r>
              <w:t>朱悦铭</w:t>
            </w:r>
          </w:p>
        </w:tc>
        <w:tc>
          <w:tcPr>
            <w:tcW w:type="dxa" w:w="1728"/>
          </w:tcPr>
          <w:p>
            <w:r>
              <w:t>支教专项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民航（飞行学院）</w:t>
            </w:r>
          </w:p>
        </w:tc>
        <w:tc>
          <w:tcPr>
            <w:tcW w:type="dxa" w:w="1728"/>
          </w:tcPr>
          <w:p>
            <w:r>
              <w:t>071620106</w:t>
            </w:r>
          </w:p>
        </w:tc>
        <w:tc>
          <w:tcPr>
            <w:tcW w:type="dxa" w:w="1728"/>
          </w:tcPr>
          <w:p>
            <w:r>
              <w:t>许辛悦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民航（飞行学院）</w:t>
            </w:r>
          </w:p>
        </w:tc>
        <w:tc>
          <w:tcPr>
            <w:tcW w:type="dxa" w:w="1728"/>
          </w:tcPr>
          <w:p>
            <w:r>
              <w:t>071630311</w:t>
            </w:r>
          </w:p>
        </w:tc>
        <w:tc>
          <w:tcPr>
            <w:tcW w:type="dxa" w:w="1728"/>
          </w:tcPr>
          <w:p>
            <w:r>
              <w:t>罗汝灏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民航（飞行学院）</w:t>
            </w:r>
          </w:p>
        </w:tc>
        <w:tc>
          <w:tcPr>
            <w:tcW w:type="dxa" w:w="1728"/>
          </w:tcPr>
          <w:p>
            <w:r>
              <w:t>071630312</w:t>
            </w:r>
          </w:p>
        </w:tc>
        <w:tc>
          <w:tcPr>
            <w:tcW w:type="dxa" w:w="1728"/>
          </w:tcPr>
          <w:p>
            <w:r>
              <w:t>陈开民</w:t>
            </w:r>
          </w:p>
        </w:tc>
        <w:tc>
          <w:tcPr>
            <w:tcW w:type="dxa" w:w="1728"/>
          </w:tcPr>
          <w:p>
            <w:r>
              <w:t>候补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