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关于民航学院2022届本科毕业生拟推荐免试攻读硕士学位研究生名单的公示</w:t>
      </w:r>
    </w:p>
    <w:p>
      <w:pPr>
        <w:pStyle w:val="Heading3"/>
      </w:pPr>
      <w:r>
        <w:t>学院公示</w:t>
      </w:r>
    </w:p>
    <w:p>
      <w:r>
        <w:t>&lt;p class="hidden-xs"&gt;学院公示&lt;/p&gt;</w:t>
      </w:r>
    </w:p>
    <w:p>
      <w:r>
        <w:t>当前位置：首页学院公示</w:t>
      </w:r>
    </w:p>
    <w:p>
      <w:r>
        <w:t>时间：2021-09-18来源：民航学院点击：1722</w:t>
      </w:r>
    </w:p>
    <w:p>
      <w:r>
        <w:t>根据《南京航空航天大学关于做好2022届本科毕业生推荐免试攻读硕士学位研究生工作的通知》和《民航学院2022届本科生推荐免试硕士研究生工作细则》文件要求，经个人申报、资格审核和推免工作小组会议，拟推荐李传家等免试攻读硕士学位研究生70人，候补5人，现予以公示，具体名单详见附件。</w:t>
      </w:r>
    </w:p>
    <w:p>
      <w:r>
        <w:t>如有异议，请于2021年9月23日之前向学院推荐工作小组提出，联系电话025-52119018，025-52119827。联系人：黄志凤</w:t>
      </w:r>
    </w:p>
    <w:p>
      <w:r>
        <w:t>民航学院2022届本科毕业生推荐免试攻读硕士学位研究生拟推荐名单公示.pdf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