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材料科学与技术学院2020届本科毕业生推荐免试攻读硕士研究生报名学生学业成绩排名结果公示</w:t>
      </w:r>
    </w:p>
    <w:p>
      <w:r>
        <w:t>当前位置：首页旧网站通知公告</w:t>
      </w:r>
    </w:p>
    <w:p>
      <w:pPr>
        <w:pStyle w:val="Heading3"/>
      </w:pPr>
      <w:r>
        <w:t>旧网站</w:t>
      </w:r>
    </w:p>
    <w:p>
      <w:pPr>
        <w:pStyle w:val="ListBullet"/>
      </w:pPr>
      <w:r>
        <w:t>首页</w:t>
      </w:r>
    </w:p>
    <w:p>
      <w:pPr>
        <w:pStyle w:val="ListBullet"/>
      </w:pPr>
      <w:r>
        <w:t>学院概况</w:t>
      </w:r>
    </w:p>
    <w:p>
      <w:pPr>
        <w:pStyle w:val="ListBullet"/>
      </w:pPr>
      <w:r>
        <w:t>师资力量</w:t>
      </w:r>
    </w:p>
    <w:p>
      <w:pPr>
        <w:pStyle w:val="ListBullet"/>
      </w:pPr>
      <w:r>
        <w:t>通知公告学院发文</w:t>
      </w:r>
    </w:p>
    <w:p>
      <w:pPr>
        <w:pStyle w:val="ListBullet"/>
      </w:pPr>
      <w:r>
        <w:t>本科生教学</w:t>
      </w:r>
    </w:p>
    <w:p>
      <w:pPr>
        <w:pStyle w:val="ListBullet"/>
      </w:pPr>
      <w:r>
        <w:t>研究生教育</w:t>
      </w:r>
    </w:p>
    <w:p>
      <w:pPr>
        <w:pStyle w:val="ListBullet"/>
      </w:pPr>
      <w:r>
        <w:t>科研工作</w:t>
      </w:r>
    </w:p>
    <w:p>
      <w:pPr>
        <w:pStyle w:val="ListBullet"/>
      </w:pPr>
      <w:r>
        <w:t>学生工作</w:t>
      </w:r>
    </w:p>
    <w:p>
      <w:pPr>
        <w:pStyle w:val="ListBullet"/>
      </w:pPr>
      <w:r>
        <w:t>党群工作</w:t>
      </w:r>
    </w:p>
    <w:p>
      <w:pPr>
        <w:pStyle w:val="ListBullet"/>
      </w:pPr>
      <w:r>
        <w:t>招生就业</w:t>
      </w:r>
    </w:p>
    <w:p>
      <w:pPr>
        <w:pStyle w:val="ListBullet"/>
      </w:pPr>
      <w:r>
        <w:t>岗位聘任</w:t>
      </w:r>
    </w:p>
    <w:p>
      <w:pPr>
        <w:pStyle w:val="ListBullet"/>
      </w:pPr>
      <w:r>
        <w:t>学院系所</w:t>
      </w:r>
    </w:p>
    <w:p>
      <w:pPr>
        <w:pStyle w:val="ListBullet"/>
      </w:pPr>
      <w:r>
        <w:t>院庆工作</w:t>
      </w:r>
    </w:p>
    <w:p>
      <w:pPr>
        <w:pStyle w:val="ListBullet"/>
      </w:pPr>
      <w:r>
        <w:t>学术科研</w:t>
      </w:r>
    </w:p>
    <w:p>
      <w:pPr>
        <w:pStyle w:val="ListBullet"/>
      </w:pPr>
      <w:r>
        <w:t>人才培养</w:t>
      </w:r>
    </w:p>
    <w:p>
      <w:pPr>
        <w:pStyle w:val="ListBullet"/>
      </w:pPr>
      <w:r>
        <w:t>资源下载</w:t>
      </w:r>
    </w:p>
    <w:p>
      <w:pPr>
        <w:pStyle w:val="ListBullet"/>
      </w:pPr>
      <w:r>
        <w:t>材料+2018</w:t>
      </w:r>
    </w:p>
    <w:p>
      <w:pPr>
        <w:pStyle w:val="ListBullet"/>
      </w:pPr>
      <w:r>
        <w:t>PC首页幻灯</w:t>
      </w:r>
    </w:p>
    <w:p>
      <w:pPr>
        <w:pStyle w:val="ListBullet"/>
      </w:pPr>
      <w:r>
        <w:t>手机首页幻灯</w:t>
      </w:r>
    </w:p>
    <w:p>
      <w:pPr>
        <w:pStyle w:val="ListBullet"/>
      </w:pPr>
      <w:r>
        <w:t>学院要闻</w:t>
      </w:r>
    </w:p>
    <w:p>
      <w:r>
        <w:t>发布时间:2019-09-10浏览次数: 2281作者:来源:材料科学与技术学院责编:供图:审核:</w:t>
      </w:r>
    </w:p>
    <w:p>
      <w:r>
        <w:t>根据《材料科学与技术学院2020届本科毕业生推荐免试攻读硕士研究生工作办法》，现将所有报名学生的学业成绩排名结果进行公示（详见附件），如有异议，请于9月10日16:30前向辅导员反映：52112916</w:t>
      </w:r>
    </w:p>
    <w:p>
      <w:r>
        <w:t>材料科学与技术学院</w:t>
      </w:r>
    </w:p>
    <w:p>
      <w:r>
        <w:t>2019.9.10</w:t>
      </w:r>
    </w:p>
    <w:p>
      <w:r>
        <w:t>申请学生排名（入围学生名单）.pdf</w:t>
      </w:r>
    </w:p>
    <w:p>
      <w:r>
        <w:t>分享：</w:t>
      </w:r>
    </w:p>
    <w:p>
      <w:pPr>
        <w:pStyle w:val="Heading4"/>
      </w:pPr>
      <w:r>
        <w:t>微信扫一扫：分享</w:t>
      </w:r>
    </w:p>
    <w:p>
      <w:r>
        <w:t>微信里点“发现”，扫一下</w:t>
      </w:r>
    </w:p>
    <w:p>
      <w:r>
        <w:t>二维码便可将本文分享至朋友圈。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