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关于举办2021年南京航空航天大学机电学院综合考核选拔优秀推免生的通知</w:t>
      </w:r>
    </w:p>
    <w:p>
      <w:r>
        <w:t>为优化生源结构，探索选拔高层次创新人才的途径，提高研究生教育质量，实施优质生源工程，并在招生政策方面为广大学子答疑解惑，南京航空航天大学机电学院将于2021年9月17-18日开展综合考核选拔优秀推免生攻读2022年硕士、博士研究生工作。</w:t>
      </w:r>
    </w:p>
    <w:p>
      <w:r>
        <w:t>一、申请资格</w:t>
      </w:r>
    </w:p>
    <w:p>
      <w:r>
        <w:t>1、具有良好的思想品德和政治素质，遵纪守法，在校期间未受过任何处分，身心健康，综合素质高；</w:t>
      </w:r>
    </w:p>
    <w:p>
      <w:r>
        <w:t>2、具备良好的硕士研究生培养潜质，学风端正，具有本科所在高校推荐免试资格；</w:t>
      </w:r>
    </w:p>
    <w:p>
      <w:r>
        <w:t>3、英语水平良好；</w:t>
      </w:r>
    </w:p>
    <w:p>
      <w:r>
        <w:t>4、申请直博的学生优先。</w:t>
      </w:r>
    </w:p>
    <w:p>
      <w:r>
        <w:t>二、申请程序</w:t>
      </w:r>
    </w:p>
    <w:p>
      <w:r>
        <w:t>（一）网上申请截止时间：2021年9月12日，网址：http://yzsbm.nuaa.edu.cn/logon</w:t>
      </w:r>
    </w:p>
    <w:p>
      <w:r>
        <w:t>（二）提交电子申请材料要求：</w:t>
      </w:r>
    </w:p>
    <w:p>
      <w:r>
        <w:t>1.时间：2021年6月11日— 2021年9月12日；</w:t>
      </w:r>
    </w:p>
    <w:p>
      <w:r>
        <w:t>2.由所在学校院系的教务部门加盖公章的本科学习成绩单，成绩要能反映排名情况；</w:t>
      </w:r>
    </w:p>
    <w:p>
      <w:r>
        <w:t>3.大学英语四级或六级考试成绩单，以及其他能反映英语水平的材料；</w:t>
      </w:r>
    </w:p>
    <w:p>
      <w:r>
        <w:t>4.学术成果（包括公开发表论文、出版著作、获得专利、获得学术科技奖项、承担课题或者其他具有学术水平的工作成果）；</w:t>
      </w:r>
    </w:p>
    <w:p>
      <w:r>
        <w:t>5.获得各类荣誉、表彰、奖励证书；</w:t>
      </w:r>
    </w:p>
    <w:p>
      <w:r>
        <w:t>申请人提供的材料必须真实。凡弄虚作假者，一经发现，即取消综合考核成绩；录取后发现作假者，取消学籍。</w:t>
      </w:r>
    </w:p>
    <w:p>
      <w:r>
        <w:t>上述申请材料电子版请按照编号顺序，形成一个“姓名-学校.pdf ”文档，在报名系统提交。</w:t>
      </w:r>
    </w:p>
    <w:p>
      <w:r>
        <w:t>申请资格审核工作将于2021年9月14之前结束，申请人名单将于2021年9月15日前在南京航空航天大学机电学院网站（http://cmee.nuaa.edu.cn/）上公布，请申请者关注此网站通知，未入选者，不再另行通知。申请参与综合考核的考生在申请材料系统中提交后,请同时申请加入QQ群“ 2022南航机电预推免”（群号105454314），申请时备注“姓名+学校全称”，否则拒绝加入。加入后请更改群昵称为“姓名+学校全称”，后续相关通知将在群内发布。</w:t>
      </w:r>
    </w:p>
    <w:p>
      <w:r>
        <w:t>三、考核内容</w:t>
      </w:r>
    </w:p>
    <w:p>
      <w:r>
        <w:t>1.专业水平测试，包括本专业的基本知识、基本理论等；</w:t>
      </w:r>
    </w:p>
    <w:p>
      <w:r>
        <w:t>2.科研创新与实践能力考察，包括分析和解决问题能力，开展科学研究的能力以及实习实践能力；</w:t>
      </w:r>
    </w:p>
    <w:p>
      <w:r>
        <w:t>3.外语水平测试，包括外语听说水平测试；</w:t>
      </w:r>
    </w:p>
    <w:p>
      <w:r>
        <w:t>4.综合素质考察，包括思想品质、身心健康、人文素养、表达能力、团队协作精神等考察。</w:t>
      </w:r>
    </w:p>
    <w:p>
      <w:r>
        <w:t>四、选拔程序</w:t>
      </w:r>
    </w:p>
    <w:p>
      <w:r>
        <w:t>1.符合条件的学生网上报名申请，并向学院提交申请材料；</w:t>
      </w:r>
    </w:p>
    <w:p>
      <w:r>
        <w:t>2.学院对申请人进行资格审查，通知符合条件的申请人参加综合考核；</w:t>
      </w:r>
    </w:p>
    <w:p>
      <w:r>
        <w:t>3.学院对符合条件的学生进行考核测试，考核以面试的方式开展，面试组专家不少于3人，由学院或系所负责人担任组长、由相关学科的导师组成。对每个学生面试时间不少于20分钟。</w:t>
      </w:r>
    </w:p>
    <w:p>
      <w:r>
        <w:t>4.学院考核后确定优秀和合格等次学生名单，经研究生招生办公室审核后进行公示。</w:t>
      </w:r>
    </w:p>
    <w:p>
      <w:r>
        <w:t>五、奖励政策</w:t>
      </w:r>
    </w:p>
    <w:p>
      <w:r>
        <w:t>（一）若取得本科所在高校推荐免试资格并报考我院，我院将直接录取；</w:t>
      </w:r>
    </w:p>
    <w:p>
      <w:r>
        <w:t>（二）获得优秀等次学生第一学年享受一等学业奖学金；</w:t>
      </w:r>
    </w:p>
    <w:p>
      <w:r>
        <w:t>（三）设新生特别奖学金，学生入学后，经个人申报、专家评审，择优奖励，同等条件下直博生优先。其他奖助学金可兼得；</w:t>
      </w:r>
    </w:p>
    <w:p>
      <w:r>
        <w:t>（四）我校针对推免生实施“创新英才”培养计划，主要内容如下：</w:t>
      </w:r>
    </w:p>
    <w:p>
      <w:r>
        <w:t>1.入选推免生可在大四期间与2021级研究生同步修读硕士、博士研究生课程，成绩合格后，认定为硕士、博士生学习阶段学分。</w:t>
      </w:r>
    </w:p>
    <w:p>
      <w:r>
        <w:t>2.提前选择导师，优先推荐高水平指导教师，大四阶段提前进入导师科研团队。</w:t>
      </w:r>
    </w:p>
    <w:p>
      <w:r>
        <w:t>3.本科毕业设计可选择研究生导师相关课题进行。</w:t>
      </w:r>
    </w:p>
    <w:p>
      <w:r>
        <w:t>4.本科阶段可申请（主持或参与）各类研究生创新基金项目资助。</w:t>
      </w:r>
    </w:p>
    <w:p>
      <w:r>
        <w:t>5.根据相关管理办法，优先获得出国短期访学项目和国际学术交流基金资助；获得直博资格的研究生，短期访学资助期限可择优延长至6-12个月；直博学生优先选拔进入学校“引航计划”拔尖创新人才培养班。</w:t>
      </w:r>
    </w:p>
    <w:p>
      <w:r>
        <w:t>6.本培养计划内的硕士研究生，优先推荐硕博连读。</w:t>
      </w:r>
    </w:p>
    <w:p>
      <w:r>
        <w:t>7.经导师同意，学院和研究生院审核，根据相关工作办法，可提前申请研究生学位论文答辩。</w:t>
      </w:r>
    </w:p>
    <w:p>
      <w:r>
        <w:t>8.在符合我院招收推免生办法的前提下，满足报考专业并可跨专业报考。</w:t>
      </w:r>
    </w:p>
    <w:p>
      <w:r>
        <w:t>9. “创新英才”培养计划需在报名系统中申请，并在考核时与学院进行确认，其他环节不接收申请。</w:t>
      </w:r>
    </w:p>
    <w:p>
      <w:r>
        <w:t>六、活动日程安排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时间</w:t>
            </w:r>
          </w:p>
        </w:tc>
        <w:tc>
          <w:tcPr>
            <w:tcW w:type="dxa" w:w="2880"/>
          </w:tcPr>
          <w:p>
            <w:r>
              <w:t>内容</w:t>
            </w:r>
          </w:p>
        </w:tc>
        <w:tc>
          <w:tcPr>
            <w:tcW w:type="dxa" w:w="2880"/>
          </w:tcPr>
          <w:p>
            <w:r>
              <w:t>地点</w:t>
            </w:r>
          </w:p>
        </w:tc>
      </w:tr>
      <w:tr>
        <w:tc>
          <w:tcPr>
            <w:tcW w:type="dxa" w:w="2880"/>
          </w:tcPr>
          <w:p>
            <w:r>
              <w:t>2021年9月17日（8:30-11:30）</w:t>
            </w:r>
          </w:p>
        </w:tc>
        <w:tc>
          <w:tcPr>
            <w:tcW w:type="dxa" w:w="2880"/>
          </w:tcPr>
          <w:p>
            <w:r>
              <w:t>考生报到、审核申请材料（请携带申请材料的原件和复印件各1份）</w:t>
            </w:r>
          </w:p>
        </w:tc>
        <w:tc>
          <w:tcPr>
            <w:tcW w:type="dxa" w:w="2880"/>
          </w:tcPr>
          <w:p>
            <w:r>
              <w:t>另行通知</w:t>
            </w:r>
          </w:p>
        </w:tc>
      </w:tr>
      <w:tr>
        <w:tc>
          <w:tcPr>
            <w:tcW w:type="dxa" w:w="2880"/>
          </w:tcPr>
          <w:p>
            <w:r>
              <w:t>2021年9月17日（14:00-17:00）</w:t>
            </w:r>
          </w:p>
        </w:tc>
        <w:tc>
          <w:tcPr>
            <w:tcW w:type="dxa" w:w="2880"/>
          </w:tcPr>
          <w:p>
            <w:r>
              <w:t>1、学院总体介绍2、各研究方向宣讲3、实验室参观</w:t>
            </w:r>
          </w:p>
        </w:tc>
        <w:tc>
          <w:tcPr>
            <w:tcW w:type="dxa" w:w="2880"/>
          </w:tcPr>
          <w:p>
            <w:r>
              <w:t>另行通知</w:t>
            </w:r>
          </w:p>
        </w:tc>
      </w:tr>
      <w:tr>
        <w:tc>
          <w:tcPr>
            <w:tcW w:type="dxa" w:w="2880"/>
          </w:tcPr>
          <w:p>
            <w:r>
              <w:t>2021年9月18日（8:00-22:00）</w:t>
            </w:r>
          </w:p>
        </w:tc>
        <w:tc>
          <w:tcPr>
            <w:tcW w:type="dxa" w:w="2880"/>
          </w:tcPr>
          <w:p>
            <w:r>
              <w:t>综合考核</w:t>
            </w:r>
          </w:p>
        </w:tc>
        <w:tc>
          <w:tcPr>
            <w:tcW w:type="dxa" w:w="2880"/>
          </w:tcPr>
          <w:p>
            <w:r>
              <w:t>另行通知</w:t>
            </w:r>
          </w:p>
        </w:tc>
      </w:tr>
    </w:tbl>
    <w:p>
      <w:r>
        <w:t>七、联系方式</w:t>
      </w:r>
    </w:p>
    <w:p>
      <w:r>
        <w:t>联系人：陆老师张老师</w:t>
      </w:r>
    </w:p>
    <w:p>
      <w:r>
        <w:t>联系电话：025-84890249</w:t>
      </w:r>
    </w:p>
    <w:p>
      <w:r>
        <w:t>南京航空航天大学机电学院</w:t>
      </w:r>
    </w:p>
    <w:p>
      <w:r>
        <w:t>2021年6月12日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