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机电学院2022届本科毕业生推荐免试攻读硕士学位研究生拟推荐名单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班级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0518105</w:t>
            </w:r>
          </w:p>
        </w:tc>
        <w:tc>
          <w:tcPr>
            <w:tcW w:type="dxa" w:w="1728"/>
          </w:tcPr>
          <w:p>
            <w:r>
              <w:t>051810513</w:t>
            </w:r>
          </w:p>
        </w:tc>
        <w:tc>
          <w:tcPr>
            <w:tcW w:type="dxa" w:w="1728"/>
          </w:tcPr>
          <w:p>
            <w:r>
              <w:t>林恩特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0518101</w:t>
            </w:r>
          </w:p>
        </w:tc>
        <w:tc>
          <w:tcPr>
            <w:tcW w:type="dxa" w:w="1728"/>
          </w:tcPr>
          <w:p>
            <w:r>
              <w:t>051810122</w:t>
            </w:r>
          </w:p>
        </w:tc>
        <w:tc>
          <w:tcPr>
            <w:tcW w:type="dxa" w:w="1728"/>
          </w:tcPr>
          <w:p>
            <w:r>
              <w:t>章倬诚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0518104</w:t>
            </w:r>
          </w:p>
        </w:tc>
        <w:tc>
          <w:tcPr>
            <w:tcW w:type="dxa" w:w="1728"/>
          </w:tcPr>
          <w:p>
            <w:r>
              <w:t>051810415</w:t>
            </w:r>
          </w:p>
        </w:tc>
        <w:tc>
          <w:tcPr>
            <w:tcW w:type="dxa" w:w="1728"/>
          </w:tcPr>
          <w:p>
            <w:r>
              <w:t>郭孜文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0518106</w:t>
            </w:r>
          </w:p>
        </w:tc>
        <w:tc>
          <w:tcPr>
            <w:tcW w:type="dxa" w:w="1728"/>
          </w:tcPr>
          <w:p>
            <w:r>
              <w:t>051810617</w:t>
            </w:r>
          </w:p>
        </w:tc>
        <w:tc>
          <w:tcPr>
            <w:tcW w:type="dxa" w:w="1728"/>
          </w:tcPr>
          <w:p>
            <w:r>
              <w:t>刘亚飞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0518104</w:t>
            </w:r>
          </w:p>
        </w:tc>
        <w:tc>
          <w:tcPr>
            <w:tcW w:type="dxa" w:w="1728"/>
          </w:tcPr>
          <w:p>
            <w:r>
              <w:t>041830103</w:t>
            </w:r>
          </w:p>
        </w:tc>
        <w:tc>
          <w:tcPr>
            <w:tcW w:type="dxa" w:w="1728"/>
          </w:tcPr>
          <w:p>
            <w:r>
              <w:t>徐龙洁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0518107</w:t>
            </w:r>
          </w:p>
        </w:tc>
        <w:tc>
          <w:tcPr>
            <w:tcW w:type="dxa" w:w="1728"/>
          </w:tcPr>
          <w:p>
            <w:r>
              <w:t>051810718</w:t>
            </w:r>
          </w:p>
        </w:tc>
        <w:tc>
          <w:tcPr>
            <w:tcW w:type="dxa" w:w="1728"/>
          </w:tcPr>
          <w:p>
            <w:r>
              <w:t>田佳淳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051810123</w:t>
            </w:r>
          </w:p>
        </w:tc>
        <w:tc>
          <w:tcPr>
            <w:tcW w:type="dxa" w:w="1728"/>
          </w:tcPr>
          <w:p>
            <w:r>
              <w:t>黄则键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0518111</w:t>
            </w:r>
          </w:p>
        </w:tc>
        <w:tc>
          <w:tcPr>
            <w:tcW w:type="dxa" w:w="1728"/>
          </w:tcPr>
          <w:p>
            <w:r>
              <w:t>051830333</w:t>
            </w:r>
          </w:p>
        </w:tc>
        <w:tc>
          <w:tcPr>
            <w:tcW w:type="dxa" w:w="1728"/>
          </w:tcPr>
          <w:p>
            <w:r>
              <w:t>孙千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0518111</w:t>
            </w:r>
          </w:p>
        </w:tc>
        <w:tc>
          <w:tcPr>
            <w:tcW w:type="dxa" w:w="1728"/>
          </w:tcPr>
          <w:p>
            <w:r>
              <w:t>051811118</w:t>
            </w:r>
          </w:p>
        </w:tc>
        <w:tc>
          <w:tcPr>
            <w:tcW w:type="dxa" w:w="1728"/>
          </w:tcPr>
          <w:p>
            <w:r>
              <w:t>俞宙航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0518105</w:t>
            </w:r>
          </w:p>
        </w:tc>
        <w:tc>
          <w:tcPr>
            <w:tcW w:type="dxa" w:w="1728"/>
          </w:tcPr>
          <w:p>
            <w:r>
              <w:t>051810529</w:t>
            </w:r>
          </w:p>
        </w:tc>
        <w:tc>
          <w:tcPr>
            <w:tcW w:type="dxa" w:w="1728"/>
          </w:tcPr>
          <w:p>
            <w:r>
              <w:t>胡家睿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0518104</w:t>
            </w:r>
          </w:p>
        </w:tc>
        <w:tc>
          <w:tcPr>
            <w:tcW w:type="dxa" w:w="1728"/>
          </w:tcPr>
          <w:p>
            <w:r>
              <w:t>051810401</w:t>
            </w:r>
          </w:p>
        </w:tc>
        <w:tc>
          <w:tcPr>
            <w:tcW w:type="dxa" w:w="1728"/>
          </w:tcPr>
          <w:p>
            <w:r>
              <w:t>程荣沁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0518110</w:t>
            </w:r>
          </w:p>
        </w:tc>
        <w:tc>
          <w:tcPr>
            <w:tcW w:type="dxa" w:w="1728"/>
          </w:tcPr>
          <w:p>
            <w:r>
              <w:t>051811015</w:t>
            </w:r>
          </w:p>
        </w:tc>
        <w:tc>
          <w:tcPr>
            <w:tcW w:type="dxa" w:w="1728"/>
          </w:tcPr>
          <w:p>
            <w:r>
              <w:t>李晗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051811120</w:t>
            </w:r>
          </w:p>
        </w:tc>
        <w:tc>
          <w:tcPr>
            <w:tcW w:type="dxa" w:w="1728"/>
          </w:tcPr>
          <w:p>
            <w:r>
              <w:t>张石顺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051810424</w:t>
            </w:r>
          </w:p>
        </w:tc>
        <w:tc>
          <w:tcPr>
            <w:tcW w:type="dxa" w:w="1728"/>
          </w:tcPr>
          <w:p>
            <w:r>
              <w:t>杨楠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0518110</w:t>
            </w:r>
          </w:p>
        </w:tc>
        <w:tc>
          <w:tcPr>
            <w:tcW w:type="dxa" w:w="1728"/>
          </w:tcPr>
          <w:p>
            <w:r>
              <w:t>051811002</w:t>
            </w:r>
          </w:p>
        </w:tc>
        <w:tc>
          <w:tcPr>
            <w:tcW w:type="dxa" w:w="1728"/>
          </w:tcPr>
          <w:p>
            <w:r>
              <w:t>司马怡聃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0518103</w:t>
            </w:r>
          </w:p>
        </w:tc>
        <w:tc>
          <w:tcPr>
            <w:tcW w:type="dxa" w:w="1728"/>
          </w:tcPr>
          <w:p>
            <w:r>
              <w:t>051810320</w:t>
            </w:r>
          </w:p>
        </w:tc>
        <w:tc>
          <w:tcPr>
            <w:tcW w:type="dxa" w:w="1728"/>
          </w:tcPr>
          <w:p>
            <w:r>
              <w:t>黄煜杰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0518111</w:t>
            </w:r>
          </w:p>
        </w:tc>
        <w:tc>
          <w:tcPr>
            <w:tcW w:type="dxa" w:w="1728"/>
          </w:tcPr>
          <w:p>
            <w:r>
              <w:t>051811119</w:t>
            </w:r>
          </w:p>
        </w:tc>
        <w:tc>
          <w:tcPr>
            <w:tcW w:type="dxa" w:w="1728"/>
          </w:tcPr>
          <w:p>
            <w:r>
              <w:t>郭展鹏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051810205</w:t>
            </w:r>
          </w:p>
        </w:tc>
        <w:tc>
          <w:tcPr>
            <w:tcW w:type="dxa" w:w="1728"/>
          </w:tcPr>
          <w:p>
            <w:r>
              <w:t>刘奕辰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0518108</w:t>
            </w:r>
          </w:p>
        </w:tc>
        <w:tc>
          <w:tcPr>
            <w:tcW w:type="dxa" w:w="1728"/>
          </w:tcPr>
          <w:p>
            <w:r>
              <w:t>051810808</w:t>
            </w:r>
          </w:p>
        </w:tc>
        <w:tc>
          <w:tcPr>
            <w:tcW w:type="dxa" w:w="1728"/>
          </w:tcPr>
          <w:p>
            <w:r>
              <w:t>封森文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0518111</w:t>
            </w:r>
          </w:p>
        </w:tc>
        <w:tc>
          <w:tcPr>
            <w:tcW w:type="dxa" w:w="1728"/>
          </w:tcPr>
          <w:p>
            <w:r>
              <w:t>051811114</w:t>
            </w:r>
          </w:p>
        </w:tc>
        <w:tc>
          <w:tcPr>
            <w:tcW w:type="dxa" w:w="1728"/>
          </w:tcPr>
          <w:p>
            <w:r>
              <w:t>王宁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051810712</w:t>
            </w:r>
          </w:p>
        </w:tc>
        <w:tc>
          <w:tcPr>
            <w:tcW w:type="dxa" w:w="1728"/>
          </w:tcPr>
          <w:p>
            <w:r>
              <w:t>王旭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22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051811029</w:t>
            </w:r>
          </w:p>
        </w:tc>
        <w:tc>
          <w:tcPr>
            <w:tcW w:type="dxa" w:w="1728"/>
          </w:tcPr>
          <w:p>
            <w:r>
              <w:t>邬起云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23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051811010</w:t>
            </w:r>
          </w:p>
        </w:tc>
        <w:tc>
          <w:tcPr>
            <w:tcW w:type="dxa" w:w="1728"/>
          </w:tcPr>
          <w:p>
            <w:r>
              <w:t>王宁坤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0518104</w:t>
            </w:r>
          </w:p>
        </w:tc>
        <w:tc>
          <w:tcPr>
            <w:tcW w:type="dxa" w:w="1728"/>
          </w:tcPr>
          <w:p>
            <w:r>
              <w:t>051810414</w:t>
            </w:r>
          </w:p>
        </w:tc>
        <w:tc>
          <w:tcPr>
            <w:tcW w:type="dxa" w:w="1728"/>
          </w:tcPr>
          <w:p>
            <w:r>
              <w:t>古家森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25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051811027</w:t>
            </w:r>
          </w:p>
        </w:tc>
        <w:tc>
          <w:tcPr>
            <w:tcW w:type="dxa" w:w="1728"/>
          </w:tcPr>
          <w:p>
            <w:r>
              <w:t>周征西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26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051810113</w:t>
            </w:r>
          </w:p>
        </w:tc>
        <w:tc>
          <w:tcPr>
            <w:tcW w:type="dxa" w:w="1728"/>
          </w:tcPr>
          <w:p>
            <w:r>
              <w:t>黄琛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27</w:t>
            </w:r>
          </w:p>
        </w:tc>
        <w:tc>
          <w:tcPr>
            <w:tcW w:type="dxa" w:w="1728"/>
          </w:tcPr>
          <w:p>
            <w:r>
              <w:t>0518103</w:t>
            </w:r>
          </w:p>
        </w:tc>
        <w:tc>
          <w:tcPr>
            <w:tcW w:type="dxa" w:w="1728"/>
          </w:tcPr>
          <w:p>
            <w:r>
              <w:t>051820217</w:t>
            </w:r>
          </w:p>
        </w:tc>
        <w:tc>
          <w:tcPr>
            <w:tcW w:type="dxa" w:w="1728"/>
          </w:tcPr>
          <w:p>
            <w:r>
              <w:t>陈子超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28</w:t>
            </w:r>
          </w:p>
        </w:tc>
        <w:tc>
          <w:tcPr>
            <w:tcW w:type="dxa" w:w="1728"/>
          </w:tcPr>
          <w:p>
            <w:r>
              <w:t>0518107</w:t>
            </w:r>
          </w:p>
        </w:tc>
        <w:tc>
          <w:tcPr>
            <w:tcW w:type="dxa" w:w="1728"/>
          </w:tcPr>
          <w:p>
            <w:r>
              <w:t>051810705</w:t>
            </w:r>
          </w:p>
        </w:tc>
        <w:tc>
          <w:tcPr>
            <w:tcW w:type="dxa" w:w="1728"/>
          </w:tcPr>
          <w:p>
            <w:r>
              <w:t>庞浩哲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29</w:t>
            </w:r>
          </w:p>
        </w:tc>
        <w:tc>
          <w:tcPr>
            <w:tcW w:type="dxa" w:w="1728"/>
          </w:tcPr>
          <w:p>
            <w:r>
              <w:t>0518108</w:t>
            </w:r>
          </w:p>
        </w:tc>
        <w:tc>
          <w:tcPr>
            <w:tcW w:type="dxa" w:w="1728"/>
          </w:tcPr>
          <w:p>
            <w:r>
              <w:t>051810826</w:t>
            </w:r>
          </w:p>
        </w:tc>
        <w:tc>
          <w:tcPr>
            <w:tcW w:type="dxa" w:w="1728"/>
          </w:tcPr>
          <w:p>
            <w:r>
              <w:t>张添一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30</w:t>
            </w:r>
          </w:p>
        </w:tc>
        <w:tc>
          <w:tcPr>
            <w:tcW w:type="dxa" w:w="1728"/>
          </w:tcPr>
          <w:p>
            <w:r>
              <w:t>0518101</w:t>
            </w:r>
          </w:p>
        </w:tc>
        <w:tc>
          <w:tcPr>
            <w:tcW w:type="dxa" w:w="1728"/>
          </w:tcPr>
          <w:p>
            <w:r>
              <w:t>051810119</w:t>
            </w:r>
          </w:p>
        </w:tc>
        <w:tc>
          <w:tcPr>
            <w:tcW w:type="dxa" w:w="1728"/>
          </w:tcPr>
          <w:p>
            <w:r>
              <w:t>居然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31</w:t>
            </w:r>
          </w:p>
        </w:tc>
        <w:tc>
          <w:tcPr>
            <w:tcW w:type="dxa" w:w="1728"/>
          </w:tcPr>
          <w:p>
            <w:r>
              <w:t>0518107</w:t>
            </w:r>
          </w:p>
        </w:tc>
        <w:tc>
          <w:tcPr>
            <w:tcW w:type="dxa" w:w="1728"/>
          </w:tcPr>
          <w:p>
            <w:r>
              <w:t>051810709</w:t>
            </w:r>
          </w:p>
        </w:tc>
        <w:tc>
          <w:tcPr>
            <w:tcW w:type="dxa" w:w="1728"/>
          </w:tcPr>
          <w:p>
            <w:r>
              <w:t>段榆洲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32</w:t>
            </w:r>
          </w:p>
        </w:tc>
        <w:tc>
          <w:tcPr>
            <w:tcW w:type="dxa" w:w="1728"/>
          </w:tcPr>
          <w:p>
            <w:r>
              <w:t>0518105</w:t>
            </w:r>
          </w:p>
        </w:tc>
        <w:tc>
          <w:tcPr>
            <w:tcW w:type="dxa" w:w="1728"/>
          </w:tcPr>
          <w:p>
            <w:r>
              <w:t>051810502</w:t>
            </w:r>
          </w:p>
        </w:tc>
        <w:tc>
          <w:tcPr>
            <w:tcW w:type="dxa" w:w="1728"/>
          </w:tcPr>
          <w:p>
            <w:r>
              <w:t>王子源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33</w:t>
            </w:r>
          </w:p>
        </w:tc>
        <w:tc>
          <w:tcPr>
            <w:tcW w:type="dxa" w:w="1728"/>
          </w:tcPr>
          <w:p>
            <w:r>
              <w:t>0518111</w:t>
            </w:r>
          </w:p>
        </w:tc>
        <w:tc>
          <w:tcPr>
            <w:tcW w:type="dxa" w:w="1728"/>
          </w:tcPr>
          <w:p>
            <w:r>
              <w:t>051811113</w:t>
            </w:r>
          </w:p>
        </w:tc>
        <w:tc>
          <w:tcPr>
            <w:tcW w:type="dxa" w:w="1728"/>
          </w:tcPr>
          <w:p>
            <w:r>
              <w:t>王健杰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34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051810121</w:t>
            </w:r>
          </w:p>
        </w:tc>
        <w:tc>
          <w:tcPr>
            <w:tcW w:type="dxa" w:w="1728"/>
          </w:tcPr>
          <w:p>
            <w:r>
              <w:t>韩旭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35</w:t>
            </w:r>
          </w:p>
        </w:tc>
        <w:tc>
          <w:tcPr>
            <w:tcW w:type="dxa" w:w="1728"/>
          </w:tcPr>
          <w:p>
            <w:r>
              <w:t>0518103</w:t>
            </w:r>
          </w:p>
        </w:tc>
        <w:tc>
          <w:tcPr>
            <w:tcW w:type="dxa" w:w="1728"/>
          </w:tcPr>
          <w:p>
            <w:r>
              <w:t>051810317</w:t>
            </w:r>
          </w:p>
        </w:tc>
        <w:tc>
          <w:tcPr>
            <w:tcW w:type="dxa" w:w="1728"/>
          </w:tcPr>
          <w:p>
            <w:r>
              <w:t>李豫龙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36</w:t>
            </w:r>
          </w:p>
        </w:tc>
        <w:tc>
          <w:tcPr>
            <w:tcW w:type="dxa" w:w="1728"/>
          </w:tcPr>
          <w:p>
            <w:r>
              <w:t>0518107</w:t>
            </w:r>
          </w:p>
        </w:tc>
        <w:tc>
          <w:tcPr>
            <w:tcW w:type="dxa" w:w="1728"/>
          </w:tcPr>
          <w:p>
            <w:r>
              <w:t>051810727</w:t>
            </w:r>
          </w:p>
        </w:tc>
        <w:tc>
          <w:tcPr>
            <w:tcW w:type="dxa" w:w="1728"/>
          </w:tcPr>
          <w:p>
            <w:r>
              <w:t>张旭辉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37</w:t>
            </w:r>
          </w:p>
        </w:tc>
        <w:tc>
          <w:tcPr>
            <w:tcW w:type="dxa" w:w="1728"/>
          </w:tcPr>
          <w:p>
            <w:r>
              <w:t>0518109</w:t>
            </w:r>
          </w:p>
        </w:tc>
        <w:tc>
          <w:tcPr>
            <w:tcW w:type="dxa" w:w="1728"/>
          </w:tcPr>
          <w:p>
            <w:r>
              <w:t>051810901</w:t>
            </w:r>
          </w:p>
        </w:tc>
        <w:tc>
          <w:tcPr>
            <w:tcW w:type="dxa" w:w="1728"/>
          </w:tcPr>
          <w:p>
            <w:r>
              <w:t>李安琪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38</w:t>
            </w:r>
          </w:p>
        </w:tc>
        <w:tc>
          <w:tcPr>
            <w:tcW w:type="dxa" w:w="1728"/>
          </w:tcPr>
          <w:p>
            <w:r>
              <w:t>0518109</w:t>
            </w:r>
          </w:p>
        </w:tc>
        <w:tc>
          <w:tcPr>
            <w:tcW w:type="dxa" w:w="1728"/>
          </w:tcPr>
          <w:p>
            <w:r>
              <w:t>051810928</w:t>
            </w:r>
          </w:p>
        </w:tc>
        <w:tc>
          <w:tcPr>
            <w:tcW w:type="dxa" w:w="1728"/>
          </w:tcPr>
          <w:p>
            <w:r>
              <w:t>刘京京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39</w:t>
            </w:r>
          </w:p>
        </w:tc>
        <w:tc>
          <w:tcPr>
            <w:tcW w:type="dxa" w:w="1728"/>
          </w:tcPr>
          <w:p>
            <w:r>
              <w:t>0518102</w:t>
            </w:r>
          </w:p>
        </w:tc>
        <w:tc>
          <w:tcPr>
            <w:tcW w:type="dxa" w:w="1728"/>
          </w:tcPr>
          <w:p>
            <w:r>
              <w:t>051810219</w:t>
            </w:r>
          </w:p>
        </w:tc>
        <w:tc>
          <w:tcPr>
            <w:tcW w:type="dxa" w:w="1728"/>
          </w:tcPr>
          <w:p>
            <w:r>
              <w:t>宁雨飞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40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051810402</w:t>
            </w:r>
          </w:p>
        </w:tc>
        <w:tc>
          <w:tcPr>
            <w:tcW w:type="dxa" w:w="1728"/>
          </w:tcPr>
          <w:p>
            <w:r>
              <w:t>万雅芳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41</w:t>
            </w:r>
          </w:p>
        </w:tc>
        <w:tc>
          <w:tcPr>
            <w:tcW w:type="dxa" w:w="1728"/>
          </w:tcPr>
          <w:p>
            <w:r>
              <w:t>0518110</w:t>
            </w:r>
          </w:p>
        </w:tc>
        <w:tc>
          <w:tcPr>
            <w:tcW w:type="dxa" w:w="1728"/>
          </w:tcPr>
          <w:p>
            <w:r>
              <w:t>051811003</w:t>
            </w:r>
          </w:p>
        </w:tc>
        <w:tc>
          <w:tcPr>
            <w:tcW w:type="dxa" w:w="1728"/>
          </w:tcPr>
          <w:p>
            <w:r>
              <w:t>陈梦思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42</w:t>
            </w:r>
          </w:p>
        </w:tc>
        <w:tc>
          <w:tcPr>
            <w:tcW w:type="dxa" w:w="1728"/>
          </w:tcPr>
          <w:p>
            <w:r>
              <w:t>0518104</w:t>
            </w:r>
          </w:p>
        </w:tc>
        <w:tc>
          <w:tcPr>
            <w:tcW w:type="dxa" w:w="1728"/>
          </w:tcPr>
          <w:p>
            <w:r>
              <w:t>051810426</w:t>
            </w:r>
          </w:p>
        </w:tc>
        <w:tc>
          <w:tcPr>
            <w:tcW w:type="dxa" w:w="1728"/>
          </w:tcPr>
          <w:p>
            <w:r>
              <w:t>李佳安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43</w:t>
            </w:r>
          </w:p>
        </w:tc>
        <w:tc>
          <w:tcPr>
            <w:tcW w:type="dxa" w:w="1728"/>
          </w:tcPr>
          <w:p>
            <w:r>
              <w:t>0518101</w:t>
            </w:r>
          </w:p>
        </w:tc>
        <w:tc>
          <w:tcPr>
            <w:tcW w:type="dxa" w:w="1728"/>
          </w:tcPr>
          <w:p>
            <w:r>
              <w:t>051810117</w:t>
            </w:r>
          </w:p>
        </w:tc>
        <w:tc>
          <w:tcPr>
            <w:tcW w:type="dxa" w:w="1728"/>
          </w:tcPr>
          <w:p>
            <w:r>
              <w:t>周康辉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44</w:t>
            </w:r>
          </w:p>
        </w:tc>
        <w:tc>
          <w:tcPr>
            <w:tcW w:type="dxa" w:w="1728"/>
          </w:tcPr>
          <w:p>
            <w:r>
              <w:t>0518108</w:t>
            </w:r>
          </w:p>
        </w:tc>
        <w:tc>
          <w:tcPr>
            <w:tcW w:type="dxa" w:w="1728"/>
          </w:tcPr>
          <w:p>
            <w:r>
              <w:t>051810822</w:t>
            </w:r>
          </w:p>
        </w:tc>
        <w:tc>
          <w:tcPr>
            <w:tcW w:type="dxa" w:w="1728"/>
          </w:tcPr>
          <w:p>
            <w:r>
              <w:t>应卓霖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45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051810907</w:t>
            </w:r>
          </w:p>
        </w:tc>
        <w:tc>
          <w:tcPr>
            <w:tcW w:type="dxa" w:w="1728"/>
          </w:tcPr>
          <w:p>
            <w:r>
              <w:t>李新顺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46</w:t>
            </w:r>
          </w:p>
        </w:tc>
        <w:tc>
          <w:tcPr>
            <w:tcW w:type="dxa" w:w="1728"/>
          </w:tcPr>
          <w:p>
            <w:r>
              <w:t>0518101</w:t>
            </w:r>
          </w:p>
        </w:tc>
        <w:tc>
          <w:tcPr>
            <w:tcW w:type="dxa" w:w="1728"/>
          </w:tcPr>
          <w:p>
            <w:r>
              <w:t>051810130</w:t>
            </w:r>
          </w:p>
        </w:tc>
        <w:tc>
          <w:tcPr>
            <w:tcW w:type="dxa" w:w="1728"/>
          </w:tcPr>
          <w:p>
            <w:r>
              <w:t>曹其立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47</w:t>
            </w:r>
          </w:p>
        </w:tc>
        <w:tc>
          <w:tcPr>
            <w:tcW w:type="dxa" w:w="1728"/>
          </w:tcPr>
          <w:p>
            <w:r>
              <w:t>0518110</w:t>
            </w:r>
          </w:p>
        </w:tc>
        <w:tc>
          <w:tcPr>
            <w:tcW w:type="dxa" w:w="1728"/>
          </w:tcPr>
          <w:p>
            <w:r>
              <w:t>051811004</w:t>
            </w:r>
          </w:p>
        </w:tc>
        <w:tc>
          <w:tcPr>
            <w:tcW w:type="dxa" w:w="1728"/>
          </w:tcPr>
          <w:p>
            <w:r>
              <w:t>郑捷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48</w:t>
            </w:r>
          </w:p>
        </w:tc>
        <w:tc>
          <w:tcPr>
            <w:tcW w:type="dxa" w:w="1728"/>
          </w:tcPr>
          <w:p>
            <w:r>
              <w:t>0518102</w:t>
            </w:r>
          </w:p>
        </w:tc>
        <w:tc>
          <w:tcPr>
            <w:tcW w:type="dxa" w:w="1728"/>
          </w:tcPr>
          <w:p>
            <w:r>
              <w:t>051810225</w:t>
            </w:r>
          </w:p>
        </w:tc>
        <w:tc>
          <w:tcPr>
            <w:tcW w:type="dxa" w:w="1728"/>
          </w:tcPr>
          <w:p>
            <w:r>
              <w:t>俞冰磊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49</w:t>
            </w:r>
          </w:p>
        </w:tc>
        <w:tc>
          <w:tcPr>
            <w:tcW w:type="dxa" w:w="1728"/>
          </w:tcPr>
          <w:p>
            <w:r>
              <w:t>0518103</w:t>
            </w:r>
          </w:p>
        </w:tc>
        <w:tc>
          <w:tcPr>
            <w:tcW w:type="dxa" w:w="1728"/>
          </w:tcPr>
          <w:p>
            <w:r>
              <w:t>051810322</w:t>
            </w:r>
          </w:p>
        </w:tc>
        <w:tc>
          <w:tcPr>
            <w:tcW w:type="dxa" w:w="1728"/>
          </w:tcPr>
          <w:p>
            <w:r>
              <w:t>金泽辉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0518107</w:t>
            </w:r>
          </w:p>
        </w:tc>
        <w:tc>
          <w:tcPr>
            <w:tcW w:type="dxa" w:w="1728"/>
          </w:tcPr>
          <w:p>
            <w:r>
              <w:t>051810706</w:t>
            </w:r>
          </w:p>
        </w:tc>
        <w:tc>
          <w:tcPr>
            <w:tcW w:type="dxa" w:w="1728"/>
          </w:tcPr>
          <w:p>
            <w:r>
              <w:t>孙博儒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51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051810603</w:t>
            </w:r>
          </w:p>
        </w:tc>
        <w:tc>
          <w:tcPr>
            <w:tcW w:type="dxa" w:w="1728"/>
          </w:tcPr>
          <w:p>
            <w:r>
              <w:t>徐可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52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051710727</w:t>
            </w:r>
          </w:p>
        </w:tc>
        <w:tc>
          <w:tcPr>
            <w:tcW w:type="dxa" w:w="1728"/>
          </w:tcPr>
          <w:p>
            <w:r>
              <w:t>郑凯文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53</w:t>
            </w:r>
          </w:p>
        </w:tc>
        <w:tc>
          <w:tcPr>
            <w:tcW w:type="dxa" w:w="1728"/>
          </w:tcPr>
          <w:p>
            <w:r>
              <w:t>0518201</w:t>
            </w:r>
          </w:p>
        </w:tc>
        <w:tc>
          <w:tcPr>
            <w:tcW w:type="dxa" w:w="1728"/>
          </w:tcPr>
          <w:p>
            <w:r>
              <w:t>051820103</w:t>
            </w:r>
          </w:p>
        </w:tc>
        <w:tc>
          <w:tcPr>
            <w:tcW w:type="dxa" w:w="1728"/>
          </w:tcPr>
          <w:p>
            <w:r>
              <w:t>欧阳汭霖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54</w:t>
            </w:r>
          </w:p>
        </w:tc>
        <w:tc>
          <w:tcPr>
            <w:tcW w:type="dxa" w:w="1728"/>
          </w:tcPr>
          <w:p>
            <w:r>
              <w:t>0518201</w:t>
            </w:r>
          </w:p>
        </w:tc>
        <w:tc>
          <w:tcPr>
            <w:tcW w:type="dxa" w:w="1728"/>
          </w:tcPr>
          <w:p>
            <w:r>
              <w:t>051820101</w:t>
            </w:r>
          </w:p>
        </w:tc>
        <w:tc>
          <w:tcPr>
            <w:tcW w:type="dxa" w:w="1728"/>
          </w:tcPr>
          <w:p>
            <w:r>
              <w:t>姚媛圆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55</w:t>
            </w:r>
          </w:p>
        </w:tc>
        <w:tc>
          <w:tcPr>
            <w:tcW w:type="dxa" w:w="1728"/>
          </w:tcPr>
          <w:p>
            <w:r>
              <w:t>0518202</w:t>
            </w:r>
          </w:p>
        </w:tc>
        <w:tc>
          <w:tcPr>
            <w:tcW w:type="dxa" w:w="1728"/>
          </w:tcPr>
          <w:p>
            <w:r>
              <w:t>051820202</w:t>
            </w:r>
          </w:p>
        </w:tc>
        <w:tc>
          <w:tcPr>
            <w:tcW w:type="dxa" w:w="1728"/>
          </w:tcPr>
          <w:p>
            <w:r>
              <w:t>苗雨欣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56</w:t>
            </w:r>
          </w:p>
        </w:tc>
        <w:tc>
          <w:tcPr>
            <w:tcW w:type="dxa" w:w="1728"/>
          </w:tcPr>
          <w:p>
            <w:r>
              <w:t>0518202</w:t>
            </w:r>
          </w:p>
        </w:tc>
        <w:tc>
          <w:tcPr>
            <w:tcW w:type="dxa" w:w="1728"/>
          </w:tcPr>
          <w:p>
            <w:r>
              <w:t>051820205</w:t>
            </w:r>
          </w:p>
        </w:tc>
        <w:tc>
          <w:tcPr>
            <w:tcW w:type="dxa" w:w="1728"/>
          </w:tcPr>
          <w:p>
            <w:r>
              <w:t>周殊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57</w:t>
            </w:r>
          </w:p>
        </w:tc>
        <w:tc>
          <w:tcPr>
            <w:tcW w:type="dxa" w:w="1728"/>
          </w:tcPr>
          <w:p>
            <w:r>
              <w:t>0518201</w:t>
            </w:r>
          </w:p>
        </w:tc>
        <w:tc>
          <w:tcPr>
            <w:tcW w:type="dxa" w:w="1728"/>
          </w:tcPr>
          <w:p>
            <w:r>
              <w:t>051820105</w:t>
            </w:r>
          </w:p>
        </w:tc>
        <w:tc>
          <w:tcPr>
            <w:tcW w:type="dxa" w:w="1728"/>
          </w:tcPr>
          <w:p>
            <w:r>
              <w:t>卞辰晨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58</w:t>
            </w:r>
          </w:p>
        </w:tc>
        <w:tc>
          <w:tcPr>
            <w:tcW w:type="dxa" w:w="1728"/>
          </w:tcPr>
          <w:p>
            <w:r>
              <w:t>0518201</w:t>
            </w:r>
          </w:p>
        </w:tc>
        <w:tc>
          <w:tcPr>
            <w:tcW w:type="dxa" w:w="1728"/>
          </w:tcPr>
          <w:p>
            <w:r>
              <w:t>031830310</w:t>
            </w:r>
          </w:p>
        </w:tc>
        <w:tc>
          <w:tcPr>
            <w:tcW w:type="dxa" w:w="1728"/>
          </w:tcPr>
          <w:p>
            <w:r>
              <w:t>周荣芳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59</w:t>
            </w:r>
          </w:p>
        </w:tc>
        <w:tc>
          <w:tcPr>
            <w:tcW w:type="dxa" w:w="1728"/>
          </w:tcPr>
          <w:p>
            <w:r>
              <w:t>0518301</w:t>
            </w:r>
          </w:p>
        </w:tc>
        <w:tc>
          <w:tcPr>
            <w:tcW w:type="dxa" w:w="1728"/>
          </w:tcPr>
          <w:p>
            <w:r>
              <w:t>051830124</w:t>
            </w:r>
          </w:p>
        </w:tc>
        <w:tc>
          <w:tcPr>
            <w:tcW w:type="dxa" w:w="1728"/>
          </w:tcPr>
          <w:p>
            <w:r>
              <w:t>周博恩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60</w:t>
            </w:r>
          </w:p>
        </w:tc>
        <w:tc>
          <w:tcPr>
            <w:tcW w:type="dxa" w:w="1728"/>
          </w:tcPr>
          <w:p>
            <w:r>
              <w:t>0518303</w:t>
            </w:r>
          </w:p>
        </w:tc>
        <w:tc>
          <w:tcPr>
            <w:tcW w:type="dxa" w:w="1728"/>
          </w:tcPr>
          <w:p>
            <w:r>
              <w:t>051830330</w:t>
            </w:r>
          </w:p>
        </w:tc>
        <w:tc>
          <w:tcPr>
            <w:tcW w:type="dxa" w:w="1728"/>
          </w:tcPr>
          <w:p>
            <w:r>
              <w:t>于浩然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61</w:t>
            </w:r>
          </w:p>
        </w:tc>
        <w:tc>
          <w:tcPr>
            <w:tcW w:type="dxa" w:w="1728"/>
          </w:tcPr>
          <w:p>
            <w:r>
              <w:t>0518301</w:t>
            </w:r>
          </w:p>
        </w:tc>
        <w:tc>
          <w:tcPr>
            <w:tcW w:type="dxa" w:w="1728"/>
          </w:tcPr>
          <w:p>
            <w:r>
              <w:t>051830131</w:t>
            </w:r>
          </w:p>
        </w:tc>
        <w:tc>
          <w:tcPr>
            <w:tcW w:type="dxa" w:w="1728"/>
          </w:tcPr>
          <w:p>
            <w:r>
              <w:t>刘恺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62</w:t>
            </w:r>
          </w:p>
        </w:tc>
        <w:tc>
          <w:tcPr>
            <w:tcW w:type="dxa" w:w="1728"/>
          </w:tcPr>
          <w:p>
            <w:r>
              <w:t>0518301</w:t>
            </w:r>
          </w:p>
        </w:tc>
        <w:tc>
          <w:tcPr>
            <w:tcW w:type="dxa" w:w="1728"/>
          </w:tcPr>
          <w:p>
            <w:r>
              <w:t>051830106</w:t>
            </w:r>
          </w:p>
        </w:tc>
        <w:tc>
          <w:tcPr>
            <w:tcW w:type="dxa" w:w="1728"/>
          </w:tcPr>
          <w:p>
            <w:r>
              <w:t>胡艺文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63</w:t>
            </w:r>
          </w:p>
        </w:tc>
        <w:tc>
          <w:tcPr>
            <w:tcW w:type="dxa" w:w="1728"/>
          </w:tcPr>
          <w:p>
            <w:r>
              <w:t>0518303</w:t>
            </w:r>
          </w:p>
        </w:tc>
        <w:tc>
          <w:tcPr>
            <w:tcW w:type="dxa" w:w="1728"/>
          </w:tcPr>
          <w:p>
            <w:r>
              <w:t>051830324</w:t>
            </w:r>
          </w:p>
        </w:tc>
        <w:tc>
          <w:tcPr>
            <w:tcW w:type="dxa" w:w="1728"/>
          </w:tcPr>
          <w:p>
            <w:r>
              <w:t>付星彭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64</w:t>
            </w:r>
          </w:p>
        </w:tc>
        <w:tc>
          <w:tcPr>
            <w:tcW w:type="dxa" w:w="1728"/>
          </w:tcPr>
          <w:p>
            <w:r>
              <w:t>0518301</w:t>
            </w:r>
          </w:p>
        </w:tc>
        <w:tc>
          <w:tcPr>
            <w:tcW w:type="dxa" w:w="1728"/>
          </w:tcPr>
          <w:p>
            <w:r>
              <w:t>051830128</w:t>
            </w:r>
          </w:p>
        </w:tc>
        <w:tc>
          <w:tcPr>
            <w:tcW w:type="dxa" w:w="1728"/>
          </w:tcPr>
          <w:p>
            <w:r>
              <w:t>盖清源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65</w:t>
            </w:r>
          </w:p>
        </w:tc>
        <w:tc>
          <w:tcPr>
            <w:tcW w:type="dxa" w:w="1728"/>
          </w:tcPr>
          <w:p>
            <w:r>
              <w:t>0518303</w:t>
            </w:r>
          </w:p>
        </w:tc>
        <w:tc>
          <w:tcPr>
            <w:tcW w:type="dxa" w:w="1728"/>
          </w:tcPr>
          <w:p>
            <w:r>
              <w:t>051830331</w:t>
            </w:r>
          </w:p>
        </w:tc>
        <w:tc>
          <w:tcPr>
            <w:tcW w:type="dxa" w:w="1728"/>
          </w:tcPr>
          <w:p>
            <w:r>
              <w:t>康能生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66</w:t>
            </w:r>
          </w:p>
        </w:tc>
        <w:tc>
          <w:tcPr>
            <w:tcW w:type="dxa" w:w="1728"/>
          </w:tcPr>
          <w:p>
            <w:r>
              <w:t>0518301</w:t>
            </w:r>
          </w:p>
        </w:tc>
        <w:tc>
          <w:tcPr>
            <w:tcW w:type="dxa" w:w="1728"/>
          </w:tcPr>
          <w:p>
            <w:r>
              <w:t>051830103</w:t>
            </w:r>
          </w:p>
        </w:tc>
        <w:tc>
          <w:tcPr>
            <w:tcW w:type="dxa" w:w="1728"/>
          </w:tcPr>
          <w:p>
            <w:r>
              <w:t>李芊芊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67</w:t>
            </w:r>
          </w:p>
        </w:tc>
        <w:tc>
          <w:tcPr>
            <w:tcW w:type="dxa" w:w="1728"/>
          </w:tcPr>
          <w:p>
            <w:r>
              <w:t>0518303</w:t>
            </w:r>
          </w:p>
        </w:tc>
        <w:tc>
          <w:tcPr>
            <w:tcW w:type="dxa" w:w="1728"/>
          </w:tcPr>
          <w:p>
            <w:r>
              <w:t>061810329</w:t>
            </w:r>
          </w:p>
        </w:tc>
        <w:tc>
          <w:tcPr>
            <w:tcW w:type="dxa" w:w="1728"/>
          </w:tcPr>
          <w:p>
            <w:r>
              <w:t>邢子霖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68</w:t>
            </w:r>
          </w:p>
        </w:tc>
        <w:tc>
          <w:tcPr>
            <w:tcW w:type="dxa" w:w="1728"/>
          </w:tcPr>
          <w:p>
            <w:r>
              <w:t>0518301</w:t>
            </w:r>
          </w:p>
        </w:tc>
        <w:tc>
          <w:tcPr>
            <w:tcW w:type="dxa" w:w="1728"/>
          </w:tcPr>
          <w:p>
            <w:r>
              <w:t>051830104</w:t>
            </w:r>
          </w:p>
        </w:tc>
        <w:tc>
          <w:tcPr>
            <w:tcW w:type="dxa" w:w="1728"/>
          </w:tcPr>
          <w:p>
            <w:r>
              <w:t>胡琳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69</w:t>
            </w:r>
          </w:p>
        </w:tc>
        <w:tc>
          <w:tcPr>
            <w:tcW w:type="dxa" w:w="1728"/>
          </w:tcPr>
          <w:p>
            <w:r>
              <w:t>0518302</w:t>
            </w:r>
          </w:p>
        </w:tc>
        <w:tc>
          <w:tcPr>
            <w:tcW w:type="dxa" w:w="1728"/>
          </w:tcPr>
          <w:p>
            <w:r>
              <w:t>051830204</w:t>
            </w:r>
          </w:p>
        </w:tc>
        <w:tc>
          <w:tcPr>
            <w:tcW w:type="dxa" w:w="1728"/>
          </w:tcPr>
          <w:p>
            <w:r>
              <w:t>陈姝元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70</w:t>
            </w:r>
          </w:p>
        </w:tc>
        <w:tc>
          <w:tcPr>
            <w:tcW w:type="dxa" w:w="1728"/>
          </w:tcPr>
          <w:p>
            <w:r>
              <w:t>0518303</w:t>
            </w:r>
          </w:p>
        </w:tc>
        <w:tc>
          <w:tcPr>
            <w:tcW w:type="dxa" w:w="1728"/>
          </w:tcPr>
          <w:p>
            <w:r>
              <w:t>051830303</w:t>
            </w:r>
          </w:p>
        </w:tc>
        <w:tc>
          <w:tcPr>
            <w:tcW w:type="dxa" w:w="1728"/>
          </w:tcPr>
          <w:p>
            <w:r>
              <w:t>刘俊惠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71</w:t>
            </w:r>
          </w:p>
        </w:tc>
        <w:tc>
          <w:tcPr>
            <w:tcW w:type="dxa" w:w="1728"/>
          </w:tcPr>
          <w:p>
            <w:r>
              <w:t>0518301</w:t>
            </w:r>
          </w:p>
        </w:tc>
        <w:tc>
          <w:tcPr>
            <w:tcW w:type="dxa" w:w="1728"/>
          </w:tcPr>
          <w:p>
            <w:r>
              <w:t>051830120</w:t>
            </w:r>
          </w:p>
        </w:tc>
        <w:tc>
          <w:tcPr>
            <w:tcW w:type="dxa" w:w="1728"/>
          </w:tcPr>
          <w:p>
            <w:r>
              <w:t>刘家豪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72</w:t>
            </w:r>
          </w:p>
        </w:tc>
        <w:tc>
          <w:tcPr>
            <w:tcW w:type="dxa" w:w="1728"/>
          </w:tcPr>
          <w:p>
            <w:r>
              <w:t>0518302</w:t>
            </w:r>
          </w:p>
        </w:tc>
        <w:tc>
          <w:tcPr>
            <w:tcW w:type="dxa" w:w="1728"/>
          </w:tcPr>
          <w:p>
            <w:r>
              <w:t>051830232</w:t>
            </w:r>
          </w:p>
        </w:tc>
        <w:tc>
          <w:tcPr>
            <w:tcW w:type="dxa" w:w="1728"/>
          </w:tcPr>
          <w:p>
            <w:r>
              <w:t>胡贺南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73</w:t>
            </w:r>
          </w:p>
        </w:tc>
        <w:tc>
          <w:tcPr>
            <w:tcW w:type="dxa" w:w="1728"/>
          </w:tcPr>
          <w:p>
            <w:r>
              <w:t>0518302</w:t>
            </w:r>
          </w:p>
        </w:tc>
        <w:tc>
          <w:tcPr>
            <w:tcW w:type="dxa" w:w="1728"/>
          </w:tcPr>
          <w:p>
            <w:r>
              <w:t>051830214</w:t>
            </w:r>
          </w:p>
        </w:tc>
        <w:tc>
          <w:tcPr>
            <w:tcW w:type="dxa" w:w="1728"/>
          </w:tcPr>
          <w:p>
            <w:r>
              <w:t>罗志洋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74</w:t>
            </w:r>
          </w:p>
        </w:tc>
        <w:tc>
          <w:tcPr>
            <w:tcW w:type="dxa" w:w="1728"/>
          </w:tcPr>
          <w:p>
            <w:r>
              <w:t>0518301</w:t>
            </w:r>
          </w:p>
        </w:tc>
        <w:tc>
          <w:tcPr>
            <w:tcW w:type="dxa" w:w="1728"/>
          </w:tcPr>
          <w:p>
            <w:r>
              <w:t>051830105</w:t>
            </w:r>
          </w:p>
        </w:tc>
        <w:tc>
          <w:tcPr>
            <w:tcW w:type="dxa" w:w="1728"/>
          </w:tcPr>
          <w:p>
            <w:r>
              <w:t>刘艾灵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75</w:t>
            </w:r>
          </w:p>
        </w:tc>
        <w:tc>
          <w:tcPr>
            <w:tcW w:type="dxa" w:w="1728"/>
          </w:tcPr>
          <w:p>
            <w:r>
              <w:t>0518302</w:t>
            </w:r>
          </w:p>
        </w:tc>
        <w:tc>
          <w:tcPr>
            <w:tcW w:type="dxa" w:w="1728"/>
          </w:tcPr>
          <w:p>
            <w:r>
              <w:t>051830222</w:t>
            </w:r>
          </w:p>
        </w:tc>
        <w:tc>
          <w:tcPr>
            <w:tcW w:type="dxa" w:w="1728"/>
          </w:tcPr>
          <w:p>
            <w:r>
              <w:t>邓志良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76</w:t>
            </w:r>
          </w:p>
        </w:tc>
        <w:tc>
          <w:tcPr>
            <w:tcW w:type="dxa" w:w="1728"/>
          </w:tcPr>
          <w:p>
            <w:r>
              <w:t>0518304</w:t>
            </w:r>
          </w:p>
        </w:tc>
        <w:tc>
          <w:tcPr>
            <w:tcW w:type="dxa" w:w="1728"/>
          </w:tcPr>
          <w:p>
            <w:r>
              <w:t>051830418</w:t>
            </w:r>
          </w:p>
        </w:tc>
        <w:tc>
          <w:tcPr>
            <w:tcW w:type="dxa" w:w="1728"/>
          </w:tcPr>
          <w:p>
            <w:r>
              <w:t>黄俊翔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77</w:t>
            </w:r>
          </w:p>
        </w:tc>
        <w:tc>
          <w:tcPr>
            <w:tcW w:type="dxa" w:w="1728"/>
          </w:tcPr>
          <w:p>
            <w:r>
              <w:t>0518306</w:t>
            </w:r>
          </w:p>
        </w:tc>
        <w:tc>
          <w:tcPr>
            <w:tcW w:type="dxa" w:w="1728"/>
          </w:tcPr>
          <w:p>
            <w:r>
              <w:t>051830219</w:t>
            </w:r>
          </w:p>
        </w:tc>
        <w:tc>
          <w:tcPr>
            <w:tcW w:type="dxa" w:w="1728"/>
          </w:tcPr>
          <w:p>
            <w:r>
              <w:t>毛亦天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78</w:t>
            </w:r>
          </w:p>
        </w:tc>
        <w:tc>
          <w:tcPr>
            <w:tcW w:type="dxa" w:w="1728"/>
          </w:tcPr>
          <w:p>
            <w:r>
              <w:t>0518306</w:t>
            </w:r>
          </w:p>
        </w:tc>
        <w:tc>
          <w:tcPr>
            <w:tcW w:type="dxa" w:w="1728"/>
          </w:tcPr>
          <w:p>
            <w:r>
              <w:t>051830426</w:t>
            </w:r>
          </w:p>
        </w:tc>
        <w:tc>
          <w:tcPr>
            <w:tcW w:type="dxa" w:w="1728"/>
          </w:tcPr>
          <w:p>
            <w:r>
              <w:t>吴建雄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79</w:t>
            </w:r>
          </w:p>
        </w:tc>
        <w:tc>
          <w:tcPr>
            <w:tcW w:type="dxa" w:w="1728"/>
          </w:tcPr>
          <w:p>
            <w:r>
              <w:t>0518304</w:t>
            </w:r>
          </w:p>
        </w:tc>
        <w:tc>
          <w:tcPr>
            <w:tcW w:type="dxa" w:w="1728"/>
          </w:tcPr>
          <w:p>
            <w:r>
              <w:t>051830407</w:t>
            </w:r>
          </w:p>
        </w:tc>
        <w:tc>
          <w:tcPr>
            <w:tcW w:type="dxa" w:w="1728"/>
          </w:tcPr>
          <w:p>
            <w:r>
              <w:t>刘清昊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80</w:t>
            </w:r>
          </w:p>
        </w:tc>
        <w:tc>
          <w:tcPr>
            <w:tcW w:type="dxa" w:w="1728"/>
          </w:tcPr>
          <w:p>
            <w:r>
              <w:t>0518306</w:t>
            </w:r>
          </w:p>
        </w:tc>
        <w:tc>
          <w:tcPr>
            <w:tcW w:type="dxa" w:w="1728"/>
          </w:tcPr>
          <w:p>
            <w:r>
              <w:t>051830206</w:t>
            </w:r>
          </w:p>
        </w:tc>
        <w:tc>
          <w:tcPr>
            <w:tcW w:type="dxa" w:w="1728"/>
          </w:tcPr>
          <w:p>
            <w:r>
              <w:t>付霄洋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81</w:t>
            </w:r>
          </w:p>
        </w:tc>
        <w:tc>
          <w:tcPr>
            <w:tcW w:type="dxa" w:w="1728"/>
          </w:tcPr>
          <w:p>
            <w:r>
              <w:t>0518306</w:t>
            </w:r>
          </w:p>
        </w:tc>
        <w:tc>
          <w:tcPr>
            <w:tcW w:type="dxa" w:w="1728"/>
          </w:tcPr>
          <w:p>
            <w:r>
              <w:t>051830410</w:t>
            </w:r>
          </w:p>
        </w:tc>
        <w:tc>
          <w:tcPr>
            <w:tcW w:type="dxa" w:w="1728"/>
          </w:tcPr>
          <w:p>
            <w:r>
              <w:t>贺雷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82</w:t>
            </w:r>
          </w:p>
        </w:tc>
        <w:tc>
          <w:tcPr>
            <w:tcW w:type="dxa" w:w="1728"/>
          </w:tcPr>
          <w:p>
            <w:r>
              <w:t>0518304</w:t>
            </w:r>
          </w:p>
        </w:tc>
        <w:tc>
          <w:tcPr>
            <w:tcW w:type="dxa" w:w="1728"/>
          </w:tcPr>
          <w:p>
            <w:r>
              <w:t>051830403</w:t>
            </w:r>
          </w:p>
        </w:tc>
        <w:tc>
          <w:tcPr>
            <w:tcW w:type="dxa" w:w="1728"/>
          </w:tcPr>
          <w:p>
            <w:r>
              <w:t>吕广渌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83</w:t>
            </w:r>
          </w:p>
        </w:tc>
        <w:tc>
          <w:tcPr>
            <w:tcW w:type="dxa" w:w="1728"/>
          </w:tcPr>
          <w:p>
            <w:r>
              <w:t>0518305</w:t>
            </w:r>
          </w:p>
        </w:tc>
        <w:tc>
          <w:tcPr>
            <w:tcW w:type="dxa" w:w="1728"/>
          </w:tcPr>
          <w:p>
            <w:r>
              <w:t>051830505</w:t>
            </w:r>
          </w:p>
        </w:tc>
        <w:tc>
          <w:tcPr>
            <w:tcW w:type="dxa" w:w="1728"/>
          </w:tcPr>
          <w:p>
            <w:r>
              <w:t>潘俊杰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84</w:t>
            </w:r>
          </w:p>
        </w:tc>
        <w:tc>
          <w:tcPr>
            <w:tcW w:type="dxa" w:w="1728"/>
          </w:tcPr>
          <w:p>
            <w:r>
              <w:t>0518306</w:t>
            </w:r>
          </w:p>
        </w:tc>
        <w:tc>
          <w:tcPr>
            <w:tcW w:type="dxa" w:w="1728"/>
          </w:tcPr>
          <w:p>
            <w:r>
              <w:t>051830119</w:t>
            </w:r>
          </w:p>
        </w:tc>
        <w:tc>
          <w:tcPr>
            <w:tcW w:type="dxa" w:w="1728"/>
          </w:tcPr>
          <w:p>
            <w:r>
              <w:t>李辰晨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85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051810906</w:t>
            </w:r>
          </w:p>
        </w:tc>
        <w:tc>
          <w:tcPr>
            <w:tcW w:type="dxa" w:w="1728"/>
          </w:tcPr>
          <w:p>
            <w:r>
              <w:t>卞志遥</w:t>
            </w:r>
          </w:p>
        </w:tc>
        <w:tc>
          <w:tcPr>
            <w:tcW w:type="dxa" w:w="1728"/>
          </w:tcPr>
          <w:p>
            <w:r>
              <w:t>候补</w:t>
            </w:r>
          </w:p>
        </w:tc>
      </w:tr>
      <w:tr>
        <w:tc>
          <w:tcPr>
            <w:tcW w:type="dxa" w:w="1728"/>
          </w:tcPr>
          <w:p>
            <w:r>
              <w:t>86</w:t>
            </w:r>
          </w:p>
        </w:tc>
        <w:tc>
          <w:tcPr>
            <w:tcW w:type="dxa" w:w="1728"/>
          </w:tcPr>
          <w:p>
            <w:r>
              <w:t>0518107</w:t>
            </w:r>
          </w:p>
        </w:tc>
        <w:tc>
          <w:tcPr>
            <w:tcW w:type="dxa" w:w="1728"/>
          </w:tcPr>
          <w:p>
            <w:r>
              <w:t>051810708</w:t>
            </w:r>
          </w:p>
        </w:tc>
        <w:tc>
          <w:tcPr>
            <w:tcW w:type="dxa" w:w="1728"/>
          </w:tcPr>
          <w:p>
            <w:r>
              <w:t>张允执</w:t>
            </w:r>
          </w:p>
        </w:tc>
        <w:tc>
          <w:tcPr>
            <w:tcW w:type="dxa" w:w="1728"/>
          </w:tcPr>
          <w:p>
            <w:r>
              <w:t>候补</w:t>
            </w:r>
          </w:p>
        </w:tc>
      </w:tr>
      <w:tr>
        <w:tc>
          <w:tcPr>
            <w:tcW w:type="dxa" w:w="1728"/>
          </w:tcPr>
          <w:p>
            <w:r>
              <w:t>87</w:t>
            </w:r>
          </w:p>
        </w:tc>
        <w:tc>
          <w:tcPr>
            <w:tcW w:type="dxa" w:w="1728"/>
          </w:tcPr>
          <w:p>
            <w:r>
              <w:t>0518109</w:t>
            </w:r>
          </w:p>
        </w:tc>
        <w:tc>
          <w:tcPr>
            <w:tcW w:type="dxa" w:w="1728"/>
          </w:tcPr>
          <w:p>
            <w:r>
              <w:t>051810913</w:t>
            </w:r>
          </w:p>
        </w:tc>
        <w:tc>
          <w:tcPr>
            <w:tcW w:type="dxa" w:w="1728"/>
          </w:tcPr>
          <w:p>
            <w:r>
              <w:t>官文超</w:t>
            </w:r>
          </w:p>
        </w:tc>
        <w:tc>
          <w:tcPr>
            <w:tcW w:type="dxa" w:w="1728"/>
          </w:tcPr>
          <w:p>
            <w:r>
              <w:t>候补</w:t>
            </w:r>
          </w:p>
        </w:tc>
      </w:tr>
      <w:tr>
        <w:tc>
          <w:tcPr>
            <w:tcW w:type="dxa" w:w="1728"/>
          </w:tcPr>
          <w:p>
            <w:r>
              <w:t>88</w:t>
            </w:r>
          </w:p>
        </w:tc>
        <w:tc>
          <w:tcPr>
            <w:tcW w:type="dxa" w:w="1728"/>
          </w:tcPr>
          <w:p>
            <w:r>
              <w:t>0518112</w:t>
            </w:r>
          </w:p>
        </w:tc>
        <w:tc>
          <w:tcPr>
            <w:tcW w:type="dxa" w:w="1728"/>
          </w:tcPr>
          <w:p>
            <w:r>
              <w:t>051810929</w:t>
            </w:r>
          </w:p>
        </w:tc>
        <w:tc>
          <w:tcPr>
            <w:tcW w:type="dxa" w:w="1728"/>
          </w:tcPr>
          <w:p>
            <w:r>
              <w:t>张路明</w:t>
            </w:r>
          </w:p>
        </w:tc>
        <w:tc>
          <w:tcPr>
            <w:tcW w:type="dxa" w:w="1728"/>
          </w:tcPr>
          <w:p>
            <w:r>
              <w:t>候补</w:t>
            </w:r>
          </w:p>
        </w:tc>
      </w:tr>
      <w:tr>
        <w:tc>
          <w:tcPr>
            <w:tcW w:type="dxa" w:w="1728"/>
          </w:tcPr>
          <w:p>
            <w:r>
              <w:t>89</w:t>
            </w:r>
          </w:p>
        </w:tc>
        <w:tc>
          <w:tcPr>
            <w:tcW w:type="dxa" w:w="1728"/>
          </w:tcPr>
          <w:p>
            <w:r>
              <w:t>0518201</w:t>
            </w:r>
          </w:p>
        </w:tc>
        <w:tc>
          <w:tcPr>
            <w:tcW w:type="dxa" w:w="1728"/>
          </w:tcPr>
          <w:p>
            <w:r>
              <w:t>051820110</w:t>
            </w:r>
          </w:p>
        </w:tc>
        <w:tc>
          <w:tcPr>
            <w:tcW w:type="dxa" w:w="1728"/>
          </w:tcPr>
          <w:p>
            <w:r>
              <w:t>徐欣怡</w:t>
            </w:r>
          </w:p>
        </w:tc>
        <w:tc>
          <w:tcPr>
            <w:tcW w:type="dxa" w:w="1728"/>
          </w:tcPr>
          <w:p>
            <w:r>
              <w:t>候补</w:t>
            </w:r>
          </w:p>
        </w:tc>
      </w:tr>
      <w:tr>
        <w:tc>
          <w:tcPr>
            <w:tcW w:type="dxa" w:w="1728"/>
          </w:tcPr>
          <w:p>
            <w:r>
              <w:t>90</w:t>
            </w:r>
          </w:p>
        </w:tc>
        <w:tc>
          <w:tcPr>
            <w:tcW w:type="dxa" w:w="1728"/>
          </w:tcPr>
          <w:p>
            <w:r>
              <w:t>0518301</w:t>
            </w:r>
          </w:p>
        </w:tc>
        <w:tc>
          <w:tcPr>
            <w:tcW w:type="dxa" w:w="1728"/>
          </w:tcPr>
          <w:p>
            <w:r>
              <w:t>051830101</w:t>
            </w:r>
          </w:p>
        </w:tc>
        <w:tc>
          <w:tcPr>
            <w:tcW w:type="dxa" w:w="1728"/>
          </w:tcPr>
          <w:p>
            <w:r>
              <w:t>王欣欣</w:t>
            </w:r>
          </w:p>
        </w:tc>
        <w:tc>
          <w:tcPr>
            <w:tcW w:type="dxa" w:w="1728"/>
          </w:tcPr>
          <w:p>
            <w:r>
              <w:t>候补</w:t>
            </w:r>
          </w:p>
        </w:tc>
      </w:tr>
      <w:tr>
        <w:tc>
          <w:tcPr>
            <w:tcW w:type="dxa" w:w="1728"/>
          </w:tcPr>
          <w:p>
            <w:r>
              <w:t>91</w:t>
            </w:r>
          </w:p>
        </w:tc>
        <w:tc>
          <w:tcPr>
            <w:tcW w:type="dxa" w:w="1728"/>
          </w:tcPr>
          <w:p>
            <w:r>
              <w:t>0518304</w:t>
            </w:r>
          </w:p>
        </w:tc>
        <w:tc>
          <w:tcPr>
            <w:tcW w:type="dxa" w:w="1728"/>
          </w:tcPr>
          <w:p>
            <w:r>
              <w:t>051830428</w:t>
            </w:r>
          </w:p>
        </w:tc>
        <w:tc>
          <w:tcPr>
            <w:tcW w:type="dxa" w:w="1728"/>
          </w:tcPr>
          <w:p>
            <w:r>
              <w:t>张树荣</w:t>
            </w:r>
          </w:p>
        </w:tc>
        <w:tc>
          <w:tcPr>
            <w:tcW w:type="dxa" w:w="1728"/>
          </w:tcPr>
          <w:p>
            <w:r>
              <w:t>候补</w:t>
            </w:r>
          </w:p>
        </w:tc>
      </w:tr>
    </w:tbl>
    <w:p>
      <w:r>
        <w:t>拟推荐名单如上，公示期5天，推免资格最终名单由学校审核确定。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