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外国语学院2026年推荐免试研究生公示</w:t>
      </w:r>
    </w:p>
    <w:p>
      <w:r>
        <w:t>根据《南京航空航天大学关于做好2027届本科毕业生推荐免试攻读硕士学位研究生工作的通知》和《外国语学院2027届本科毕业生推荐免试攻读硕士学位研究生工作实施细则》文件精神，本着“公平、公开、公正”的原则，根据个人申请和学院评议，现将学院拟推荐免试攻读硕士学位研究生名单公示如下（各专业面上选拔姓名排序即为推免综合测评名次）：</w:t>
      </w:r>
    </w:p>
    <w:p>
      <w:r>
        <w:t>面上推荐（15人）：</w:t>
      </w:r>
    </w:p>
    <w:p>
      <w:r>
        <w:t>英语（国际贸易）：</w:t>
      </w:r>
    </w:p>
    <w:p>
      <w:r>
        <w:t>122310220林子璇</w:t>
      </w:r>
    </w:p>
    <w:p>
      <w:r>
        <w:t>122310212付佳琪</w:t>
      </w:r>
    </w:p>
    <w:p>
      <w:r>
        <w:t>122310102张韵涵</w:t>
      </w:r>
    </w:p>
    <w:p>
      <w:r>
        <w:t>英语（民航业务）：</w:t>
      </w:r>
    </w:p>
    <w:p>
      <w:r>
        <w:t>122310225陈欣怡</w:t>
      </w:r>
    </w:p>
    <w:p>
      <w:r>
        <w:t>122310207刘欣</w:t>
      </w:r>
    </w:p>
    <w:p>
      <w:r>
        <w:t>122310206何妍妍</w:t>
      </w:r>
    </w:p>
    <w:p>
      <w:r>
        <w:t>122310124尚紫晴</w:t>
      </w:r>
    </w:p>
    <w:p>
      <w:r>
        <w:t>122310125姜雨杉</w:t>
      </w:r>
    </w:p>
    <w:p>
      <w:r>
        <w:t>122310118杨闹闹</w:t>
      </w:r>
    </w:p>
    <w:p>
      <w:r>
        <w:t>122310221文丁悦</w:t>
      </w:r>
    </w:p>
    <w:p>
      <w:r>
        <w:t>122310201许慧</w:t>
      </w:r>
    </w:p>
    <w:p>
      <w:r>
        <w:t>122310215黄杨子凡</w:t>
      </w:r>
    </w:p>
    <w:p>
      <w:r>
        <w:t>日语：</w:t>
      </w:r>
    </w:p>
    <w:p>
      <w:r>
        <w:t>122320102刘雨馨</w:t>
      </w:r>
    </w:p>
    <w:p>
      <w:r>
        <w:t>122320116韩亚轩</w:t>
      </w:r>
    </w:p>
    <w:p>
      <w:r>
        <w:t>122320105吕文慧</w:t>
      </w:r>
    </w:p>
    <w:p>
      <w:r>
        <w:t>面上推荐候补（2人）:</w:t>
      </w:r>
    </w:p>
    <w:p>
      <w:r>
        <w:t>英语（国际贸易）：122310104徐恬翊</w:t>
      </w:r>
    </w:p>
    <w:p>
      <w:r>
        <w:t>日语：122320110肖湘颖</w:t>
      </w:r>
    </w:p>
    <w:p>
      <w:r>
        <w:t>以上内容公示期：2026年9月13日——2026年9月17日</w:t>
      </w:r>
    </w:p>
    <w:p>
      <w:r>
        <w:t>如果在公示期内对上述名单有异议，可以实名反映。</w:t>
      </w:r>
    </w:p>
    <w:p>
      <w:r>
        <w:t>联系方式：025-52117728，025-84893280，1612889660@qq.com</w:t>
      </w:r>
    </w:p>
    <w:p>
      <w:r>
        <w:t>南京航空航天大学外国语学院</w:t>
      </w:r>
    </w:p>
    <w:p>
      <w:r>
        <w:t>2026年9月13日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