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外国语学院2018年推荐免试研究生公示</w:t>
      </w:r>
    </w:p>
    <w:p>
      <w:r>
        <w:t>&lt;div class="p-banner p-banner-pc-b"&gt;&lt;/div&gt;</w:t>
      </w:r>
    </w:p>
    <w:p>
      <w:pPr>
        <w:pStyle w:val="Heading3"/>
      </w:pPr>
      <w:r>
        <w:t>教学管理</w:t>
      </w:r>
    </w:p>
    <w:p>
      <w:pPr>
        <w:pStyle w:val="ListBullet"/>
      </w:pPr>
      <w:r>
        <w:t>公外研究生</w:t>
      </w:r>
    </w:p>
    <w:p>
      <w:pPr>
        <w:pStyle w:val="ListBullet"/>
      </w:pPr>
      <w:r>
        <w:t>外语研究生</w:t>
      </w:r>
    </w:p>
    <w:p>
      <w:pPr>
        <w:pStyle w:val="ListBullet"/>
      </w:pPr>
      <w:r>
        <w:t>教学动态</w:t>
      </w:r>
    </w:p>
    <w:p>
      <w:pPr>
        <w:pStyle w:val="ListBullet"/>
      </w:pPr>
      <w:r>
        <w:t>本科生教学</w:t>
      </w:r>
    </w:p>
    <w:p>
      <w:pPr>
        <w:pStyle w:val="ListBullet"/>
      </w:pPr>
      <w:r>
        <w:t>精品课程</w:t>
      </w:r>
    </w:p>
    <w:p>
      <w:r>
        <w:t>首页教学管理本科生教学</w:t>
      </w:r>
    </w:p>
    <w:p>
      <w:r>
        <w:t>2018-09-12作者：供图：审核：来源：外国语学院访问：1128</w:t>
      </w:r>
    </w:p>
    <w:p>
      <w:r>
        <w:t>外国语学院2018年推荐免试研究生公示(请点击附件下载）</w:t>
      </w:r>
    </w:p>
    <w:p>
      <w:pPr>
        <w:pStyle w:val="Heading3"/>
      </w:pPr>
      <w:r>
        <w:t>附件下载</w:t>
      </w:r>
    </w:p>
    <w:p>
      <w:pPr>
        <w:pStyle w:val="ListBullet"/>
      </w:pPr>
      <w:r>
        <w:t>外国语学院2018年推荐免试研究生公示</w:t>
      </w:r>
    </w:p>
    <w:p>
      <w:r>
        <w:t>分享：</w:t>
      </w:r>
    </w:p>
    <w:p>
      <w:pPr>
        <w:pStyle w:val="Heading4"/>
      </w:pPr>
      <w:r>
        <w:t>微信扫一扫：分享</w:t>
      </w:r>
    </w:p>
    <w:p>
      <w:r>
        <w:t>微信里点“发现”，扫一下</w:t>
      </w:r>
    </w:p>
    <w:p>
      <w:r>
        <w:t>二维码便可将本文分享至朋友圈。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