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2017届本科毕业生推荐免试研究生工作办法</w:t>
      </w:r>
    </w:p>
    <w:p>
      <w:r>
        <w:t>人文与社会科学学院</w:t>
      </w:r>
    </w:p>
    <w:p>
      <w:r>
        <w:t>为2017届本科毕业生推荐免试硕士研究生工作（简称推免工作）的顺利开展，保证推免工作公平、公正、公开进行，根据学校《南京航空航天大学关于做好2017届本科毕业生推荐免试攻读硕士学位研究生工作的通知》（简称《通知》）及相关文件精神要求，结合本院实际情况，特制定本办法。</w:t>
      </w:r>
    </w:p>
    <w:p>
      <w:r>
        <w:t>一、推荐程序</w:t>
      </w:r>
    </w:p>
    <w:p>
      <w:r>
        <w:t>1、成立学院免试研究生推荐工作小组：</w:t>
      </w:r>
    </w:p>
    <w:p>
      <w:r>
        <w:t>组长：王建文</w:t>
      </w:r>
    </w:p>
    <w:p>
      <w:r>
        <w:t>副组长：郑易平、李栗燕、尹春苹</w:t>
      </w:r>
    </w:p>
    <w:p>
      <w:r>
        <w:t>成员：施向峰、王炳、张杰、谢丽、陈雷</w:t>
      </w:r>
    </w:p>
    <w:p>
      <w:r>
        <w:t>研究生推荐工作小组应根据学校推免工作精神，制定修订选拔推荐标准，分配名额，审核被推荐人选条件，接收处理投诉，审定学院免试研究生名单。</w:t>
      </w:r>
    </w:p>
    <w:p>
      <w:r>
        <w:t>2、文件精神传达</w:t>
      </w:r>
    </w:p>
    <w:p>
      <w:r>
        <w:t>组织全院2013级学生认真学习学校关于推荐免试硕士研究生工作的文件、通知内容，明确传达相关精神。</w:t>
      </w:r>
    </w:p>
    <w:p>
      <w:r>
        <w:t>3、个人申请</w:t>
      </w:r>
    </w:p>
    <w:p>
      <w:r>
        <w:t>依据学校相关文件精神，学生根据自身情况确认是否满足推荐条件，符合推荐条件且在拟推荐名额范围内的学生填写《免试攻读硕士学位研究生申请表》。</w:t>
      </w:r>
    </w:p>
    <w:p>
      <w:r>
        <w:t>4、综合排名、公示和最终推荐</w:t>
      </w:r>
    </w:p>
    <w:p>
      <w:r>
        <w:t>综合学生的专业意向及综合排名，组织推荐免试硕士研究生面试，确定学生的推荐类型及推荐专业方向，并将确定的免试学生名单上报学校审核，审核后在学院张贴公示3天。</w:t>
      </w:r>
    </w:p>
    <w:p>
      <w:r>
        <w:t>二、推荐条件</w:t>
      </w:r>
    </w:p>
    <w:p>
      <w:r>
        <w:t>2017届本科毕业生免试攻读硕士学位的推荐条件应满足《通知》中第四条的要求。现将推荐条件的有关具体事项明确如下：</w:t>
      </w:r>
    </w:p>
    <w:p>
      <w:r>
        <w:t>1．所有学生均为应届毕业年级学生，需通过全部应修的必修课程，无任何违法违纪受处分记录。</w:t>
      </w:r>
    </w:p>
    <w:p>
      <w:r>
        <w:t>2．参加选拔的学生，其成绩要求为前三年必修课程的平均学分绩点不低于3.2。</w:t>
      </w:r>
    </w:p>
    <w:p>
      <w:r>
        <w:t>3．凡获得各种义务类奖学金（国防奖学金、国防科技奖学金等）的学生，必须经设奖单位同意、学生处审核后方可推荐。</w:t>
      </w:r>
    </w:p>
    <w:p>
      <w:r>
        <w:t>三、名额分配</w:t>
      </w:r>
    </w:p>
    <w:p>
      <w:r>
        <w:t>根据学校给定的保研指标进行名额分配。本届推荐名额不设置校内和校外名额、不区分学术学位和专业学位。本次人文与社会科学学院推荐免试攻读硕士学位研究生总名额8名，候补名额2名。</w:t>
      </w:r>
    </w:p>
    <w:p>
      <w:r>
        <w:t>推免过程中，如果有自愿放弃保研的同学，名额自动顺延，对于放弃保研的学生，必须提交一份书面的承诺书，否则后果自负。</w:t>
      </w:r>
    </w:p>
    <w:p>
      <w:r>
        <w:t>四、学生综合排名方法</w:t>
      </w:r>
    </w:p>
    <w:p>
      <w:r>
        <w:t>1．推荐免试资格根据学生综合成绩排名，前8名同学获得推免资格，第9、10名同学依次作为候补。</w:t>
      </w:r>
    </w:p>
    <w:p>
      <w:r>
        <w:t>2.学生综合成绩共分为两个部分，其中平均学分成绩（百分制）占70%，面试成绩占30%。</w:t>
      </w:r>
    </w:p>
    <w:p>
      <w:r>
        <w:t>3.参加面试学生资格将按照平均学分成绩排名，取每专业前五名参加面试（平均学分成绩将精确至小数点后若干位，直至有排名结果为止）。</w:t>
      </w:r>
    </w:p>
    <w:p>
      <w:r>
        <w:t>五、具体时间安排</w:t>
      </w:r>
    </w:p>
    <w:p>
      <w:pPr>
        <w:pStyle w:val="ListNumber"/>
      </w:pPr>
      <w:r>
        <w:t>2016年9月10日17点前，成立学院推免工作小组、制定、提交和公布推免工作细则，全面展开推免工作。</w:t>
      </w:r>
    </w:p>
    <w:p>
      <w:pPr>
        <w:pStyle w:val="ListNumber"/>
      </w:pPr>
      <w:r>
        <w:t>2016年9月12日，组织学生学习相关文件精神，并对学生进行排名。</w:t>
      </w:r>
    </w:p>
    <w:p>
      <w:pPr>
        <w:pStyle w:val="ListNumber"/>
      </w:pPr>
      <w:r>
        <w:t>2016年9月13日下午16:00前提交申请表、上报面试推荐材料。逾期提交材料学院将不再受理，后果由学生自己承担。</w:t>
      </w:r>
    </w:p>
    <w:p>
      <w:pPr>
        <w:pStyle w:val="ListNumber"/>
      </w:pPr>
      <w:r>
        <w:t>2016年9月14日,学院组织推荐免试硕士研究生面试。</w:t>
      </w:r>
    </w:p>
    <w:p>
      <w:pPr>
        <w:pStyle w:val="ListNumber"/>
      </w:pPr>
      <w:r>
        <w:t>2016年9月14日17点前，各学院将拟推荐名单报教务处审核，并予以公示。</w:t>
      </w:r>
    </w:p>
    <w:p>
      <w:r>
        <w:t>六、相关事项</w:t>
      </w:r>
    </w:p>
    <w:p>
      <w:pPr>
        <w:pStyle w:val="ListNumber"/>
      </w:pPr>
      <w:r>
        <w:t>所有材料务必保证真实、准确，一旦发现有弄虚作假行为，立即取消申请推免资格。</w:t>
      </w:r>
    </w:p>
    <w:p>
      <w:r>
        <w:t>2．已被录取的推免生，不得放弃推免资格，不参加应届毕业生的就业派遣，学校不出具与就业、报考研究生、自费出国等有关的材料。</w:t>
      </w:r>
    </w:p>
    <w:p>
      <w:r>
        <w:t>3．为避免研究生入学资格审查时发生问题，推免生在报名后至研究生入学前不得更改本人姓名、身份证号、学籍信息等。</w:t>
      </w:r>
    </w:p>
    <w:p>
      <w:r>
        <w:t>4．推免生应再接再厉，认真学习，努力提高自身的综合素质和创新能力。第四学年的学习中有课程不及格或毕业设计成绩达不到优良、或受到处分者，将被取消研究生入学资格。</w:t>
      </w:r>
    </w:p>
    <w:p>
      <w:r>
        <w:t>人文与社会科学学院</w:t>
      </w:r>
    </w:p>
    <w:p>
      <w:r>
        <w:t>2016年9月6日</w:t>
      </w:r>
    </w:p>
    <w:p>
      <w:r>
        <w:t>附件：免试攻读研究生推荐表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