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人文与社会科学学院 2027届本科毕业生推荐免试研究生工作办法</w:t>
      </w:r>
    </w:p>
    <w:p>
      <w:r>
        <w:t>为“公平、公正、公开”做好202 7届推荐优秀应届毕业生攻读硕士学位的工作，根据《南京航空航天大学关于做好202 7届本科毕业生推荐免试攻读硕士学位研究生工作的通知》（校教字〔202 6〕34号）的相关要求，结合本院实际情况，特制定以下推荐免试工作细则。</w:t>
      </w:r>
    </w:p>
    <w:p>
      <w:r>
        <w:t>一、推荐程序</w:t>
      </w:r>
    </w:p>
    <w:p>
      <w:r>
        <w:t>1.成立院推免生遴选工作小组</w:t>
      </w:r>
    </w:p>
    <w:p>
      <w:r>
        <w:t>组长：高志宏</w:t>
      </w:r>
    </w:p>
    <w:p>
      <w:r>
        <w:t>成员：武小龙、聂明岩、李丽、王媛、陈苏豪</w:t>
      </w:r>
    </w:p>
    <w:p>
      <w:r>
        <w:t>秘书：杨晖、聂小芳</w:t>
      </w:r>
    </w:p>
    <w:p>
      <w:r>
        <w:t>推免遴选工作小组负责202 7届本科毕业生的推免工作，包括审定推免方案，分配推免名额，审核被推荐人选条件，接收处理投诉和审批推免学生名单等。</w:t>
      </w:r>
    </w:p>
    <w:p>
      <w:r>
        <w:t>2.成立院推免工作监督小组</w:t>
      </w:r>
    </w:p>
    <w:p>
      <w:r>
        <w:t>组长：楚广兴</w:t>
      </w:r>
    </w:p>
    <w:p>
      <w:r>
        <w:t>成员：李彤、李成玲、郝龙</w:t>
      </w:r>
    </w:p>
    <w:p>
      <w:r>
        <w:t>推免工作监督小组按照学校相关规定，全程监督学院推免工作的所有阶段，接收并处理相关投诉。</w:t>
      </w:r>
    </w:p>
    <w:p>
      <w:r>
        <w:t>3.成立学院专家审核小组</w:t>
      </w:r>
    </w:p>
    <w:p>
      <w:r>
        <w:t>组长：尤春媛</w:t>
      </w:r>
    </w:p>
    <w:p>
      <w:r>
        <w:t>成员：王媛、施向峰、王炳、李宗辉</w:t>
      </w:r>
    </w:p>
    <w:p>
      <w:r>
        <w:t>4 .文件精神传达</w:t>
      </w:r>
    </w:p>
    <w:p>
      <w:r>
        <w:t>组织全院202 3级学生学习学校关于推荐免试硕士研究生工作的文件、通知内容，明确传达相关精神。</w:t>
      </w:r>
    </w:p>
    <w:p>
      <w:r>
        <w:t>5 .个人申请</w:t>
      </w:r>
    </w:p>
    <w:p>
      <w:r>
        <w:t>依据学校相关文件精神，学生根据自身情况确认是否满足推荐条件，符合推荐条件且在拟推荐名额范围内的学生填写《人文与社会科学学院202 7届本科毕业生推荐免试攻读硕士学位研究生综合排名计算表》。</w:t>
      </w:r>
    </w:p>
    <w:p>
      <w:r>
        <w:t>6 .综合排名、公示和最终推荐</w:t>
      </w:r>
    </w:p>
    <w:p>
      <w:r>
        <w:t>根据学生的综合排名，学院对获得拟推免资格的学生进行公示，确定的免试学生填写《免试攻读研究生申请表》并将名单上报学校审核。</w:t>
      </w:r>
    </w:p>
    <w:p>
      <w:r>
        <w:t>二、推荐基本条件</w:t>
      </w:r>
    </w:p>
    <w:p>
      <w:r>
        <w:t>202 7届本科毕业生免试攻读硕士学位研究生的推荐条件具体事项明确如下：</w:t>
      </w:r>
    </w:p>
    <w:p>
      <w:r>
        <w:t>1.为应届本科毕业生，即我校通过普通高考（含保送方式）招生录取或面向港澳台华侨学生招生录取的全日制本科生，不含第二学士学位学生。思想品德考核合格，未违背学术诚信，无考试违纪、考试作弊行为。</w:t>
      </w:r>
    </w:p>
    <w:p>
      <w:r>
        <w:t>2.学习成绩优良，须通过当前全部应修的必修课程，必修课程的平均学分绩点大于等于3.2。</w:t>
      </w:r>
    </w:p>
    <w:p>
      <w:r>
        <w:t>3.综合能力强，学术研究兴趣浓厚，具有国际视野和较强的专业素质能力、科研创新潜质。</w:t>
      </w:r>
    </w:p>
    <w:p>
      <w:r>
        <w:t>4.按照“综合评价、择优推荐”原则，依据推荐遴选综合评价分进行排名，择优授予推免资格。推免遴选综合评价分=学习能力分+创新能力分+素质拓展分。</w:t>
      </w:r>
    </w:p>
    <w:p>
      <w:r>
        <w:t>三、免试研究生推荐细则</w:t>
      </w:r>
    </w:p>
    <w:p>
      <w:r>
        <w:t>1.申请推免资格，须满足推免基本条件和以下条件之一：</w:t>
      </w:r>
    </w:p>
    <w:p>
      <w:r>
        <w:t>条件1.本硕（博）连读培养且学年考核合格；</w:t>
      </w:r>
    </w:p>
    <w:p>
      <w:r>
        <w:t>条件2.必修课程平均学分绩点在专业排名前35%（不包含本硕连读培养学生进行的专业排名）；</w:t>
      </w:r>
    </w:p>
    <w:p>
      <w:r>
        <w:t>条件3.必修课程平均学分绩点在专业排名前50%，且本科阶段在Ⅰ级甲等、Ⅰ级乙等竞赛中获得前三等次奖项或在Ⅱ级甲等竞赛（全国赛）中获得前二等次奖项。</w:t>
      </w:r>
    </w:p>
    <w:p>
      <w:r>
        <w:t>Ⅰ级甲等竞赛中获奖团队、团队排名须在前6名；Ⅰ级乙等竞赛中获奖团队，团队排名须在前4名；Ⅱ级甲等竞赛（全国赛）中获奖团队，团队排名须在前3名。</w:t>
      </w:r>
    </w:p>
    <w:p>
      <w:r>
        <w:t>条件4.必修课程平均学分绩点在专业排名前50%，且本科阶段在核心期刊上以独立作者、第一作者或与指导教师联合发表(限指导教师和学生分别为第一、第二作者)(其他作者中无直系亲属)发表与学业相关且被学院专家审核小组认可的科研论文(以见刊或Online为准)。</w:t>
      </w:r>
    </w:p>
    <w:p>
      <w:r>
        <w:t>2.对于通过科研创新成果、论文（文章）、竞赛获奖申请推免资格的学生，须经学院专家审核小组（必要时可会同本研究领域权威专家、相关期刊单位或赛事主办单位等）对其所提交的高水平科研创新成果、论文、竞赛奖项等的真实性、原创性进行审核鉴定，并根据审核鉴定需要在一定范围内组织公开答辩。</w:t>
      </w:r>
    </w:p>
    <w:p>
      <w:r>
        <w:t>对于联合参赛、与指导教师联合发表论文等情况的审核，相关学生须出具指导教师本人撰写并署名的推荐信，客观陈述学生在联合成果中的实际贡献。专家审核小组将根据材料审核鉴定、学生公开答辩等情况进行审核评价，聚焦其个人实际贡献和创新质量，排除抄袭、造假、冒名及有名无实等情况，给出明确审核鉴定意见并签字存档。材料审核过程应规范、审慎，答辩全程录音录像，相关记录、审核意见等由学院推免小组集中保管;所有纸质介质材料均须进行电子扫描保存，其中纸质介质保留不低于1年，电子扫描版不低于5年，录音录像电子材料不低于5年。通过材料审核和答辩的高水平科研创新成果、竞赛奖项等，须在学院推免工作专栏公示。</w:t>
      </w:r>
    </w:p>
    <w:p>
      <w:r>
        <w:t>3.申请“支教专项”类推免资格的学生，结合《关于组建第29届中国青年志愿者研究生支教团（2027 — 2028年度）有关工作的通知》（全国项目办发〔2026〕4号）要求进行推荐遴选。“支教专项”类推免资格学生名单公示后，入选者不得参加其他推免类别。</w:t>
      </w:r>
    </w:p>
    <w:p>
      <w:r>
        <w:t>三、名额分配与相关规定</w:t>
      </w:r>
    </w:p>
    <w:p>
      <w:r>
        <w:t>1.名额分配：根据学校给定的保研指标进行名额分配。本次推荐名额不分校内和校外，不区分学术学位和专业学</w:t>
      </w:r>
    </w:p>
    <w:p>
      <w:r>
        <w:t>2.每名学生申请推免资格只能选择一类计算综合得分。</w:t>
      </w:r>
    </w:p>
    <w:p>
      <w:r>
        <w:t>3.申请参加推免的学生需与学院签订推免诚信承诺书并履行相关承诺。获得推免资格的学生，不得放弃推免资格，不参加应届毕业生的就业派遣，学校不出具与就业、报考研究生、自费出国等有关的材料。</w:t>
      </w:r>
    </w:p>
    <w:p>
      <w:r>
        <w:t>4.推免过程中，如果不能按时提交申请材料，则视为放弃；如果有主动放弃保研的情况，名额自动顺延。放弃保研的学生，必须提交一份书面的承诺书。</w:t>
      </w:r>
    </w:p>
    <w:p>
      <w:r>
        <w:t>5.为避免研究生入学资格审查时发生问题，推免生在报名后至研究生入学前不得更改本人姓名、身份证号、学籍信息等。</w:t>
      </w:r>
    </w:p>
    <w:p>
      <w:r>
        <w:t>6.推免生应再接再厉，认真学习，努力提高自身的综合素质和创新能力。</w:t>
      </w:r>
    </w:p>
    <w:p>
      <w:r>
        <w:t>7.本通知相关规定及要求，只适用2027届本科毕业生推荐免试硕士研究生工作。</w:t>
      </w:r>
    </w:p>
    <w:p>
      <w:r>
        <w:t>8.本办法由人文与社会科学学院负责解释。</w:t>
      </w:r>
    </w:p>
    <w:p>
      <w:r>
        <w:t>四、学生综合评价分评价标准</w:t>
      </w:r>
    </w:p>
    <w:p>
      <w:r>
        <w:t>详见附件。</w:t>
      </w:r>
    </w:p>
    <w:p>
      <w:r>
        <w:t>五、具体时间安排</w:t>
      </w:r>
    </w:p>
    <w:p>
      <w:r>
        <w:t>1.202 6年9月8日，成立学院推荐免试研究生工作小组，召开推免工作布置会，修订学院综合评价分评价标准。</w:t>
      </w:r>
    </w:p>
    <w:p>
      <w:r>
        <w:t>2.202 6年9月9日前，组织学生学习相关文件精神，并对学生必修成绩进行排名。</w:t>
      </w:r>
    </w:p>
    <w:p>
      <w:r>
        <w:t>3.202 6年9月10日12:00前，组织成绩符合要求的候选人根据推免综合评价分评价标准计算出创新能力分和素质拓展得分，自行计算推免成绩。</w:t>
      </w:r>
    </w:p>
    <w:p>
      <w:r>
        <w:t>4.202 6年9月11日12:00前，学生递交推免申请材料，包括所有证明材料，后续由学院完成材料审核。(逾期提交材料，学院将不再受理，后果由学生自己承担。)</w:t>
      </w:r>
    </w:p>
    <w:p>
      <w:r>
        <w:t>5.202 6年9月13日12:00前，学院将拟推荐名单报教务处审核，并予以公示。</w:t>
      </w:r>
    </w:p>
    <w:p>
      <w:r>
        <w:t>六、学院推免工作联系人</w:t>
      </w:r>
    </w:p>
    <w:p>
      <w:r>
        <w:t>联络人：杨晖025-84896696</w:t>
      </w:r>
    </w:p>
    <w:p>
      <w:r>
        <w:t>聂小芳025-52119020</w:t>
      </w:r>
    </w:p>
    <w:p>
      <w:r>
        <w:t>附件：人文与社会科学学院本科毕业生推荐免试硕士</w:t>
      </w:r>
    </w:p>
    <w:p>
      <w:r>
        <w:t>研究生综合排名办法</w:t>
      </w:r>
    </w:p>
    <w:p>
      <w:r>
        <w:t>人文与社会科学学院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