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2021届本科毕业生免试研究生拟推荐名单公示</w:t>
      </w:r>
    </w:p>
    <w:p>
      <w:r>
        <w:t>根据学校《南京航空航天大学关于做好</w:t>
      </w:r>
    </w:p>
    <w:p>
      <w:r>
        <w:t>2021</w:t>
      </w:r>
    </w:p>
    <w:p>
      <w:r>
        <w:t>届本科毕业生推荐免试攻读硕士学位研究生工作的通知》、《人文与社会科学学院推荐免试硕士研究生综合排名办法》及相关文件精神要求，现确定我院</w:t>
      </w:r>
    </w:p>
    <w:p>
      <w:r>
        <w:t>2021</w:t>
      </w:r>
    </w:p>
    <w:p>
      <w:r>
        <w:t>届本科毕业生免试研究生拟推荐名单如下：</w:t>
      </w:r>
    </w:p>
    <w:p>
      <w:r>
        <w:t>拟推荐名单</w:t>
      </w:r>
    </w:p>
    <w:p>
      <w:r>
        <w:t>:</w:t>
      </w:r>
    </w:p>
    <w:p>
      <w:r>
        <w:t>（排序按照学号顺序）</w:t>
      </w:r>
    </w:p>
    <w:p>
      <w:r>
        <w:t>政治学与行政学：李妍卓、杨莹、徐雨晴、严楚弘</w:t>
      </w:r>
    </w:p>
    <w:p>
      <w:r>
        <w:t>法学：包依佳、徐小慧、顾宗文、俄木木机</w:t>
      </w:r>
    </w:p>
    <w:p>
      <w:r>
        <w:t>公共事业管理：吴晓丹、张雪、宗将</w:t>
      </w:r>
    </w:p>
    <w:p>
      <w:r>
        <w:t>候补名单</w:t>
      </w:r>
    </w:p>
    <w:p>
      <w:r>
        <w:t>:</w:t>
      </w:r>
    </w:p>
    <w:p>
      <w:r>
        <w:t>（每专业</w:t>
      </w:r>
    </w:p>
    <w:p>
      <w:r>
        <w:t>1</w:t>
      </w:r>
    </w:p>
    <w:p>
      <w:r>
        <w:t>名，按综评分数排序）</w:t>
      </w:r>
    </w:p>
    <w:p>
      <w:r>
        <w:t>李月清（候补</w:t>
      </w:r>
    </w:p>
    <w:p>
      <w:r>
        <w:t>1</w:t>
      </w:r>
    </w:p>
    <w:p>
      <w:r>
        <w:t>）、杨波（候补</w:t>
      </w:r>
    </w:p>
    <w:p>
      <w:r>
        <w:t>2</w:t>
      </w:r>
    </w:p>
    <w:p>
      <w:r>
        <w:t>）、张晓雨（候补</w:t>
      </w:r>
    </w:p>
    <w:p>
      <w:r>
        <w:t>3</w:t>
      </w:r>
    </w:p>
    <w:p>
      <w:r>
        <w:t>）</w:t>
      </w:r>
    </w:p>
    <w:p>
      <w:r>
        <w:t>公示期自即日起</w:t>
      </w:r>
    </w:p>
    <w:p>
      <w:r>
        <w:t>3</w:t>
      </w:r>
    </w:p>
    <w:p>
      <w:r>
        <w:t>天内，即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27</w:t>
      </w:r>
    </w:p>
    <w:p>
      <w:r>
        <w:t>日</w:t>
      </w:r>
    </w:p>
    <w:p>
      <w:r>
        <w:t>12:00</w:t>
      </w:r>
    </w:p>
    <w:p>
      <w:r>
        <w:t>—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30</w:t>
      </w:r>
    </w:p>
    <w:p>
      <w:r>
        <w:t>日</w:t>
      </w:r>
    </w:p>
    <w:p>
      <w:r>
        <w:t>12:00</w:t>
      </w:r>
    </w:p>
    <w:p>
      <w:r>
        <w:t>，凡有异议者，请与学院教学办马驰飞</w:t>
      </w:r>
    </w:p>
    <w:p>
      <w:r>
        <w:t>老师</w:t>
      </w:r>
    </w:p>
    <w:p>
      <w:r>
        <w:t>或辅导员聂小芳</w:t>
      </w:r>
    </w:p>
    <w:p>
      <w:r>
        <w:t>老师</w:t>
      </w:r>
    </w:p>
    <w:p>
      <w:r>
        <w:t>联系。</w:t>
      </w:r>
    </w:p>
    <w:p>
      <w:r>
        <w:t>联系电话：</w:t>
      </w:r>
    </w:p>
    <w:p>
      <w:r>
        <w:t>025-84896696</w:t>
      </w:r>
    </w:p>
    <w:p>
      <w:r>
        <w:t>，</w:t>
      </w:r>
    </w:p>
    <w:p>
      <w:r>
        <w:t>025-52119020</w:t>
      </w:r>
    </w:p>
    <w:p>
      <w:r>
        <w:t>人文与社会科学学院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27</w:t>
      </w:r>
    </w:p>
    <w:p>
      <w:r>
        <w:t>日</w:t>
      </w:r>
    </w:p>
    <w:p>
      <w:r>
        <w:t>EndFragment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