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关于2015届本科生推荐免试硕士研究生名单公示的通知</w:t>
      </w:r>
    </w:p>
    <w:p>
      <w:r>
        <w:t>根据学院《人文学院2015届本科毕业生推荐免试攻读硕士学位研究生工作细则》，经学院选拔和学校专项评审小组选拔、校推免领导小组审定，我院肖文孟等同学具有推荐免试攻读硕士研究生资格，牛霞飞等同学为候补，现予以公示。</w:t>
      </w:r>
    </w:p>
    <w:p>
      <w:r>
        <w:t>一、学院选拔名单</w:t>
      </w:r>
    </w:p>
    <w:p>
      <w:r>
        <w:t>学院选拔：</w:t>
      </w:r>
    </w:p>
    <w:p>
      <w:r>
        <w:t>肖文孟章燕施瑶徐可蒋胜男施佳宁</w:t>
      </w:r>
    </w:p>
    <w:p>
      <w:r>
        <w:t>曹静</w:t>
      </w:r>
    </w:p>
    <w:p>
      <w:r>
        <w:t>候补：</w:t>
      </w:r>
    </w:p>
    <w:p>
      <w:r>
        <w:t>牛霞飞晋莹</w:t>
      </w:r>
    </w:p>
    <w:p>
      <w:r>
        <w:t>二、专项名单</w:t>
      </w:r>
    </w:p>
    <w:p>
      <w:r>
        <w:t>（包括防专项”、“支教专项”和“专长潜质”等，由学校选拔）</w:t>
      </w:r>
    </w:p>
    <w:p>
      <w:r>
        <w:t>刘璇高芳开张小斐</w:t>
      </w:r>
    </w:p>
    <w:p>
      <w:r>
        <w:t>候补：</w:t>
      </w:r>
    </w:p>
    <w:p>
      <w:r>
        <w:t>张靓怡沈小存</w:t>
      </w:r>
    </w:p>
    <w:p>
      <w:r>
        <w:t>各单位或个人如认为上述名单存在问题，可在公示期内（公示期十个工作日，从即日起至2014年9月25日），以书面形式向院推免领导小组反映。</w:t>
      </w:r>
    </w:p>
    <w:p>
      <w:r>
        <w:t>联系电话：52119020—802</w:t>
      </w:r>
    </w:p>
    <w:p>
      <w:r>
        <w:t>联系人：王老师</w:t>
      </w:r>
    </w:p>
    <w:p>
      <w:r>
        <w:t>人文与社会科学学院</w:t>
      </w:r>
    </w:p>
    <w:p>
      <w:r>
        <w:t>二零一四年九月十五日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