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人工智能学院2027届本科毕业生推荐免试攻读硕士学位研究生工作细则</w:t>
      </w:r>
    </w:p>
    <w:p>
      <w:r>
        <w:t>为推进学院202 7届本科毕业生推荐免试攻读硕士学位研究生工作（简称“推免工作”），根据学校《关于做好202 7届本科毕业生推荐免试攻读硕士学位研究生工作的通知》（校教字〔202 6〕3 4号）要求，遵循公平、公正、公开原则，结合学院实际，制定本推免工作细则。</w:t>
      </w:r>
    </w:p>
    <w:p>
      <w:r>
        <w:t>一、组织领导</w:t>
      </w:r>
    </w:p>
    <w:p>
      <w:r>
        <w:t>学院成立推免生遴选工作小组（简称“院推免小组”）和推免工作监督小组，分别负责学院的推免生选拔推荐工作、监督学院的选拔推荐工作。</w:t>
      </w:r>
    </w:p>
    <w:p>
      <w:r>
        <w:t>院推免小组成员如下：</w:t>
      </w:r>
    </w:p>
    <w:p>
      <w:r>
        <w:t>组长：张道强</w:t>
      </w:r>
    </w:p>
    <w:p>
      <w:r>
        <w:t>副组长：朱旗杨一</w:t>
      </w:r>
    </w:p>
    <w:p>
      <w:r>
        <w:t>组员：李丕绩于银菠季家欢孙亮</w:t>
      </w:r>
    </w:p>
    <w:p>
      <w:r>
        <w:t>秘书：王香吴桐张倩</w:t>
      </w:r>
    </w:p>
    <w:p>
      <w:r>
        <w:t>院推免工作监督小组成员如下：</w:t>
      </w:r>
    </w:p>
    <w:p>
      <w:r>
        <w:t>组长：袁宗虎</w:t>
      </w:r>
    </w:p>
    <w:p>
      <w:r>
        <w:t>副组长：秦杰</w:t>
      </w:r>
    </w:p>
    <w:p>
      <w:r>
        <w:t>成员：张瑞瑞</w:t>
      </w:r>
    </w:p>
    <w:p>
      <w:r>
        <w:t>成立学院专家审核小组（专家组成员应具有相关学科副教授以上职称，一般不少于5人），对申请推免资格学生提交的高水平科研创新成果、论文、竞赛奖项等的真实性、原创性进行审核鉴定，并在一定范围内组织学生公开答辩。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排除抄袭、造假、冒名及有名无实等情况，给出明确审核鉴定意见并签字存档。材料审核过程应规范、审慎，答辩全程录音录像，相关记录、审核意见等由学院推免小组集中保管；所有纸质介质材料均须进行电子扫描保存，其中纸质介质保留不低于1年，电子扫描版不低于5年，录音录像电子材料不低于5年。通过材料审核和答辩的高水平科研创新成果、竞赛奖项等，在学院推免工作专栏公示。</w:t>
      </w:r>
    </w:p>
    <w:p>
      <w:r>
        <w:t>二、推荐条件</w:t>
      </w:r>
    </w:p>
    <w:p>
      <w:r>
        <w:t>申请推免资格的学生应满足以下条件：</w:t>
      </w:r>
    </w:p>
    <w:p>
      <w:r>
        <w:t>1.应届本科毕业生，系我校通过高考（含保送方式）招生录取或面向港澳台华侨学生招生录取的全日制本科生，不含第二学士学位学生。思想品德考核合格，未违背学术诚信，无考试违纪、考试作弊行为。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3.综合能力强，学术研究兴趣浓厚，具有国际视野和较强的专业素质能力、科研创新潜质。必须满足以下条件之一：</w:t>
      </w:r>
    </w:p>
    <w:p>
      <w:r>
        <w:t>（1）主持或参加校级以上（含校级）大学生科创基金项目并已正常结题，科创项目内容须与学业相关且被学院专家审核小组认可。</w:t>
      </w:r>
    </w:p>
    <w:p>
      <w:r>
        <w:t>（2）在学校认定的校级以上各类学科竞赛中获得特、一、二、三等奖，竞赛内容须与学业相关且被学院专家审核小组认可。</w:t>
      </w:r>
    </w:p>
    <w:p>
      <w:r>
        <w:t>（3）在正式学术刊物上发表学术论文（以见刊或Onli n e为准），或获得软件著作权证书，或授权发明专利，上述成果须与专业相关且被学院专家审核小组认可。</w:t>
      </w:r>
    </w:p>
    <w:p>
      <w:r>
        <w:t>（4）具有其他经学院专家审核小组认定的专业特长。</w:t>
      </w:r>
    </w:p>
    <w:p>
      <w:r>
        <w:t>4.申请推免资格的学生必须满足推免学术条件（详见附件1）。对满足推免学术条件者，进行推免遴选综合评价分计算。专业依据综合评价分进行排名，择优授予拟推免资格。</w:t>
      </w:r>
    </w:p>
    <w:p>
      <w:r>
        <w:t>推免综合评价分=学习能力分+创新能力分+素质拓展分，参照《202 7届本科毕业生推荐免试攻读硕士学位研究生综合评价分评分标准》（附件1）进行计算。</w:t>
      </w:r>
    </w:p>
    <w:p>
      <w:r>
        <w:t>（1）学习能力分主要依据必修课平均学分绩点，在综合评价分中所占比率不低于70%。</w:t>
      </w:r>
    </w:p>
    <w:p>
      <w:r>
        <w:t>（2）创新能力分主要依据与学业相关学科竞赛奖项、科研论文和创新项目。学生在学科竞赛、科研论文或创新项目有多项加分情况时，原则上每个类别只取其中最高项得分，不重复计分。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（3）素质拓展分评分范围包括各类评优评奖、参军入伍服兵役、到国际组织实习等。</w:t>
      </w:r>
    </w:p>
    <w:p>
      <w:r>
        <w:t>5.凡获得各种义务类奖学金（国防奖学金、国防科技奖学金等）的学生，必须经设奖单位同意、学生处审核后方可推荐。</w:t>
      </w:r>
    </w:p>
    <w:p>
      <w:r>
        <w:t>6.申请“支教专项”类推免资格的学生，结合《关于组建中国青年志愿者第2 9届研究生支教团（202 7 —202 8年度）有关工作的通知》（全国项目办发〔202 6〕4号）要求进行推荐遴选。公示后，入选者不得参加其他推免类别。</w:t>
      </w:r>
    </w:p>
    <w:p>
      <w:r>
        <w:t>三、鼓励政策</w:t>
      </w:r>
    </w:p>
    <w:p>
      <w:r>
        <w:t>1.鼓励推免生申报本校研究生和直博生。本校推免生若被我院录取，可参评新生特别奖学金。我院录取的本校推免的直博生入学后即依据相关文件享受博士生待遇，并给予学业奖学金每生每年10000元。</w:t>
      </w:r>
    </w:p>
    <w:p>
      <w:r>
        <w:t>2.学院将为申报我院的推免生落实研究生导师，优先安排博导和教授为推免生导师。推免生参加导师的科研团队，并在导师的指导下进行毕业设计。</w:t>
      </w:r>
    </w:p>
    <w:p>
      <w:r>
        <w:t>四、注意事项</w:t>
      </w:r>
    </w:p>
    <w:p>
      <w:r>
        <w:t>1.凡申请推免资格的学生，必须递交书面申请，并根据《202 7届本科毕业生推荐免试攻读硕士学位研究生综合评价分评分标准》（附件1）要求指定一个学术条件类别。</w:t>
      </w:r>
    </w:p>
    <w:p>
      <w:r>
        <w:t>2.申请推免资格的学生所提交的申请材料必须真实、准确，若通过弄虚作假或其他不正当手段获得推免资格，一经发现将取消当事人的被推荐资格，并追究相关人员的责任。</w:t>
      </w:r>
    </w:p>
    <w:p>
      <w:r>
        <w:t>3.已被录取的推免生，不得放弃推免资格，不再参加本届毕业生的就业派遣，学校和学院也不再出具与就业、报考研究生、自费出国等有关一切证明材料。</w:t>
      </w:r>
    </w:p>
    <w:p>
      <w:r>
        <w:t>4.为避免研究生入学资格审查时发生问题，推免生在报名后至研究生入学前不得更改本人姓名、身份证号、学籍信息等。</w:t>
      </w:r>
    </w:p>
    <w:p>
      <w:r>
        <w:t>5.推免生应再接再厉，认真学习，努力提高自身的综合素质和创新能力。</w:t>
      </w:r>
    </w:p>
    <w:p>
      <w:r>
        <w:t>6.本细则相关规定及要求，只适用于人工智能学院202 7届本科毕业生推荐免试硕士研究生工作。</w:t>
      </w:r>
    </w:p>
    <w:p>
      <w:r>
        <w:t>五、时间安排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9月8日17点前</w:t>
            </w:r>
          </w:p>
        </w:tc>
        <w:tc>
          <w:tcPr>
            <w:tcW w:type="dxa" w:w="2880"/>
          </w:tcPr>
          <w:p>
            <w:r>
              <w:t>学院成立推免工作小组和监督小组，制定学院推免工作细则，提交校推免小组审查，全面开展学院推免工作。</w:t>
            </w:r>
          </w:p>
        </w:tc>
      </w:tr>
      <w:tr>
        <w:tc>
          <w:tcPr>
            <w:tcW w:type="dxa" w:w="2880"/>
          </w:tcPr>
          <w:p>
            <w:r>
              <w:t>2</w:t>
            </w:r>
          </w:p>
        </w:tc>
        <w:tc>
          <w:tcPr>
            <w:tcW w:type="dxa" w:w="2880"/>
          </w:tcPr>
          <w:p>
            <w:r>
              <w:t>9月10日17点前</w:t>
            </w:r>
          </w:p>
        </w:tc>
        <w:tc>
          <w:tcPr>
            <w:tcW w:type="dxa" w:w="2880"/>
          </w:tcPr>
          <w:p>
            <w:r>
              <w:t>学生提交推免申请并完成初步审核。（逾期视为放弃）</w:t>
            </w:r>
          </w:p>
        </w:tc>
      </w:tr>
      <w:tr>
        <w:tc>
          <w:tcPr>
            <w:tcW w:type="dxa" w:w="2880"/>
          </w:tcPr>
          <w:p>
            <w:r>
              <w:t>3</w:t>
            </w:r>
          </w:p>
        </w:tc>
        <w:tc>
          <w:tcPr>
            <w:tcW w:type="dxa" w:w="2880"/>
          </w:tcPr>
          <w:p>
            <w:r>
              <w:t>9月13日12点前</w:t>
            </w:r>
          </w:p>
        </w:tc>
        <w:tc>
          <w:tcPr>
            <w:tcW w:type="dxa" w:w="2880"/>
          </w:tcPr>
          <w:p>
            <w:r>
              <w:t>学院将拟推荐名单报教务部审核，并予以公示。</w:t>
            </w:r>
          </w:p>
        </w:tc>
      </w:tr>
    </w:tbl>
    <w:p>
      <w:r>
        <w:t>六、联系方式</w:t>
      </w:r>
    </w:p>
    <w:p>
      <w:r>
        <w:t>学院联系人：025-52116382王老师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