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关于公示能源科学与工程学院2027年推免生面试名单的通知（第二批次）</w:t>
      </w:r>
    </w:p>
    <w:p>
      <w:r>
        <w:t>移动端导航</w:t>
      </w:r>
    </w:p>
    <w:p>
      <w:r>
        <w:t>中间</w:t>
      </w:r>
    </w:p>
    <w:p>
      <w:r>
        <w:t>研究生培养动态</w:t>
      </w:r>
    </w:p>
    <w:p>
      <w:pPr>
        <w:pStyle w:val="Heading3"/>
      </w:pPr>
      <w:r>
        <w:t>研究生培养动态</w:t>
      </w:r>
    </w:p>
    <w:p>
      <w:r>
        <w:t>内容来源：能源科学与工程学院日期:2026-09-15浏览次数：351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 6年9月15日- 9月17日。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联系电话：025- 85481124</w:t>
      </w:r>
    </w:p>
    <w:p>
      <w:r>
        <w:t>电子邮箱：w62001@njnu.edu.cn</w:t>
      </w:r>
    </w:p>
    <w:p>
      <w:r>
        <w:t>办公地址：南京师范大学仙林校区厚德楼127</w:t>
      </w:r>
    </w:p>
    <w:p>
      <w:r>
        <w:t>能源科学与工程学院研究生办公室</w:t>
      </w:r>
    </w:p>
    <w:p>
      <w:r>
        <w:t>2 02 6年9月15日</w:t>
      </w:r>
    </w:p>
    <w:p>
      <w:pPr>
        <w:pStyle w:val="ListBullet"/>
      </w:pPr>
      <w:r>
        <w:t>附件【能源科学与工程学院2027年推免面试名单-第二批次.pdf】已下载325次</w:t>
      </w:r>
    </w:p>
    <w:p>
      <w:r>
        <w:t>&lt;div class="art-info wow fadeInUp animated animated"&gt;</w:t>
        <w:br/>
        <w:t xml:space="preserve"> &lt;div class="pnext"&gt;</w:t>
        <w:br/>
        <w:t xml:space="preserve"> &lt;p&gt;上一篇：&lt;a href="42801.htm"&gt;关于公示能源科学与工程学院2027年推免生面试名单的通知（第三批次）&lt;/a&gt;&lt;/p&gt;</w:t>
        <w:br/>
        <w:t xml:space="preserve"> </w:t>
        <w:br/>
        <w:t xml:space="preserve"> &lt;p&gt;下一篇：&lt;a href="42741.htm"&gt;关于公示能源科学与工程学院2027年推免生面试名单的通知（第一批次）&lt;/a&gt;&lt;/p&gt;</w:t>
        <w:br/>
        <w:t xml:space="preserve"> </w:t>
        <w:br/>
        <w:t xml:space="preserve"> &lt;/div&gt;</w:t>
        <w:br/>
        <w:t xml:space="preserve"> &lt;/div&gt;</w:t>
      </w:r>
    </w:p>
    <w:p>
      <w:r>
        <w:t>底部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