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关于公示环境学院2027年推免生面试名单的通知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2026年9月16日-9月18日。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联系电话：025-85891426</w:t>
      </w:r>
    </w:p>
    <w:p>
      <w:r>
        <w:t>电子邮箱：w75069@njnu.edu.cn</w:t>
      </w:r>
    </w:p>
    <w:p>
      <w:r>
        <w:t>办公地址：南京市文苑路1号环境楼211办公室</w:t>
      </w:r>
    </w:p>
    <w:p>
      <w:r>
        <w:t>四、考生联络</w:t>
      </w:r>
    </w:p>
    <w:p>
      <w:r>
        <w:t>请进入复试名单的考生以“专业名称+实名”格式申请加入考生联络群。QQ群：1065523287，该群将用于发布后续复试安排等相关通知。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