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关于公示教育科学学院2027年硕士研究生推免复试名单的通知</w:t>
      </w:r>
    </w:p>
    <w:p>
      <w:r>
        <w:t>根据教育部及学校相关规定，经我院研究生招生分委员会及研究生院审核，现将2027年硕士研究生推免复试名单予以公示。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6年9月19日-9月21日。</w:t>
      </w:r>
    </w:p>
    <w:p>
      <w:r>
        <w:t>三、异议受理</w:t>
      </w:r>
    </w:p>
    <w:p>
      <w:r>
        <w:t>如对公示名单有异议，请于公示期内以书面形式向我院研究生招生办公室反映。</w:t>
      </w:r>
    </w:p>
    <w:p>
      <w:r>
        <w:t>联系电话：025-83598873</w:t>
      </w:r>
    </w:p>
    <w:p>
      <w:r>
        <w:t>电子邮箱：854888419@qq.com</w:t>
      </w:r>
    </w:p>
    <w:p>
      <w:r>
        <w:t>办公地址：南京师范大学随园校区教育科学学院田南楼305</w:t>
      </w:r>
    </w:p>
    <w:p>
      <w:r>
        <w:t>教育科学学院研究生办公室</w:t>
      </w:r>
    </w:p>
    <w:p>
      <w:r>
        <w:t>2 02 6年9月19日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