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关于公示外国语学院2027年推免生面试名单的通知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二、异议受理</w:t>
      </w:r>
    </w:p>
    <w:p>
      <w:r>
        <w:t>如对公示名单有异议，请以书面形式向我院研究生办公室反映。</w:t>
      </w:r>
    </w:p>
    <w:p>
      <w:r>
        <w:t>联系电话：025-83598557</w:t>
      </w:r>
    </w:p>
    <w:p>
      <w:r>
        <w:t>电子邮箱：2694611139@qq.com</w:t>
      </w:r>
    </w:p>
    <w:p>
      <w:r>
        <w:t>办公地址：江苏省南京市鼓楼区宁海路122号南京师范大学外国语学院500号楼220办公室</w:t>
      </w:r>
    </w:p>
    <w:p>
      <w:r>
        <w:t>三、考生联络</w:t>
      </w:r>
    </w:p>
    <w:p>
      <w:r>
        <w:t>请进入复试名单的同学于9月17日下午17:00前扫码申请入群，入群需验证，务必以“公示名单前面的序号+姓名+专业”命名申请（专业需简写：英语、俄语、法语、德语、日语、西语、欧洲语、亚非、外应、笔译、口译），请大家严格按照要求执行。</w:t>
      </w:r>
    </w:p>
    <w:p>
      <w:r>
        <w:t>外国语学院研究生办公室</w:t>
      </w:r>
    </w:p>
    <w:p>
      <w:r>
        <w:t>2026年9月17日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