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关于公示商学院2027年推免生面试名单的通知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2026年9月12日-9月14日。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联系电话：025- 85898295</w:t>
      </w:r>
    </w:p>
    <w:p>
      <w:r>
        <w:t>电子邮箱：nnusxyyjs@njnu.edu.cn</w:t>
      </w:r>
    </w:p>
    <w:p>
      <w:r>
        <w:t>办公地址：南京市栖霞区文苑路1号行敏楼2 47办公室</w:t>
      </w:r>
    </w:p>
    <w:p>
      <w:r>
        <w:t>四、考生联络</w:t>
      </w:r>
    </w:p>
    <w:p>
      <w:r>
        <w:t>请进入复试名单的考生以“专业名称+实名+本科院校”格式申请加入对应考生联络群。该群将用于发布后续复试安排等相关通知。</w:t>
      </w:r>
    </w:p>
    <w:p>
      <w:r>
        <w:t>商学院研究生办公室</w:t>
      </w:r>
    </w:p>
    <w:p>
      <w:r>
        <w:t>2 02 6年9月12日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分类</w:t>
            </w:r>
          </w:p>
        </w:tc>
        <w:tc>
          <w:tcPr>
            <w:tcW w:type="dxa" w:w="2880"/>
          </w:tcPr>
          <w:p>
            <w:r>
              <w:t>专业（含方向）</w:t>
            </w:r>
          </w:p>
        </w:tc>
        <w:tc>
          <w:tcPr>
            <w:tcW w:type="dxa" w:w="2880"/>
          </w:tcPr>
          <w:p>
            <w:r>
              <w:t>群号</w:t>
            </w:r>
          </w:p>
        </w:tc>
      </w:tr>
      <w:tr>
        <w:tc>
          <w:tcPr>
            <w:tcW w:type="dxa" w:w="2880"/>
          </w:tcPr>
          <w:p>
            <w:r>
              <w:t>经贸类</w:t>
            </w:r>
          </w:p>
        </w:tc>
        <w:tc>
          <w:tcPr>
            <w:tcW w:type="dxa" w:w="2880"/>
          </w:tcPr>
          <w:p>
            <w:r>
              <w:t>020200应用经济学：区域经济学产业经济学国际贸易学025400国际商务025800数字经济</w:t>
            </w:r>
          </w:p>
        </w:tc>
        <w:tc>
          <w:tcPr>
            <w:tcW w:type="dxa" w:w="2880"/>
          </w:tcPr>
          <w:p>
            <w:r>
              <w:t>1121591731</w:t>
            </w:r>
          </w:p>
        </w:tc>
      </w:tr>
      <w:tr>
        <w:tc>
          <w:tcPr>
            <w:tcW w:type="dxa" w:w="2880"/>
          </w:tcPr>
          <w:p>
            <w:r>
              <w:t>金融类</w:t>
            </w:r>
          </w:p>
        </w:tc>
        <w:tc>
          <w:tcPr>
            <w:tcW w:type="dxa" w:w="2880"/>
          </w:tcPr>
          <w:p>
            <w:r>
              <w:t>020200应用经济学：金融学025100金融</w:t>
            </w:r>
          </w:p>
        </w:tc>
        <w:tc>
          <w:tcPr>
            <w:tcW w:type="dxa" w:w="2880"/>
          </w:tcPr>
          <w:p>
            <w:r>
              <w:t>1108213466</w:t>
            </w:r>
          </w:p>
        </w:tc>
      </w:tr>
      <w:tr>
        <w:tc>
          <w:tcPr>
            <w:tcW w:type="dxa" w:w="2880"/>
          </w:tcPr>
          <w:p>
            <w:r>
              <w:t>管理类</w:t>
            </w:r>
          </w:p>
        </w:tc>
        <w:tc>
          <w:tcPr>
            <w:tcW w:type="dxa" w:w="2880"/>
          </w:tcPr>
          <w:p>
            <w:r>
              <w:t>120200工商管理学：企业管理技术经济及管理</w:t>
            </w:r>
          </w:p>
        </w:tc>
        <w:tc>
          <w:tcPr>
            <w:tcW w:type="dxa" w:w="2880"/>
          </w:tcPr>
          <w:p>
            <w:r>
              <w:t>1020505357</w:t>
            </w:r>
          </w:p>
        </w:tc>
      </w:tr>
    </w:tbl>
    <w:p>
      <w:r>
        <w:t>附件</w:t>
      </w:r>
    </w:p>
    <w:p>
      <w:r>
        <w:t>商学院2 027年推免生面试名单. 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