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关于公示化学与材料科学学院2027年推免生面试名单的通知-3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2026年9月14日-9月16日。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联系电话：025-85891723</w:t>
      </w:r>
    </w:p>
    <w:p>
      <w:r>
        <w:t>电子邮箱：hkynjnu@163.com</w:t>
      </w:r>
    </w:p>
    <w:p>
      <w:r>
        <w:t>办公地址：江苏省南京市栖霞区文苑路1号南京师范大学仙林校区化行楼212</w:t>
      </w:r>
    </w:p>
    <w:p>
      <w:r>
        <w:t>四、考生联络</w:t>
      </w:r>
    </w:p>
    <w:p>
      <w:r>
        <w:t>请进入复试名单的考生扫描本通知附件里的二维码，实名申请加入本院考生联络群。该群将用于发布后续复试安排等相关通知，如前期已入群请忽略。</w:t>
      </w:r>
    </w:p>
    <w:p>
      <w:r>
        <w:t>化学与材料科学学院研究生办公室</w:t>
      </w:r>
    </w:p>
    <w:p>
      <w:r>
        <w:t>2026年9月14日</w:t>
      </w:r>
    </w:p>
    <w:p>
      <w:pPr>
        <w:pStyle w:val="ListBullet"/>
      </w:pPr>
      <w:r>
        <w:t>附件【南师大化科院2027推免生面试名单-3.pdf】已下载354次</w:t>
      </w:r>
    </w:p>
    <w:p>
      <w:pPr>
        <w:pStyle w:val="ListBullet"/>
      </w:pPr>
      <w:r>
        <w:t>附件【南师大化科院2027推免接收群.jpg】已下载39次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