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2011学院2021年推荐优秀应届本科毕业生免试攻读研究生名单公示</w:t>
      </w:r>
    </w:p>
    <w:p>
      <w:r>
        <w:t>根据学校《关于做好2021年推荐优秀应届本科毕业生免试攻读硕士学位研究生工作的通知》的文件精神和学院推免工作办法，经过学生本人申请、学院资格审查、专家组进行全面发展综合考核后，拟推荐缪裕等23名同学为推免初步人选，报请校研究生院审核评定。具体名单如下：</w:t>
      </w:r>
    </w:p>
    <w:p>
      <w:r>
        <w:t>一、正式名单（23名）</w:t>
      </w:r>
    </w:p>
    <w:p>
      <w:r>
        <w:t>缪裕、董雯雯、葛超奇、冒李娜、王佳琦、徐开馨、刘智豪、何啸岳、谷修成、赵聪、</w:t>
      </w:r>
    </w:p>
    <w:p>
      <w:r>
        <w:t>胡永继、高文洁、王远皓、许子威、周星星、汪雨泓、庄建州、杨苏锐、杨猛、李嘉伟、</w:t>
      </w:r>
    </w:p>
    <w:p>
      <w:r>
        <w:t>郑依琳、孙琳琳、朱浩</w:t>
      </w:r>
    </w:p>
    <w:p>
      <w:r>
        <w:t>二、候补名单（1名）</w:t>
      </w:r>
    </w:p>
    <w:p>
      <w:r>
        <w:t>费佳凤</w:t>
      </w:r>
    </w:p>
    <w:p>
      <w:r>
        <w:t>公示时间：2020年9月25日-2020年10月15日</w:t>
      </w:r>
    </w:p>
    <w:p>
      <w:r>
        <w:t>对以上公示如有异议，请向学院推免工作小组或校研究生院、校纪委反映。</w:t>
      </w:r>
    </w:p>
    <w:p>
      <w:r>
        <w:t>2011学院：025-58130024；2011sy@njtech.edu.cn。</w:t>
      </w:r>
    </w:p>
    <w:p>
      <w:r>
        <w:t>校研究生院：025-58139194；yzb@njtech.edu.cn。</w:t>
      </w:r>
    </w:p>
    <w:p>
      <w:r>
        <w:t>校纪委：025-58139069；jubao@njtech.edu.cn。</w:t>
      </w:r>
    </w:p>
    <w:p>
      <w:r>
        <w:t>2011学院推荐免试研究生工作小组</w:t>
      </w:r>
    </w:p>
    <w:p>
      <w:r>
        <w:t>2020年9月25日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