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关于成立推荐优秀应届本科毕业生免试攻读硕士学位研究生工作领导小组的通知</w:t>
      </w:r>
    </w:p>
    <w:p>
      <w:r>
        <w:t>学生工作</w:t>
      </w:r>
    </w:p>
    <w:p>
      <w:pPr>
        <w:pStyle w:val="ListBullet"/>
      </w:pPr>
      <w:r>
        <w:t>学工动态</w:t>
      </w:r>
    </w:p>
    <w:p>
      <w:pPr>
        <w:pStyle w:val="ListBullet"/>
      </w:pPr>
      <w:r>
        <w:t>荣誉成果</w:t>
      </w:r>
    </w:p>
    <w:p>
      <w:pPr>
        <w:pStyle w:val="ListBullet"/>
      </w:pPr>
      <w:r>
        <w:t>班团风采</w:t>
      </w:r>
    </w:p>
    <w:p>
      <w:pPr>
        <w:pStyle w:val="ListBullet"/>
      </w:pPr>
      <w:r>
        <w:t>教育管理</w:t>
      </w:r>
    </w:p>
    <w:p>
      <w:pPr>
        <w:pStyle w:val="ListBullet"/>
      </w:pPr>
      <w:r>
        <w:t>奖助学金</w:t>
      </w:r>
    </w:p>
    <w:p>
      <w:pPr>
        <w:pStyle w:val="ListBullet"/>
      </w:pPr>
      <w:r>
        <w:t>学生组织</w:t>
      </w:r>
    </w:p>
    <w:p>
      <w:pPr>
        <w:pStyle w:val="ListBullet"/>
      </w:pPr>
      <w:r>
        <w:t>先进典型</w:t>
      </w:r>
    </w:p>
    <w:p>
      <w:pPr>
        <w:pStyle w:val="ListBullet"/>
      </w:pPr>
      <w:r>
        <w:t>阅读次数：70</w:t>
      </w:r>
    </w:p>
    <w:p>
      <w:pPr>
        <w:pStyle w:val="ListBullet"/>
      </w:pPr>
      <w:r>
        <w:t>发布时间：2015-09-15</w:t>
      </w:r>
    </w:p>
    <w:p>
      <w:pPr>
        <w:pStyle w:val="ListBullet"/>
      </w:pPr>
      <w:r>
        <w:t>更新时间：2019-06-22</w:t>
      </w:r>
    </w:p>
    <w:p>
      <w:r>
        <w:t>根据学校有关通知精神，决定成立推免工作小组，加强对学院推免工作的组织与考核。</w:t>
      </w:r>
    </w:p>
    <w:p>
      <w:r>
        <w:t>组长：徐虹</w:t>
      </w:r>
    </w:p>
    <w:p>
      <w:r>
        <w:t>副组长：姚忠</w:t>
      </w:r>
    </w:p>
    <w:p>
      <w:r>
        <w:t>组员：熊晓辉、陈晓晔、熊强、缪冶炼、陆丽霞、郑春玲</w:t>
      </w:r>
    </w:p>
    <w:p>
      <w:r>
        <w:t>食品与轻工学院</w:t>
      </w:r>
    </w:p>
    <w:p>
      <w:r>
        <w:t>二〇一五年九月十四日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