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关于做好2014年推荐优秀应届本科毕业生免试攻读硕士学位研究生工作的通知</w:t>
      </w:r>
    </w:p>
    <w:p>
      <w:r>
        <w:t>各相关学生：</w:t>
      </w:r>
    </w:p>
    <w:p>
      <w:r>
        <w:t>根据《关于做好2014年推荐优秀应届本科毕业生免试攻读硕士学位研究生工作的通知》精神，根据学院实际，现将推荐优秀应届本科毕业生免试攻读硕士学位研究生工作通知如下：</w:t>
      </w:r>
    </w:p>
    <w:p>
      <w:r>
        <w:t>一、推荐工作的组织与领导</w:t>
      </w:r>
    </w:p>
    <w:p>
      <w:r>
        <w:t>学院成立推免工作小组，加强对学院推免工作的组织与考核。</w:t>
      </w:r>
    </w:p>
    <w:p>
      <w:r>
        <w:t>组长：徐虹熊晓辉</w:t>
      </w:r>
    </w:p>
    <w:p>
      <w:r>
        <w:t>副组长：陈晓晔</w:t>
      </w:r>
    </w:p>
    <w:p>
      <w:r>
        <w:t>组员：姚忠汪海波陆丽霞王国伟缪冶炼</w:t>
      </w:r>
    </w:p>
    <w:p>
      <w:r>
        <w:t>二、推免生的类型</w:t>
      </w:r>
    </w:p>
    <w:p>
      <w:r>
        <w:t>2014年推免生名额仍分为学术型和专业学位两个部分，学术型名额可用于推荐攻读学术学位研究生（包括直博生）或专业学位硕士研究生，专业学位名额仅限用于推荐攻读专业学位硕士研究生。</w:t>
      </w:r>
    </w:p>
    <w:p>
      <w:r>
        <w:t>三、免试推荐的条件及要求</w:t>
      </w:r>
    </w:p>
    <w:p>
      <w:r>
        <w:t>详见学校《关于做好2014年推荐优秀应届本科毕业生免试攻读硕士学位研究生工作的通知》。</w:t>
      </w:r>
    </w:p>
    <w:p>
      <w:r>
        <w:t>四、推荐工作的程序</w:t>
      </w:r>
    </w:p>
    <w:p>
      <w:r>
        <w:t>符合第三条、第1款的学生需本人以书面形式向学院推免工作小组提交免试推荐申请表1（附件二），符合第三条、第2款的学生需本人以书面形式向学院推免工作小组提交免试推荐申请表2（附件三）。学院推免工作小组对提出申请的学生进行审查、以不高于1：1.5的比例组织综合考核（包括复试），并广泛征求任课教师、辅导员、班主任等意见确定初选名单，上报学校，由校推免工作领导小组进行审定和批准。</w:t>
      </w:r>
    </w:p>
    <w:p>
      <w:r>
        <w:t>五、时间安排</w:t>
      </w:r>
    </w:p>
    <w:p>
      <w:r>
        <w:t>10月8日：学生本人向学办提交书面申请报告。申请书必须列明本人已具备推荐免试的基本条件、申请专业以及其它需说明的情况。</w:t>
      </w:r>
    </w:p>
    <w:p>
      <w:r>
        <w:t>10月9日：学院推免工作小组对申请者进行资格审查。</w:t>
      </w:r>
    </w:p>
    <w:p>
      <w:r>
        <w:t>10月10 -11日：学院推免工作小组组织综合考核（包括复试）。</w:t>
      </w:r>
    </w:p>
    <w:p>
      <w:r>
        <w:t>10月12日：学院公示初选名单。</w:t>
      </w:r>
    </w:p>
    <w:p>
      <w:r>
        <w:t>六、其它</w:t>
      </w:r>
    </w:p>
    <w:p>
      <w:r>
        <w:t>申请书请于10月8日18:00前交至学办，逾期不再受理，以弃权论。</w:t>
      </w:r>
    </w:p>
    <w:p>
      <w:r>
        <w:t>食品与轻工学院</w:t>
      </w:r>
    </w:p>
    <w:p>
      <w:r>
        <w:t>二○一三年十月八日</w:t>
      </w:r>
    </w:p>
    <w:p>
      <w:r>
        <w:t>附件一：关于做好2014年推荐优秀应届本科毕业生免试攻读硕士学位研究生工作的通知</w:t>
      </w:r>
    </w:p>
    <w:p>
      <w:r>
        <w:t>附件二：南京工业大学2014年免试推荐申请表1</w:t>
      </w:r>
    </w:p>
    <w:p>
      <w:r>
        <w:t>附件三：南京工业大学2014年免试推荐申请表2</w:t>
      </w:r>
    </w:p>
    <w:p>
      <w:r>
        <w:t>附件南京工业大学2014年免试.rar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