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2012年免试研究生推荐工作领导小组名单</w:t>
      </w:r>
    </w:p>
    <w:p>
      <w:r>
        <w:t>学生工作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荣誉成果</w:t>
      </w:r>
    </w:p>
    <w:p>
      <w:pPr>
        <w:pStyle w:val="ListBullet"/>
      </w:pPr>
      <w:r>
        <w:t>班团风采</w:t>
      </w:r>
    </w:p>
    <w:p>
      <w:pPr>
        <w:pStyle w:val="ListBullet"/>
      </w:pPr>
      <w:r>
        <w:t>教育管理</w:t>
      </w:r>
    </w:p>
    <w:p>
      <w:pPr>
        <w:pStyle w:val="ListBullet"/>
      </w:pPr>
      <w:r>
        <w:t>奖助学金</w:t>
      </w:r>
    </w:p>
    <w:p>
      <w:pPr>
        <w:pStyle w:val="ListBullet"/>
      </w:pPr>
      <w:r>
        <w:t>学生组织</w:t>
      </w:r>
    </w:p>
    <w:p>
      <w:pPr>
        <w:pStyle w:val="ListBullet"/>
      </w:pPr>
      <w:r>
        <w:t>先进典型</w:t>
      </w:r>
    </w:p>
    <w:p>
      <w:pPr>
        <w:pStyle w:val="ListBullet"/>
      </w:pPr>
      <w:r>
        <w:t>阅读次数：23</w:t>
      </w:r>
    </w:p>
    <w:p>
      <w:pPr>
        <w:pStyle w:val="ListBullet"/>
      </w:pPr>
      <w:r>
        <w:t>发布时间：2011-10-09</w:t>
      </w:r>
    </w:p>
    <w:p>
      <w:pPr>
        <w:pStyle w:val="ListBullet"/>
      </w:pPr>
      <w:r>
        <w:t>更新时间：2019-06-22</w:t>
      </w:r>
    </w:p>
    <w:p>
      <w:r>
        <w:t>组</w:t>
      </w:r>
    </w:p>
    <w:p>
      <w:r>
        <w:t>长：徐</w:t>
      </w:r>
    </w:p>
    <w:p>
      <w:r>
        <w:t>虹</w:t>
      </w:r>
    </w:p>
    <w:p>
      <w:r>
        <w:t>熊晓辉</w:t>
      </w:r>
    </w:p>
    <w:p>
      <w:r>
        <w:t>副组长：陈晓晔</w:t>
      </w:r>
    </w:p>
    <w:p>
      <w:r>
        <w:t>成员：姚忠汪海波陆丽霞王国伟缪冶炼</w:t>
      </w:r>
    </w:p>
    <w:p>
      <w:r>
        <w:t>食品与轻工学院</w:t>
      </w:r>
    </w:p>
    <w:p>
      <w:r>
        <w:t>二〇一一年十月九日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