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食品与轻工学院2013年免试研究生推荐考核小组名单</w:t>
      </w:r>
    </w:p>
    <w:p>
      <w:r>
        <w:t>学生工作</w:t>
      </w:r>
    </w:p>
    <w:p>
      <w:pPr>
        <w:pStyle w:val="ListBullet"/>
      </w:pPr>
      <w:r>
        <w:t>学工动态</w:t>
      </w:r>
    </w:p>
    <w:p>
      <w:pPr>
        <w:pStyle w:val="ListBullet"/>
      </w:pPr>
      <w:r>
        <w:t>荣誉成果</w:t>
      </w:r>
    </w:p>
    <w:p>
      <w:pPr>
        <w:pStyle w:val="ListBullet"/>
      </w:pPr>
      <w:r>
        <w:t>班团风采</w:t>
      </w:r>
    </w:p>
    <w:p>
      <w:pPr>
        <w:pStyle w:val="ListBullet"/>
      </w:pPr>
      <w:r>
        <w:t>教育管理</w:t>
      </w:r>
    </w:p>
    <w:p>
      <w:pPr>
        <w:pStyle w:val="ListBullet"/>
      </w:pPr>
      <w:r>
        <w:t>奖助学金</w:t>
      </w:r>
    </w:p>
    <w:p>
      <w:pPr>
        <w:pStyle w:val="ListBullet"/>
      </w:pPr>
      <w:r>
        <w:t>学生组织</w:t>
      </w:r>
    </w:p>
    <w:p>
      <w:pPr>
        <w:pStyle w:val="ListBullet"/>
      </w:pPr>
      <w:r>
        <w:t>先进典型</w:t>
      </w:r>
    </w:p>
    <w:p>
      <w:pPr>
        <w:pStyle w:val="ListBullet"/>
      </w:pPr>
      <w:r>
        <w:t>阅读次数：37</w:t>
      </w:r>
    </w:p>
    <w:p>
      <w:pPr>
        <w:pStyle w:val="ListBullet"/>
      </w:pPr>
      <w:r>
        <w:t>发布时间：2012-10-10</w:t>
      </w:r>
    </w:p>
    <w:p>
      <w:pPr>
        <w:pStyle w:val="ListBullet"/>
      </w:pPr>
      <w:r>
        <w:t>更新时间：2019-06-22</w:t>
      </w:r>
    </w:p>
    <w:p>
      <w:r>
        <w:t>组</w:t>
      </w:r>
    </w:p>
    <w:p>
      <w:r>
        <w:t>长：徐</w:t>
      </w:r>
    </w:p>
    <w:p>
      <w:r>
        <w:t>虹</w:t>
      </w:r>
    </w:p>
    <w:p>
      <w:r>
        <w:t>熊晓辉</w:t>
      </w:r>
    </w:p>
    <w:p>
      <w:r>
        <w:t>成</w:t>
      </w:r>
    </w:p>
    <w:p>
      <w:r>
        <w:t>员：姚</w:t>
      </w:r>
    </w:p>
    <w:p>
      <w:r>
        <w:t>忠</w:t>
      </w:r>
    </w:p>
    <w:p>
      <w:r>
        <w:t>汪海波</w:t>
      </w:r>
    </w:p>
    <w:p>
      <w:r>
        <w:t>陆丽霞</w:t>
      </w:r>
    </w:p>
    <w:p>
      <w:r>
        <w:t>王国伟</w:t>
      </w:r>
    </w:p>
    <w:p>
      <w:r>
        <w:t>缪冶炼</w:t>
      </w:r>
    </w:p>
    <w:p>
      <w:r>
        <w:t>食品与轻工学院</w:t>
      </w:r>
    </w:p>
    <w:p>
      <w:r>
        <w:t>二</w:t>
      </w:r>
    </w:p>
    <w:p>
      <w:r>
        <w:t>〇一</w:t>
      </w:r>
    </w:p>
    <w:p>
      <w:r>
        <w:t>二</w:t>
      </w:r>
    </w:p>
    <w:p>
      <w:r>
        <w:t>年十月十</w:t>
      </w:r>
    </w:p>
    <w:p>
      <w:r>
        <w:t>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