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语言文化学院2027年推荐免试研究生 招生综合考核实施细则</w:t>
      </w:r>
    </w:p>
    <w:p>
      <w:r>
        <w:t>为做好我院2027年推荐免试研究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硕士研究生：050200外国语言文学、045300国际中文教育、055100翻译</w:t>
      </w:r>
    </w:p>
    <w:p>
      <w:r>
        <w:t>二、申请基本条件</w:t>
      </w:r>
    </w:p>
    <w:p>
      <w:r>
        <w:t>1 .中华人民共和国公民，拥护中国共产党领导，品德良好，遵纪守法。</w:t>
      </w:r>
    </w:p>
    <w:p>
      <w:r>
        <w:t>2 .身体健康状况符合国家和专业规定的体检要求，心理健康状况良好。</w:t>
      </w:r>
    </w:p>
    <w:p>
      <w:r>
        <w:t>3 .本科阶段学习成绩优秀，专业成绩或综合成绩名列本专业前茅。</w:t>
      </w:r>
    </w:p>
    <w:p>
      <w:r>
        <w:t>4 .获得所在学校当年推荐免试资格。</w:t>
      </w:r>
    </w:p>
    <w:p>
      <w:r>
        <w:t>5 .诚实守信、品行端正、学风优良，本科学习期间无任何违法违纪受处分记录。</w:t>
      </w:r>
    </w:p>
    <w:p>
      <w:r>
        <w:t>三、申请材料要求</w:t>
      </w:r>
    </w:p>
    <w:p>
      <w:r>
        <w:t>申请人需向学院提供以下申请材料：</w:t>
      </w:r>
    </w:p>
    <w:p>
      <w:r>
        <w:t>1.本人学生证、身份证各一份，原件备查；</w:t>
      </w:r>
    </w:p>
    <w:p>
      <w:r>
        <w:t>2.加盖推荐学校教务部门公章的本科成绩单；</w:t>
      </w:r>
    </w:p>
    <w:p>
      <w:r>
        <w:t>3.外语水平证明：大学英语四、六级考试，日语能力测试证书、托福、雅思等证书或成绩单；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申请人须将上述个人申请材料按顺序整理，在规定时间内完成提交。</w:t>
      </w:r>
    </w:p>
    <w:p>
      <w:r>
        <w:t>提交方式：所提供材料均采用A4纸大小（成绩单可按所在学校格式），申请材料请按顺序扫描成一个pdf文档后发送至邮箱：psq@njtech.edu.cn。</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w:t>
      </w:r>
    </w:p>
    <w:p>
      <w:r>
        <w:t>电子版申请材料应于报名成功后48小时内提交。</w:t>
      </w:r>
    </w:p>
    <w:p>
      <w:r>
        <w:t>面试具体时间、地点另行通知，本年度学院综合考核工作将在2026年10月17日前全部完成。</w:t>
      </w:r>
    </w:p>
    <w:p>
      <w:r>
        <w:t>（二）材料审核</w:t>
      </w:r>
    </w:p>
    <w:p>
      <w:r>
        <w:t>学院成立不少于5人的材料审核专家组，对申请人的申请资格和材料进行评审。对不符合报考条件或申请直博生但未获得拟报考导师同意的申请人，不予进入下一轮选拔程序。</w:t>
      </w:r>
    </w:p>
    <w:p>
      <w:r>
        <w:t>材料审核成绩满分100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学院面试考核本地考生采用线下面试，外地考生采用线上面试模式，线上面试平台为腾讯会议，面试全程录音录像。</w:t>
      </w:r>
    </w:p>
    <w:p>
      <w:r>
        <w:t>学院组建不少于5人的面试专家组，全面考核申请人的思想政治素质与品德、专业素养、创新潜质等。</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w:t>
      </w:r>
    </w:p>
    <w:p>
      <w:r>
        <w:t>四、招收推免资助与奖励政策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五、其他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3.已被招收的推免生不得再参加全国硕士研究生入学考试。在入学报到时未获得本科毕业证书者，学校将取消其录取资格。</w:t>
      </w:r>
    </w:p>
    <w:p>
      <w:r>
        <w:t>4.推免生综合考核期间不安排体格检查，体检工作统一放在转年入学报到时进行。</w:t>
      </w:r>
    </w:p>
    <w:p>
      <w:r>
        <w:t>5.本细则由南京工业大学语言文化学院研究生招生工作小组制定并负责解释。保障及监督机制依照《南京工业大学推荐免试研究生招生录取工作办法》执行。</w:t>
      </w:r>
    </w:p>
    <w:p>
      <w:r>
        <w:t>六、信息查询及联系方式</w:t>
      </w:r>
    </w:p>
    <w:p>
      <w:r>
        <w:t>网址：https://english.njtech.edu.cn/（语言文化学院）</w:t>
      </w:r>
    </w:p>
    <w:p>
      <w:r>
        <w:t>https://gra.njtech.edu.cn/zsw/（研究生招生网）</w:t>
      </w:r>
    </w:p>
    <w:p>
      <w:r>
        <w:t>咨询电话：025-58139642（浦老师）</w:t>
      </w:r>
    </w:p>
    <w:p>
      <w:r>
        <w:t>025-58139194（南京工业大学研招办）</w:t>
      </w:r>
    </w:p>
    <w:p>
      <w:r>
        <w:t>联系人：浦老师</w:t>
      </w:r>
    </w:p>
    <w:p>
      <w:r>
        <w:t>报考材料寄送地址：江苏省南京市江北新区浦珠南路30号（邮编：211816），进学楼715，电话：025-58139642、联系人：浦老师</w:t>
      </w:r>
    </w:p>
    <w:p>
      <w:r>
        <w:t>语言文化学院</w:t>
      </w:r>
    </w:p>
    <w:p>
      <w:r>
        <w:t>202 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