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南京工业大学能源科学与工程学院2027 年推荐免试研究生招生材料审核分数公示</w:t>
      </w:r>
    </w:p>
    <w:p>
      <w:r>
        <w:t>根据教育部及学校关于2027年推荐免试研究生（以下简称“推免生”）招生工作相关规定，我院已完成2027年推免生招生申请材料审核及评分工作。为确保招生工作公开、公平、公正，现将材料审核分数予以公示。</w:t>
      </w:r>
    </w:p>
    <w:p>
      <w:r>
        <w:t>一、公示时间</w:t>
      </w:r>
    </w:p>
    <w:p>
      <w:r>
        <w:t>2026年9月22日-27日</w:t>
      </w:r>
    </w:p>
    <w:p>
      <w:r>
        <w:t>二、审核对象</w:t>
      </w:r>
    </w:p>
    <w:p>
      <w:r>
        <w:t>报考我院2027年推免生资格审核的所有申请人</w:t>
      </w:r>
    </w:p>
    <w:p>
      <w:r>
        <w:t>三、审核内容及评分标准</w:t>
      </w:r>
    </w:p>
    <w:p>
      <w:r>
        <w:t>本次材料审核本科学业成绩、科研创新能力等维度开展，严格依据《能源科学与工程学院2027年推荐免试研究生招生综合考核实施细则》执行，全程由招生工作小组复核，确保评分规范、结果准确。</w:t>
      </w:r>
    </w:p>
    <w:p>
      <w:r>
        <w:t>四、公示说明</w:t>
      </w:r>
    </w:p>
    <w:p>
      <w:r>
        <w:t>1.公示名单及分数详如附件《能源学院2027年推荐免试攻读研究生材料审核成绩汇总表》；</w:t>
      </w:r>
    </w:p>
    <w:p>
      <w:r>
        <w:t>2.公示期间，考生对审核分数有异议的，可凭本人有效身份证件及书面申请，向能源学院办公室提出复核，逾期不予受理；</w:t>
      </w:r>
    </w:p>
    <w:p>
      <w:r>
        <w:t>3.复核仅针对分数统计、材料评审漏项等问题，不对已评审学生重新开展评审工作；</w:t>
      </w:r>
    </w:p>
    <w:p>
      <w:r>
        <w:t>4.公示无异议后，将按规定确定进入复试考核环节人员名单。</w:t>
      </w:r>
    </w:p>
    <w:p>
      <w:r>
        <w:t>五、联系方式</w:t>
      </w:r>
    </w:p>
    <w:p>
      <w:r>
        <w:t>受理部门：能源学院办公室</w:t>
      </w:r>
    </w:p>
    <w:p>
      <w:r>
        <w:t>联系电话：025-58139661</w:t>
      </w:r>
    </w:p>
    <w:p>
      <w:r>
        <w:t>电子邮箱：xingxiaojun@njtech.edu.cn</w:t>
      </w:r>
    </w:p>
    <w:p>
      <w:r>
        <w:t>办公地址：江苏省南京市江北新区浦珠南路3 0号崇德B楼3 13室</w:t>
      </w:r>
    </w:p>
    <w:p>
      <w:r>
        <w:t>特此公示。</w:t>
      </w:r>
    </w:p>
    <w:p>
      <w:r>
        <w:t>南京工业大学能源科学与工程学院</w:t>
      </w:r>
    </w:p>
    <w:p>
      <w:r>
        <w:t>2027年9月22日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