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电气工程与控制科学学院2027年推荐优秀应届本科毕业生免试攻读研究生工作实施细则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根据学校的统筹安排，我院今年可推荐39名应届本科毕业生免试攻读硕士研究生，并且可按应届毕业生人数的0 .5%（四舍五入）确定候补。学院按专业2 02 7届毕业生人数、硕士学位点布局、本科专业建设水平、研究生培养条件和吸引力、国家战略人才需求，以及拔尖创新人才培养等因素分配各专业推免名额，如表1所示。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自动化</w:t>
            </w:r>
          </w:p>
        </w:tc>
        <w:tc>
          <w:tcPr>
            <w:tcW w:type="dxa" w:w="2880"/>
          </w:tcPr>
          <w:p>
            <w:r>
              <w:t>8</w:t>
            </w:r>
          </w:p>
        </w:tc>
        <w:tc>
          <w:tcPr>
            <w:tcW w:type="dxa" w:w="2880"/>
          </w:tcPr>
          <w:p>
            <w:r>
              <w:t>3</w:t>
            </w:r>
          </w:p>
        </w:tc>
      </w:tr>
      <w:tr>
        <w:tc>
          <w:tcPr>
            <w:tcW w:type="dxa" w:w="2880"/>
          </w:tcPr>
          <w:p>
            <w:r>
              <w:t>电气工程及其自动化</w:t>
            </w:r>
          </w:p>
        </w:tc>
        <w:tc>
          <w:tcPr>
            <w:tcW w:type="dxa" w:w="2880"/>
          </w:tcPr>
          <w:p>
            <w:r>
              <w:t>14</w:t>
            </w:r>
          </w:p>
        </w:tc>
        <w:tc>
          <w:tcPr>
            <w:tcW w:type="dxa" w:w="2880"/>
          </w:tcPr>
          <w:p/>
        </w:tc>
      </w:tr>
      <w:tr>
        <w:tc>
          <w:tcPr>
            <w:tcW w:type="dxa" w:w="2880"/>
          </w:tcPr>
          <w:p>
            <w:r>
              <w:t>电气工程及其自动化（英才班）</w:t>
            </w:r>
          </w:p>
        </w:tc>
        <w:tc>
          <w:tcPr>
            <w:tcW w:type="dxa" w:w="2880"/>
          </w:tcPr>
          <w:p>
            <w:r>
              <w:t>4</w:t>
            </w:r>
          </w:p>
        </w:tc>
        <w:tc>
          <w:tcPr>
            <w:tcW w:type="dxa" w:w="2880"/>
          </w:tcPr>
          <w:p/>
        </w:tc>
      </w:tr>
      <w:tr>
        <w:tc>
          <w:tcPr>
            <w:tcW w:type="dxa" w:w="2880"/>
          </w:tcPr>
          <w:p>
            <w:r>
              <w:t>电气工程及其自动化（中西班）</w:t>
            </w:r>
          </w:p>
        </w:tc>
        <w:tc>
          <w:tcPr>
            <w:tcW w:type="dxa" w:w="2880"/>
          </w:tcPr>
          <w:p>
            <w:r>
              <w:t>2</w:t>
            </w:r>
          </w:p>
        </w:tc>
        <w:tc>
          <w:tcPr>
            <w:tcW w:type="dxa" w:w="2880"/>
          </w:tcPr>
          <w:p/>
        </w:tc>
      </w:tr>
      <w:tr>
        <w:tc>
          <w:tcPr>
            <w:tcW w:type="dxa" w:w="2880"/>
          </w:tcPr>
          <w:p>
            <w:r>
              <w:t>测控技术与仪器</w:t>
            </w:r>
          </w:p>
        </w:tc>
        <w:tc>
          <w:tcPr>
            <w:tcW w:type="dxa" w:w="2880"/>
          </w:tcPr>
          <w:p>
            <w:r>
              <w:t>3</w:t>
            </w:r>
          </w:p>
        </w:tc>
        <w:tc>
          <w:tcPr>
            <w:tcW w:type="dxa" w:w="2880"/>
          </w:tcPr>
          <w:p/>
        </w:tc>
      </w:tr>
      <w:tr>
        <w:tc>
          <w:tcPr>
            <w:tcW w:type="dxa" w:w="2880"/>
          </w:tcPr>
          <w:p>
            <w:r>
              <w:t>建筑电气与智能化</w:t>
            </w:r>
          </w:p>
        </w:tc>
        <w:tc>
          <w:tcPr>
            <w:tcW w:type="dxa" w:w="2880"/>
          </w:tcPr>
          <w:p>
            <w:r>
              <w:t>3</w:t>
            </w:r>
          </w:p>
        </w:tc>
        <w:tc>
          <w:tcPr>
            <w:tcW w:type="dxa" w:w="2880"/>
          </w:tcPr>
          <w:p/>
        </w:tc>
      </w:tr>
      <w:tr>
        <w:tc>
          <w:tcPr>
            <w:tcW w:type="dxa" w:w="2880"/>
          </w:tcPr>
          <w:p>
            <w:r>
              <w:t>智能制造工程</w:t>
            </w:r>
          </w:p>
        </w:tc>
        <w:tc>
          <w:tcPr>
            <w:tcW w:type="dxa" w:w="2880"/>
          </w:tcPr>
          <w:p>
            <w:r>
              <w:t>3</w:t>
            </w:r>
          </w:p>
        </w:tc>
        <w:tc>
          <w:tcPr>
            <w:tcW w:type="dxa" w:w="2880"/>
          </w:tcPr>
          <w:p/>
        </w:tc>
      </w:tr>
      <w:tr>
        <w:tc>
          <w:tcPr>
            <w:tcW w:type="dxa" w:w="2880"/>
          </w:tcPr>
          <w:p>
            <w:r>
              <w:t>机器人工程</w:t>
            </w:r>
          </w:p>
        </w:tc>
        <w:tc>
          <w:tcPr>
            <w:tcW w:type="dxa" w:w="2880"/>
          </w:tcPr>
          <w:p>
            <w:r>
              <w:t>2</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如学生有相关课程缓考，成绩未出，缓考课程不纳入计分范围。</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80%+全面发展成绩× 20%</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所有材料截止时间为202 6年8月31日。</w:t>
      </w:r>
    </w:p>
    <w:p>
      <w:r>
        <w:t>全面发展成绩=参军入伍服兵役加分× 10% +志愿服务加分× 10% +国际组织实习加分× 10% +科研创新成果加分× 35% +竞赛获奖加分× 35%</w:t>
      </w:r>
    </w:p>
    <w:p>
      <w:r>
        <w:t>表2全面发展成绩评分细则</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权重</w:t>
            </w:r>
          </w:p>
        </w:tc>
        <w:tc>
          <w:tcPr>
            <w:tcW w:type="dxa" w:w="1234"/>
          </w:tcPr>
          <w:p>
            <w:r>
              <w:t>认定级别</w:t>
            </w:r>
          </w:p>
        </w:tc>
        <w:tc>
          <w:tcPr>
            <w:tcW w:type="dxa" w:w="1234"/>
          </w:tcPr>
          <w:p>
            <w:r>
              <w:t>要求</w:t>
            </w:r>
          </w:p>
        </w:tc>
        <w:tc>
          <w:tcPr>
            <w:tcW w:type="dxa" w:w="1234"/>
          </w:tcPr>
          <w:p>
            <w:r>
              <w:t>分值</w:t>
            </w:r>
          </w:p>
        </w:tc>
        <w:tc>
          <w:tcPr>
            <w:tcW w:type="dxa" w:w="1234"/>
          </w:tcPr>
          <w:p>
            <w:r>
              <w:t>备注</w:t>
            </w:r>
          </w:p>
        </w:tc>
        <w:tc>
          <w:tcPr>
            <w:tcW w:type="dxa" w:w="1234"/>
          </w:tcPr>
          <w:p/>
        </w:tc>
      </w:tr>
      <w:tr>
        <w:tc>
          <w:tcPr>
            <w:tcW w:type="dxa" w:w="1234"/>
          </w:tcPr>
          <w:p>
            <w:r>
              <w:t>参军入伍服兵役</w:t>
            </w:r>
          </w:p>
        </w:tc>
        <w:tc>
          <w:tcPr>
            <w:tcW w:type="dxa" w:w="1234"/>
          </w:tcPr>
          <w:p>
            <w:r>
              <w:t>10%</w:t>
            </w:r>
          </w:p>
        </w:tc>
        <w:tc>
          <w:tcPr>
            <w:tcW w:type="dxa" w:w="1234"/>
          </w:tcPr>
          <w:p>
            <w:r>
              <w:t>三等功、三级表彰及以上</w:t>
            </w:r>
          </w:p>
        </w:tc>
        <w:tc>
          <w:tcPr>
            <w:tcW w:type="dxa" w:w="1234"/>
          </w:tcPr>
          <w:p>
            <w:r>
              <w:t>有立功证明</w:t>
            </w:r>
          </w:p>
        </w:tc>
        <w:tc>
          <w:tcPr>
            <w:tcW w:type="dxa" w:w="1234"/>
          </w:tcPr>
          <w:p>
            <w:r>
              <w:t>100</w:t>
            </w:r>
          </w:p>
        </w:tc>
        <w:tc>
          <w:tcPr>
            <w:tcW w:type="dxa" w:w="1234"/>
          </w:tcPr>
          <w:p>
            <w:r>
              <w:t>所有立功受奖需提供部队相关部门颁发的奖励证书等证明材料。按最高项记，不累加。</w:t>
            </w:r>
          </w:p>
        </w:tc>
        <w:tc>
          <w:tcPr>
            <w:tcW w:type="dxa" w:w="1234"/>
          </w:tcPr>
          <w:p/>
        </w:tc>
      </w:tr>
      <w:tr>
        <w:tc>
          <w:tcPr>
            <w:tcW w:type="dxa" w:w="1234"/>
          </w:tcPr>
          <w:p>
            <w:r>
              <w:t>“四有”优秀士兵</w:t>
            </w:r>
          </w:p>
        </w:tc>
        <w:tc>
          <w:tcPr>
            <w:tcW w:type="dxa" w:w="1234"/>
          </w:tcPr>
          <w:p>
            <w:r>
              <w:t>有奖励证明</w:t>
            </w:r>
          </w:p>
        </w:tc>
        <w:tc>
          <w:tcPr>
            <w:tcW w:type="dxa" w:w="1234"/>
          </w:tcPr>
          <w:p>
            <w:r>
              <w:t>7 0</w:t>
            </w:r>
          </w:p>
        </w:tc>
        <w:tc>
          <w:tcPr>
            <w:tcW w:type="dxa" w:w="1234"/>
          </w:tcPr>
          <w:p/>
        </w:tc>
        <w:tc>
          <w:tcPr>
            <w:tcW w:type="dxa" w:w="1234"/>
          </w:tcPr>
          <w:p/>
        </w:tc>
        <w:tc>
          <w:tcPr>
            <w:tcW w:type="dxa" w:w="1234"/>
          </w:tcPr>
          <w:p/>
        </w:tc>
        <w:tc>
          <w:tcPr>
            <w:tcW w:type="dxa" w:w="1234"/>
          </w:tcPr>
          <w:p/>
        </w:tc>
      </w:tr>
      <w:tr>
        <w:tc>
          <w:tcPr>
            <w:tcW w:type="dxa" w:w="1234"/>
          </w:tcPr>
          <w:p>
            <w:r>
              <w:t>嘉奖</w:t>
            </w:r>
          </w:p>
        </w:tc>
        <w:tc>
          <w:tcPr>
            <w:tcW w:type="dxa" w:w="1234"/>
          </w:tcPr>
          <w:p>
            <w:r>
              <w:t>有嘉奖证明</w:t>
            </w:r>
          </w:p>
        </w:tc>
        <w:tc>
          <w:tcPr>
            <w:tcW w:type="dxa" w:w="1234"/>
          </w:tcPr>
          <w:p>
            <w:r>
              <w:t>5 0</w:t>
            </w:r>
          </w:p>
        </w:tc>
        <w:tc>
          <w:tcPr>
            <w:tcW w:type="dxa" w:w="1234"/>
          </w:tcPr>
          <w:p/>
        </w:tc>
        <w:tc>
          <w:tcPr>
            <w:tcW w:type="dxa" w:w="1234"/>
          </w:tcPr>
          <w:p/>
        </w:tc>
        <w:tc>
          <w:tcPr>
            <w:tcW w:type="dxa" w:w="1234"/>
          </w:tcPr>
          <w:p/>
        </w:tc>
        <w:tc>
          <w:tcPr>
            <w:tcW w:type="dxa" w:w="1234"/>
          </w:tcPr>
          <w:p/>
        </w:tc>
      </w:tr>
      <w:tr>
        <w:tc>
          <w:tcPr>
            <w:tcW w:type="dxa" w:w="1234"/>
          </w:tcPr>
          <w:p>
            <w:r>
              <w:t>入伍</w:t>
            </w:r>
          </w:p>
        </w:tc>
        <w:tc>
          <w:tcPr>
            <w:tcW w:type="dxa" w:w="1234"/>
          </w:tcPr>
          <w:p>
            <w:r>
              <w:t>有退役证明</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参加有组织志愿服务</w:t>
            </w:r>
          </w:p>
        </w:tc>
        <w:tc>
          <w:tcPr>
            <w:tcW w:type="dxa" w:w="1234"/>
          </w:tcPr>
          <w:p>
            <w:r>
              <w:t>10%</w:t>
            </w:r>
          </w:p>
        </w:tc>
        <w:tc>
          <w:tcPr>
            <w:tcW w:type="dxa" w:w="1234"/>
          </w:tcPr>
          <w:p>
            <w:r>
              <w:t>志愿服务赛事获奖</w:t>
            </w:r>
          </w:p>
        </w:tc>
        <w:tc>
          <w:tcPr>
            <w:tcW w:type="dxa" w:w="1234"/>
          </w:tcPr>
          <w:p>
            <w:r>
              <w:t>国家级第一等次</w:t>
            </w:r>
          </w:p>
        </w:tc>
        <w:tc>
          <w:tcPr>
            <w:tcW w:type="dxa" w:w="1234"/>
          </w:tcPr>
          <w:p>
            <w:r>
              <w:t>4 0</w:t>
            </w:r>
          </w:p>
        </w:tc>
        <w:tc>
          <w:tcPr>
            <w:tcW w:type="dxa" w:w="1234"/>
          </w:tcPr>
          <w:p>
            <w:r>
              <w:t>①详见附件3《关于2027年学校推免工作志愿服务赋分及认定的指导意见》，志愿服务加分指标主要包含志愿服务赛事、志愿服务表彰、赛会志愿服务活动、义务献血四部分指标，满分100分。需提供获奖证书、荣誉证书等证明材料。②志愿服务赛事获奖：在青年志愿服务项目大赛、青年志愿服务公益创业赛、志愿服务交流会等官方组织的省级以上志愿服务赛事中获奖，项目负责人（原则上只能有1人）给予相应加分，其他参与者按相应标准减半加分，不同项目获奖可累计加分，同一项目获得不同等级奖项，只计最高分，此项加分封顶40分。③志愿服务表彰：获得官方组织的省级以上年度表彰的个人，给予相应加分，此项加分封顶40分。④赛会志愿服务活动：参加官方组织的省级以上赛会志愿服务活动并获得荣誉证书的，给予相应加分，此项加分封顶10分。⑤义务献血：2 026年8月31日前参加义务献血并取得无偿献血证，给予相应加分，此项加分封顶10分。</w:t>
            </w:r>
          </w:p>
        </w:tc>
        <w:tc>
          <w:tcPr>
            <w:tcW w:type="dxa" w:w="1234"/>
          </w:tcPr>
          <w:p/>
        </w:tc>
      </w:tr>
      <w:tr>
        <w:tc>
          <w:tcPr>
            <w:tcW w:type="dxa" w:w="1234"/>
          </w:tcPr>
          <w:p>
            <w:r>
              <w:t>国家级第二等次</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国家级第三等次</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省级第一等次</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省级第二等次</w:t>
            </w:r>
          </w:p>
        </w:tc>
        <w:tc>
          <w:tcPr>
            <w:tcW w:type="dxa" w:w="1234"/>
          </w:tcPr>
          <w:p>
            <w:r>
              <w:t>1 5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省级第三等次</w:t>
            </w:r>
          </w:p>
        </w:tc>
        <w:tc>
          <w:tcPr>
            <w:tcW w:type="dxa" w:w="1234"/>
          </w:tcPr>
          <w:p>
            <w:r>
              <w:t>1 0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志愿服务表彰优秀个人</w:t>
            </w:r>
          </w:p>
        </w:tc>
        <w:tc>
          <w:tcPr>
            <w:tcW w:type="dxa" w:w="1234"/>
          </w:tcPr>
          <w:p>
            <w:r>
              <w:t>国家级</w:t>
            </w:r>
          </w:p>
        </w:tc>
        <w:tc>
          <w:tcPr>
            <w:tcW w:type="dxa" w:w="1234"/>
          </w:tcPr>
          <w:p>
            <w:r>
              <w:t>4 0</w:t>
            </w: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赛会志愿服务活动优秀荣誉</w:t>
            </w:r>
          </w:p>
        </w:tc>
        <w:tc>
          <w:tcPr>
            <w:tcW w:type="dxa" w:w="1234"/>
          </w:tcPr>
          <w:p>
            <w:r>
              <w:t>国家级（单次）</w:t>
            </w:r>
          </w:p>
        </w:tc>
        <w:tc>
          <w:tcPr>
            <w:tcW w:type="dxa" w:w="1234"/>
          </w:tcPr>
          <w:p>
            <w:r>
              <w:t>5</w:t>
            </w:r>
          </w:p>
        </w:tc>
        <w:tc>
          <w:tcPr>
            <w:tcW w:type="dxa" w:w="1234"/>
          </w:tcPr>
          <w:p/>
        </w:tc>
        <w:tc>
          <w:tcPr>
            <w:tcW w:type="dxa" w:w="1234"/>
          </w:tcPr>
          <w:p/>
        </w:tc>
        <w:tc>
          <w:tcPr>
            <w:tcW w:type="dxa" w:w="1234"/>
          </w:tcPr>
          <w:p/>
        </w:tc>
        <w:tc>
          <w:tcPr>
            <w:tcW w:type="dxa" w:w="1234"/>
          </w:tcPr>
          <w:p/>
        </w:tc>
      </w:tr>
      <w:tr>
        <w:tc>
          <w:tcPr>
            <w:tcW w:type="dxa" w:w="1234"/>
          </w:tcPr>
          <w:p>
            <w:r>
              <w:t>省级（单次）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义务献血</w:t>
            </w:r>
          </w:p>
        </w:tc>
        <w:tc>
          <w:tcPr>
            <w:tcW w:type="dxa" w:w="1234"/>
          </w:tcPr>
          <w:p>
            <w:r>
              <w:t>800ml及以上</w:t>
            </w:r>
          </w:p>
        </w:tc>
        <w:tc>
          <w:tcPr>
            <w:tcW w:type="dxa" w:w="1234"/>
          </w:tcPr>
          <w:p>
            <w:r>
              <w:t>1 0</w:t>
            </w:r>
          </w:p>
        </w:tc>
        <w:tc>
          <w:tcPr>
            <w:tcW w:type="dxa" w:w="1234"/>
          </w:tcPr>
          <w:p/>
        </w:tc>
        <w:tc>
          <w:tcPr>
            <w:tcW w:type="dxa" w:w="1234"/>
          </w:tcPr>
          <w:p/>
        </w:tc>
        <w:tc>
          <w:tcPr>
            <w:tcW w:type="dxa" w:w="1234"/>
          </w:tcPr>
          <w:p/>
        </w:tc>
        <w:tc>
          <w:tcPr>
            <w:tcW w:type="dxa" w:w="1234"/>
          </w:tcPr>
          <w:p/>
        </w:tc>
      </w:tr>
      <w:tr>
        <w:tc>
          <w:tcPr>
            <w:tcW w:type="dxa" w:w="1234"/>
          </w:tcPr>
          <w:p>
            <w:r>
              <w:t>200ml-800ml</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到国际组织实习</w:t>
            </w:r>
          </w:p>
        </w:tc>
        <w:tc>
          <w:tcPr>
            <w:tcW w:type="dxa" w:w="1234"/>
          </w:tcPr>
          <w:p>
            <w:r>
              <w:t>10 %</w:t>
            </w:r>
          </w:p>
        </w:tc>
        <w:tc>
          <w:tcPr>
            <w:tcW w:type="dxa" w:w="1234"/>
          </w:tcPr>
          <w:p>
            <w:r>
              <w:t>第一类别</w:t>
            </w:r>
          </w:p>
        </w:tc>
        <w:tc>
          <w:tcPr>
            <w:tcW w:type="dxa" w:w="1234"/>
          </w:tcPr>
          <w:p>
            <w:r>
              <w:t>提供实习经历认定证明材料</w:t>
            </w:r>
          </w:p>
        </w:tc>
        <w:tc>
          <w:tcPr>
            <w:tcW w:type="dxa" w:w="1234"/>
          </w:tcPr>
          <w:p>
            <w:r>
              <w:t>1 00</w:t>
            </w:r>
          </w:p>
        </w:tc>
        <w:tc>
          <w:tcPr>
            <w:tcW w:type="dxa" w:w="1234"/>
          </w:tcPr>
          <w:p>
            <w:r>
              <w:t>①取实习类别最高分，不累加。②第一类别：教育部高校学生司和全国高等学校学生信息咨询与就业指导中心建立的高校毕业生到国际组织实习任职信息服务平台(https://gj.ncss.cn/job.html)推介的国际组织的实习并获得实习经历正式认定。③第二类别：完成教育部、省教育厅或其他部委的国际组织实习、培养项目并获得实习经历正式认定。④第三类别：完成在与学校有正式合作关系的国际组织实习并获得实习经历正式认定。</w:t>
            </w:r>
          </w:p>
        </w:tc>
        <w:tc>
          <w:tcPr>
            <w:tcW w:type="dxa" w:w="1234"/>
          </w:tcPr>
          <w:p/>
        </w:tc>
      </w:tr>
      <w:tr>
        <w:tc>
          <w:tcPr>
            <w:tcW w:type="dxa" w:w="1234"/>
          </w:tcPr>
          <w:p>
            <w:r>
              <w:t>第二类别</w:t>
            </w:r>
          </w:p>
        </w:tc>
        <w:tc>
          <w:tcPr>
            <w:tcW w:type="dxa" w:w="1234"/>
          </w:tcPr>
          <w:p>
            <w:r>
              <w:t>8 0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第三类别</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科研创新成果</w:t>
            </w:r>
          </w:p>
        </w:tc>
        <w:tc>
          <w:tcPr>
            <w:tcW w:type="dxa" w:w="1234"/>
          </w:tcPr>
          <w:p>
            <w:r>
              <w:t>科研论文</w:t>
            </w:r>
          </w:p>
        </w:tc>
        <w:tc>
          <w:tcPr>
            <w:tcW w:type="dxa" w:w="1234"/>
          </w:tcPr>
          <w:p>
            <w:r>
              <w:t>30 %</w:t>
            </w:r>
          </w:p>
        </w:tc>
        <w:tc>
          <w:tcPr>
            <w:tcW w:type="dxa" w:w="1234"/>
          </w:tcPr>
          <w:p>
            <w:r>
              <w:t>SCI一区论文</w:t>
            </w:r>
          </w:p>
        </w:tc>
        <w:tc>
          <w:tcPr>
            <w:tcW w:type="dxa" w:w="1234"/>
          </w:tcPr>
          <w:p>
            <w:r>
              <w:t>独立作者或第一作者或指导老师为第一作者、学生为第二作者；指导老师为第一作者、学生为第二作者的论文，加分值减半折算；提供证明材料</w:t>
            </w:r>
          </w:p>
        </w:tc>
        <w:tc>
          <w:tcPr>
            <w:tcW w:type="dxa" w:w="1234"/>
          </w:tcPr>
          <w:p>
            <w:r>
              <w:t>1 00</w:t>
            </w:r>
          </w:p>
        </w:tc>
        <w:tc>
          <w:tcPr>
            <w:tcW w:type="dxa" w:w="1234"/>
          </w:tcPr>
          <w:p>
            <w:r>
              <w:t>①科研论文取论文等级最高分，不累加。②科研论文以正式见刊或录用通知为准，不含会议论文；论文分区以论文正式见刊当年的中科院分区为准，2 026年度见刊或者录用的论文参照2 025年度中科院分区。③核心期刊参见《2023版北大中文核心期刊要目总览》。④成果第一署名单位必须是南京工业大学。⑤学生与其亲属及其他利益相关者合作的科研成果，不纳入加分指标认定范围。⑥大创项目取学生承担已结项的项目等级最高分，不累加。对共同主持的项目，按共同主持人数折算。⑦全面发展成绩计算公式中科研创新成果加分×35%=科研论文加分× 30 %+大创项目加分× 5 %。⑧科研创新成果的审核鉴定由学院推免生遴选专家审核小组负责。申请人须参加公开答辩，审核鉴定结果须公开公示。</w:t>
            </w:r>
          </w:p>
        </w:tc>
      </w:tr>
      <w:tr>
        <w:tc>
          <w:tcPr>
            <w:tcW w:type="dxa" w:w="1234"/>
          </w:tcPr>
          <w:p>
            <w:r>
              <w:t>SCI二区论文</w:t>
            </w:r>
          </w:p>
        </w:tc>
        <w:tc>
          <w:tcPr>
            <w:tcW w:type="dxa" w:w="1234"/>
          </w:tcPr>
          <w:p>
            <w:r>
              <w:t>8 0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SCI三区论文</w:t>
            </w:r>
          </w:p>
        </w:tc>
        <w:tc>
          <w:tcPr>
            <w:tcW w:type="dxa" w:w="1234"/>
          </w:tcPr>
          <w:p>
            <w:r>
              <w:t>6 0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SCI四区论文</w:t>
            </w:r>
          </w:p>
        </w:tc>
        <w:tc>
          <w:tcPr>
            <w:tcW w:type="dxa" w:w="1234"/>
          </w:tcPr>
          <w:p>
            <w:r>
              <w:t>4 0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EI收录期刊论文</w:t>
            </w:r>
          </w:p>
        </w:tc>
        <w:tc>
          <w:tcPr>
            <w:tcW w:type="dxa" w:w="1234"/>
          </w:tcPr>
          <w:p>
            <w:r>
              <w:t>5 0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北大核心</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大学生创新训练计划项目</w:t>
            </w:r>
          </w:p>
        </w:tc>
        <w:tc>
          <w:tcPr>
            <w:tcW w:type="dxa" w:w="1234"/>
          </w:tcPr>
          <w:p>
            <w:r>
              <w:t>5 %</w:t>
            </w:r>
          </w:p>
        </w:tc>
        <w:tc>
          <w:tcPr>
            <w:tcW w:type="dxa" w:w="1234"/>
          </w:tcPr>
          <w:p>
            <w:r>
              <w:t>国家级</w:t>
            </w:r>
          </w:p>
        </w:tc>
        <w:tc>
          <w:tcPr>
            <w:tcW w:type="dxa" w:w="1234"/>
          </w:tcPr>
          <w:p>
            <w:r>
              <w:t>主持人</w:t>
            </w:r>
          </w:p>
        </w:tc>
        <w:tc>
          <w:tcPr>
            <w:tcW w:type="dxa" w:w="1234"/>
          </w:tcPr>
          <w:p>
            <w:r>
              <w:t>1 00</w:t>
            </w:r>
          </w:p>
        </w:tc>
        <w:tc>
          <w:tcPr>
            <w:tcW w:type="dxa" w:w="1234"/>
          </w:tcPr>
          <w:p/>
        </w:tc>
        <w:tc>
          <w:tcPr>
            <w:tcW w:type="dxa" w:w="1234"/>
          </w:tcPr>
          <w:p/>
        </w:tc>
      </w:tr>
      <w:tr>
        <w:tc>
          <w:tcPr>
            <w:tcW w:type="dxa" w:w="1234"/>
          </w:tcPr>
          <w:p>
            <w:r>
              <w:t>参与人</w:t>
            </w:r>
          </w:p>
        </w:tc>
        <w:tc>
          <w:tcPr>
            <w:tcW w:type="dxa" w:w="1234"/>
          </w:tcPr>
          <w:p>
            <w:r>
              <w:t>1 5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主持人</w:t>
            </w:r>
          </w:p>
        </w:tc>
        <w:tc>
          <w:tcPr>
            <w:tcW w:type="dxa" w:w="1234"/>
          </w:tcPr>
          <w:p>
            <w:r>
              <w:t>6 0</w:t>
            </w:r>
          </w:p>
        </w:tc>
        <w:tc>
          <w:tcPr>
            <w:tcW w:type="dxa" w:w="1234"/>
          </w:tcPr>
          <w:p/>
        </w:tc>
        <w:tc>
          <w:tcPr>
            <w:tcW w:type="dxa" w:w="1234"/>
          </w:tcPr>
          <w:p/>
        </w:tc>
        <w:tc>
          <w:tcPr>
            <w:tcW w:type="dxa" w:w="1234"/>
          </w:tcPr>
          <w:p/>
        </w:tc>
        <w:tc>
          <w:tcPr>
            <w:tcW w:type="dxa" w:w="1234"/>
          </w:tcPr>
          <w:p/>
        </w:tc>
      </w:tr>
      <w:tr>
        <w:tc>
          <w:tcPr>
            <w:tcW w:type="dxa" w:w="1234"/>
          </w:tcPr>
          <w:p>
            <w:r>
              <w:t>参与人</w:t>
            </w:r>
          </w:p>
        </w:tc>
        <w:tc>
          <w:tcPr>
            <w:tcW w:type="dxa" w:w="1234"/>
          </w:tcPr>
          <w:p>
            <w:r>
              <w:t>1 0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w:t>
            </w:r>
          </w:p>
        </w:tc>
        <w:tc>
          <w:tcPr>
            <w:tcW w:type="dxa" w:w="1234"/>
          </w:tcPr>
          <w:p>
            <w:r>
              <w:t>主持人</w:t>
            </w:r>
          </w:p>
        </w:tc>
        <w:tc>
          <w:tcPr>
            <w:tcW w:type="dxa" w:w="1234"/>
          </w:tcPr>
          <w:p>
            <w:r>
              <w:t>3 0</w:t>
            </w:r>
          </w:p>
        </w:tc>
        <w:tc>
          <w:tcPr>
            <w:tcW w:type="dxa" w:w="1234"/>
          </w:tcPr>
          <w:p/>
        </w:tc>
        <w:tc>
          <w:tcPr>
            <w:tcW w:type="dxa" w:w="1234"/>
          </w:tcPr>
          <w:p/>
        </w:tc>
        <w:tc>
          <w:tcPr>
            <w:tcW w:type="dxa" w:w="1234"/>
          </w:tcPr>
          <w:p/>
        </w:tc>
        <w:tc>
          <w:tcPr>
            <w:tcW w:type="dxa" w:w="1234"/>
          </w:tcPr>
          <w:p/>
        </w:tc>
      </w:tr>
      <w:tr>
        <w:tc>
          <w:tcPr>
            <w:tcW w:type="dxa" w:w="1234"/>
          </w:tcPr>
          <w:p>
            <w:r>
              <w:t>参与人</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35 %</w:t>
            </w:r>
          </w:p>
        </w:tc>
        <w:tc>
          <w:tcPr>
            <w:tcW w:type="dxa" w:w="1234"/>
          </w:tcPr>
          <w:p>
            <w:r>
              <w:t>国家级A 1类</w:t>
            </w:r>
          </w:p>
        </w:tc>
        <w:tc>
          <w:tcPr>
            <w:tcW w:type="dxa" w:w="1234"/>
          </w:tcPr>
          <w:p>
            <w:r>
              <w:t>最高奖次</w:t>
            </w:r>
          </w:p>
        </w:tc>
        <w:tc>
          <w:tcPr>
            <w:tcW w:type="dxa" w:w="1234"/>
          </w:tcPr>
          <w:p>
            <w:r>
              <w:t>1 00</w:t>
            </w:r>
          </w:p>
        </w:tc>
        <w:tc>
          <w:tcPr>
            <w:tcW w:type="dxa" w:w="1234"/>
          </w:tcPr>
          <w:p>
            <w:r>
              <w:t>①取竞赛获奖等级最高分，不累加。全国三等奖及以上均方可加分；含有特等奖的竞赛项目，最高等次、次一等次、次二等次、次三等次分别为特等奖、一等奖、二等奖、三等奖；无特等奖的竞赛项目，最高等次、次一等次、次二等次分别为一等奖、二等奖、三等奖；优秀奖等无等级的获奖不加分。②竞赛项目以赛事当年教务处发布的《南京工业大学学科竞赛与创新创业竞赛活动目录》为准。2023年度获奖项目赛事认定参见南京工业大学大学生学科竞赛和创新创业实践活动管理办法（南工校教〔2021〕34号），具体赛事分类参见南京工业大学学科竞赛与创新创业竞赛目录2023.06更新（含D类竞赛），其中A类竞赛加分值按照表中A1类计、B类竞赛按照表中B1类计、C类竞赛按照表中B3计、D类竞赛按照表中C类计；2024-2025年度获奖项目赛事认定参见南京工业大学大学生学科竞赛和创新创业实践活动管理办法（修订）（南工校创【2024】2号），具体赛事分类参见南京工业大学学科竞赛和创新创业竞赛活动目录（2024年），其中A类竞赛加分值按照表中A1类计类；2 026年度获奖项目赛事认定参见南京工业大学大学生学科竞赛和创新创业实践活动管理办法（修订）（南工校创【202 6】2号），具体赛事分类参见南京工业大学学科竞赛和创新创业竞赛活动目录（202 6年）。③如多人组队获奖，按照排名第一得满分，排名第二、第三得分减半，排名第四及以后不计分（具体排名需提供证明材料）。④竞赛获奖的审核鉴定由学院推免生遴选专家审核小组负责。申请人须参加公开答辩，审核鉴定结果须公开公示。</w:t>
            </w:r>
          </w:p>
        </w:tc>
        <w:tc>
          <w:tcPr>
            <w:tcW w:type="dxa" w:w="1234"/>
          </w:tcPr>
          <w:p/>
        </w:tc>
      </w:tr>
      <w:tr>
        <w:tc>
          <w:tcPr>
            <w:tcW w:type="dxa" w:w="1234"/>
          </w:tcPr>
          <w:p>
            <w:r>
              <w:t>次一奖次</w:t>
            </w:r>
          </w:p>
        </w:tc>
        <w:tc>
          <w:tcPr>
            <w:tcW w:type="dxa" w:w="1234"/>
          </w:tcPr>
          <w:p>
            <w:r>
              <w:t>7 0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4 0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2 0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国家级A 2类</w:t>
            </w:r>
          </w:p>
        </w:tc>
        <w:tc>
          <w:tcPr>
            <w:tcW w:type="dxa" w:w="1234"/>
          </w:tcPr>
          <w:p>
            <w:r>
              <w:t>最高奖次</w:t>
            </w:r>
          </w:p>
        </w:tc>
        <w:tc>
          <w:tcPr>
            <w:tcW w:type="dxa" w:w="1234"/>
          </w:tcPr>
          <w:p>
            <w:r>
              <w:t>80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50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1 8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 1类</w:t>
            </w:r>
          </w:p>
        </w:tc>
        <w:tc>
          <w:tcPr>
            <w:tcW w:type="dxa" w:w="1234"/>
          </w:tcPr>
          <w:p>
            <w:r>
              <w:t>最高奖次</w:t>
            </w:r>
          </w:p>
        </w:tc>
        <w:tc>
          <w:tcPr>
            <w:tcW w:type="dxa" w:w="1234"/>
          </w:tcPr>
          <w:p>
            <w:r>
              <w:t>7 0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4 0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2 5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1 5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 2类</w:t>
            </w:r>
          </w:p>
        </w:tc>
        <w:tc>
          <w:tcPr>
            <w:tcW w:type="dxa" w:w="1234"/>
          </w:tcPr>
          <w:p>
            <w:r>
              <w:t>最高奖次</w:t>
            </w:r>
          </w:p>
        </w:tc>
        <w:tc>
          <w:tcPr>
            <w:tcW w:type="dxa" w:w="1234"/>
          </w:tcPr>
          <w:p>
            <w:r>
              <w:t>60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35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 3类</w:t>
            </w:r>
          </w:p>
        </w:tc>
        <w:tc>
          <w:tcPr>
            <w:tcW w:type="dxa" w:w="1234"/>
          </w:tcPr>
          <w:p>
            <w:r>
              <w:t>最高奖次</w:t>
            </w:r>
          </w:p>
        </w:tc>
        <w:tc>
          <w:tcPr>
            <w:tcW w:type="dxa" w:w="1234"/>
          </w:tcPr>
          <w:p>
            <w:r>
              <w:t>5 0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1 5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国家级C类</w:t>
            </w:r>
          </w:p>
        </w:tc>
        <w:tc>
          <w:tcPr>
            <w:tcW w:type="dxa" w:w="1234"/>
          </w:tcPr>
          <w:p>
            <w:r>
              <w:t>最高奖次</w:t>
            </w:r>
          </w:p>
        </w:tc>
        <w:tc>
          <w:tcPr>
            <w:tcW w:type="dxa" w:w="1234"/>
          </w:tcPr>
          <w:p>
            <w:r>
              <w:t>4 0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2 5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1 0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3.本实施细则由电气工程与控制科学学院推免工作小组负责解释。</w:t>
      </w:r>
    </w:p>
    <w:p>
      <w:r>
        <w:t>4.学院推免工作接受师生监督，如对推免工作有疑义、意见或建议，请及时向院推免工作小组反映。</w:t>
      </w:r>
    </w:p>
    <w:p>
      <w:r>
        <w:t>学院：025-58139509，dkxy@njtech.edu.cn</w:t>
      </w:r>
    </w:p>
    <w:p>
      <w:r>
        <w:t>附件：1 .推荐免试研究生资格申请表</w:t>
      </w:r>
    </w:p>
    <w:p>
      <w:r>
        <w:t>2.推荐免试研究生思想政治品德考核表</w:t>
      </w:r>
    </w:p>
    <w:p>
      <w:r>
        <w:t>3 .关于2027年学校推免工作志愿服务赋分及认定的指导意见</w:t>
      </w:r>
    </w:p>
    <w:p>
      <w:r>
        <w:t>电气工程与控制科学学院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