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2012年江苏省普通高校推荐优 应届本科毕业生免试攻读硕士学位研究生拟录取名册</w:t>
      </w:r>
    </w:p>
    <w:p>
      <w:r>
        <w:t>阅读次数：1112发布时间：2011-10-18更新时间：2018-12-25</w:t>
      </w:r>
    </w:p>
    <w:p>
      <w:r>
        <w:t>2011年生工、食品、药学院本科推免硕士名单公示.xls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