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关于2006年推荐优秀应届本科 毕业生免试攻读硕士学位初选名单的公告</w:t>
      </w:r>
    </w:p>
    <w:p>
      <w:r>
        <w:t>阅读次数：1688发布时间：2005-10-16更新时间：2018-12-25</w:t>
      </w:r>
    </w:p>
    <w:p>
      <w:r>
        <w:t>免试研究生公告.doc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