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生工学院2026年推荐优秀应届本科毕业生免试攻读研究生拟推荐人选名单公示及全面发展项目审核鉴定结果公示</w:t>
      </w:r>
    </w:p>
    <w:p>
      <w:r>
        <w:t>根据学校《关于做好2026年推荐优秀应届本科毕业生免试攻读研究生工作的通知》和《生物与制药工程学院2026年推荐优秀应届本科毕业生免试攻读硕士研究生工作实施细则》，经学生本人申请，学院推免生专家审核小组审核、学院推免生遴选工作小组审定，生工学院2026年推荐优秀应届本科毕业生免试攻读研究生的拟推荐人选名单现予以公示，详见附件1。根据学校《关于做好2026年推荐优秀应届本科毕业生免试攻读研究生工作的通知》要求，经学院推免生专家审核小组审定，生工学院2026年推荐优秀应届本科毕业生免试攻读研究生拟推荐人选提交的参加有组织志愿服务、科研创新成果和竞赛获奖均系本人成果，未发现抄袭、造假、冒名及有名无实等情况，未发现与其亲属及其他利益相关者合作，现予以公示，详见附件2。</w:t>
      </w:r>
    </w:p>
    <w:p>
      <w:r>
        <w:t>公示时间：2025年9月5日-9月7日，如有异议请于公示期内向学院纪委或学院推免生遴选工作小组反映。电话：025-58139903，邮箱：jwsgxy@126.com。</w:t>
      </w:r>
    </w:p>
    <w:p>
      <w:r>
        <w:t>生物与制药工程学院</w:t>
      </w:r>
    </w:p>
    <w:p>
      <w:r>
        <w:t>2025年9月5日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