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南京工业大学大学生学科竞赛和创新创业实践活动管理办法</w:t>
      </w:r>
    </w:p>
    <w:p>
      <w:r>
        <w:t>附件1</w:t>
      </w:r>
    </w:p>
    <w:p>
      <w:r>
        <w:t>南京工业大学学科竞赛和创新创业竞赛活动目录</w:t>
      </w:r>
    </w:p>
    <w:p>
      <w:r>
        <w:t>（2021年6月）</w:t>
      </w:r>
    </w:p>
    <w:tbl>
      <w:tblPr>
        <w:tblStyle w:val="TableGrid"/>
        <w:tblW w:type="auto" w:w="0"/>
        <w:tblLook w:firstColumn="1" w:firstRow="1" w:lastColumn="0" w:lastRow="0" w:noHBand="0" w:noVBand="1" w:val="04A0"/>
      </w:tblPr>
      <w:tblGrid>
        <w:gridCol w:w="1080"/>
        <w:gridCol w:w="1080"/>
        <w:gridCol w:w="1080"/>
        <w:gridCol w:w="1080"/>
        <w:gridCol w:w="1080"/>
        <w:gridCol w:w="1080"/>
        <w:gridCol w:w="1080"/>
        <w:gridCol w:w="1080"/>
      </w:tblGrid>
      <w:tr>
        <w:tc>
          <w:tcPr>
            <w:tcW w:type="dxa" w:w="1080"/>
          </w:tcPr>
          <w:p>
            <w:r>
              <w:t>序号</w:t>
            </w:r>
          </w:p>
        </w:tc>
        <w:tc>
          <w:tcPr>
            <w:tcW w:type="dxa" w:w="1080"/>
          </w:tcPr>
          <w:p>
            <w:r>
              <w:t>校内负责单位</w:t>
            </w:r>
          </w:p>
        </w:tc>
        <w:tc>
          <w:tcPr>
            <w:tcW w:type="dxa" w:w="1080"/>
          </w:tcPr>
          <w:p>
            <w:r>
              <w:t>竞赛名称</w:t>
            </w:r>
          </w:p>
        </w:tc>
        <w:tc>
          <w:tcPr>
            <w:tcW w:type="dxa" w:w="1080"/>
          </w:tcPr>
          <w:p>
            <w:r>
              <w:t>主办单位</w:t>
            </w:r>
          </w:p>
        </w:tc>
        <w:tc>
          <w:tcPr>
            <w:tcW w:type="dxa" w:w="1080"/>
          </w:tcPr>
          <w:p>
            <w:r>
              <w:t>国赛等级</w:t>
            </w:r>
          </w:p>
        </w:tc>
        <w:tc>
          <w:tcPr>
            <w:tcW w:type="dxa" w:w="1080"/>
          </w:tcPr>
          <w:p>
            <w:r>
              <w:t>省赛名称</w:t>
            </w:r>
          </w:p>
        </w:tc>
        <w:tc>
          <w:tcPr>
            <w:tcW w:type="dxa" w:w="1080"/>
          </w:tcPr>
          <w:p>
            <w:r>
              <w:t>省赛等级</w:t>
            </w:r>
          </w:p>
        </w:tc>
        <w:tc>
          <w:tcPr>
            <w:tcW w:type="dxa" w:w="1080"/>
          </w:tcPr>
          <w:p>
            <w:r>
              <w:t>备注</w:t>
            </w:r>
          </w:p>
        </w:tc>
      </w:tr>
      <w:tr>
        <w:tc>
          <w:tcPr>
            <w:tcW w:type="dxa" w:w="1080"/>
          </w:tcPr>
          <w:p>
            <w:r>
              <w:t>1</w:t>
            </w:r>
          </w:p>
        </w:tc>
        <w:tc>
          <w:tcPr>
            <w:tcW w:type="dxa" w:w="1080"/>
          </w:tcPr>
          <w:p>
            <w:r>
              <w:t>教务处</w:t>
            </w:r>
          </w:p>
        </w:tc>
        <w:tc>
          <w:tcPr>
            <w:tcW w:type="dxa" w:w="1080"/>
          </w:tcPr>
          <w:p>
            <w:r>
              <w:t>中国“互联网+”大学生创新创业大赛</w:t>
            </w:r>
          </w:p>
        </w:tc>
        <w:tc>
          <w:tcPr>
            <w:tcW w:type="dxa" w:w="1080"/>
          </w:tcPr>
          <w:p>
            <w:r>
              <w:t>教育部，国家发展改革委，工业和信息化部，人力资源社会保障部，共青团中央</w:t>
            </w:r>
          </w:p>
        </w:tc>
        <w:tc>
          <w:tcPr>
            <w:tcW w:type="dxa" w:w="1080"/>
          </w:tcPr>
          <w:p>
            <w:r>
              <w:t>国家A类</w:t>
            </w:r>
          </w:p>
        </w:tc>
        <w:tc>
          <w:tcPr>
            <w:tcW w:type="dxa" w:w="1080"/>
          </w:tcPr>
          <w:p>
            <w:r>
              <w:t>“互联网+”江苏省选拔赛</w:t>
            </w:r>
          </w:p>
        </w:tc>
        <w:tc>
          <w:tcPr>
            <w:tcW w:type="dxa" w:w="1080"/>
          </w:tcPr>
          <w:p>
            <w:r>
              <w:t>省级A类</w:t>
            </w:r>
          </w:p>
        </w:tc>
        <w:tc>
          <w:tcPr>
            <w:tcW w:type="dxa" w:w="1080"/>
          </w:tcPr>
          <w:p>
            <w:r/>
          </w:p>
        </w:tc>
      </w:tr>
      <w:tr>
        <w:tc>
          <w:tcPr>
            <w:tcW w:type="dxa" w:w="1080"/>
          </w:tcPr>
          <w:p>
            <w:r>
              <w:t>2</w:t>
            </w:r>
          </w:p>
        </w:tc>
        <w:tc>
          <w:tcPr>
            <w:tcW w:type="dxa" w:w="1080"/>
          </w:tcPr>
          <w:p>
            <w:r>
              <w:t>校团委</w:t>
            </w:r>
          </w:p>
        </w:tc>
        <w:tc>
          <w:tcPr>
            <w:tcW w:type="dxa" w:w="1080"/>
          </w:tcPr>
          <w:p>
            <w:r>
              <w:t>“挑战杯”全国大学生课外学术科技作品竞赛</w:t>
            </w:r>
          </w:p>
        </w:tc>
        <w:tc>
          <w:tcPr>
            <w:tcW w:type="dxa" w:w="1080"/>
          </w:tcPr>
          <w:p>
            <w:r>
              <w:t>共青团中央，中国科协，教育部，全国学联，承办学校所在地省政府</w:t>
            </w:r>
          </w:p>
        </w:tc>
        <w:tc>
          <w:tcPr>
            <w:tcW w:type="dxa" w:w="1080"/>
          </w:tcPr>
          <w:p>
            <w:r>
              <w:t>国家A类</w:t>
            </w:r>
          </w:p>
        </w:tc>
        <w:tc>
          <w:tcPr>
            <w:tcW w:type="dxa" w:w="1080"/>
          </w:tcPr>
          <w:p>
            <w:r>
              <w:t>“挑战杯”江苏省选拔赛</w:t>
            </w:r>
          </w:p>
        </w:tc>
        <w:tc>
          <w:tcPr>
            <w:tcW w:type="dxa" w:w="1080"/>
          </w:tcPr>
          <w:p>
            <w:r>
              <w:t>省级A类</w:t>
            </w:r>
          </w:p>
        </w:tc>
        <w:tc>
          <w:tcPr>
            <w:tcW w:type="dxa" w:w="1080"/>
          </w:tcPr>
          <w:p>
            <w:r/>
          </w:p>
        </w:tc>
      </w:tr>
      <w:tr>
        <w:tc>
          <w:tcPr>
            <w:tcW w:type="dxa" w:w="1080"/>
          </w:tcPr>
          <w:p>
            <w:r>
              <w:t>3</w:t>
            </w:r>
          </w:p>
        </w:tc>
        <w:tc>
          <w:tcPr>
            <w:tcW w:type="dxa" w:w="1080"/>
          </w:tcPr>
          <w:p>
            <w:r>
              <w:t>教务处</w:t>
            </w:r>
          </w:p>
        </w:tc>
        <w:tc>
          <w:tcPr>
            <w:tcW w:type="dxa" w:w="1080"/>
          </w:tcPr>
          <w:p>
            <w:r>
              <w:t>中美青年创客大赛中国赛区</w:t>
            </w:r>
          </w:p>
        </w:tc>
        <w:tc>
          <w:tcPr>
            <w:tcW w:type="dxa" w:w="1080"/>
          </w:tcPr>
          <w:p>
            <w:r>
              <w:t>教育部</w:t>
            </w:r>
          </w:p>
        </w:tc>
        <w:tc>
          <w:tcPr>
            <w:tcW w:type="dxa" w:w="1080"/>
          </w:tcPr>
          <w:p>
            <w:r>
              <w:t>国家B类</w:t>
            </w:r>
          </w:p>
        </w:tc>
        <w:tc>
          <w:tcPr>
            <w:tcW w:type="dxa" w:w="1080"/>
          </w:tcPr>
          <w:p>
            <w:r>
              <w:t>中美青年创客大赛区域选拔赛</w:t>
            </w:r>
          </w:p>
        </w:tc>
        <w:tc>
          <w:tcPr>
            <w:tcW w:type="dxa" w:w="1080"/>
          </w:tcPr>
          <w:p>
            <w:r>
              <w:t>省级C类</w:t>
            </w:r>
          </w:p>
        </w:tc>
        <w:tc>
          <w:tcPr>
            <w:tcW w:type="dxa" w:w="1080"/>
          </w:tcPr>
          <w:p>
            <w:r>
              <w:t>省赛获奖业绩点按省级C类奖励</w:t>
            </w:r>
          </w:p>
        </w:tc>
      </w:tr>
      <w:tr>
        <w:tc>
          <w:tcPr>
            <w:tcW w:type="dxa" w:w="1080"/>
          </w:tcPr>
          <w:p>
            <w:r>
              <w:t>4</w:t>
            </w:r>
          </w:p>
        </w:tc>
        <w:tc>
          <w:tcPr>
            <w:tcW w:type="dxa" w:w="1080"/>
          </w:tcPr>
          <w:p>
            <w:r>
              <w:t>教务处</w:t>
            </w:r>
          </w:p>
        </w:tc>
        <w:tc>
          <w:tcPr>
            <w:tcW w:type="dxa" w:w="1080"/>
          </w:tcPr>
          <w:p>
            <w:r>
              <w:t>全国大学生节能减排社会实践与科技竞赛</w:t>
            </w:r>
          </w:p>
        </w:tc>
        <w:tc>
          <w:tcPr>
            <w:tcW w:type="dxa" w:w="1080"/>
          </w:tcPr>
          <w:p>
            <w:r>
              <w:t>教育部高等教育司</w:t>
            </w:r>
          </w:p>
        </w:tc>
        <w:tc>
          <w:tcPr>
            <w:tcW w:type="dxa" w:w="1080"/>
          </w:tcPr>
          <w:p>
            <w:r>
              <w:t>国家B类</w:t>
            </w:r>
          </w:p>
        </w:tc>
        <w:tc>
          <w:tcPr>
            <w:tcW w:type="dxa" w:w="1080"/>
          </w:tcPr>
          <w:p>
            <w:r>
              <w:t>/</w:t>
            </w:r>
          </w:p>
        </w:tc>
        <w:tc>
          <w:tcPr>
            <w:tcW w:type="dxa" w:w="1080"/>
          </w:tcPr>
          <w:p>
            <w:r>
              <w:t>/</w:t>
            </w:r>
          </w:p>
        </w:tc>
        <w:tc>
          <w:tcPr>
            <w:tcW w:type="dxa" w:w="1080"/>
          </w:tcPr>
          <w:p>
            <w:r/>
          </w:p>
        </w:tc>
      </w:tr>
      <w:tr>
        <w:tc>
          <w:tcPr>
            <w:tcW w:type="dxa" w:w="1080"/>
          </w:tcPr>
          <w:p>
            <w:r>
              <w:t>5</w:t>
            </w:r>
          </w:p>
        </w:tc>
        <w:tc>
          <w:tcPr>
            <w:tcW w:type="dxa" w:w="1080"/>
          </w:tcPr>
          <w:p>
            <w:r>
              <w:t>教务处</w:t>
            </w:r>
          </w:p>
        </w:tc>
        <w:tc>
          <w:tcPr>
            <w:tcW w:type="dxa" w:w="1080"/>
          </w:tcPr>
          <w:p>
            <w:r>
              <w:t>全国大学生创新创业训练计划年会展示</w:t>
            </w:r>
          </w:p>
        </w:tc>
        <w:tc>
          <w:tcPr>
            <w:tcW w:type="dxa" w:w="1080"/>
          </w:tcPr>
          <w:p>
            <w:r>
              <w:t>教育部</w:t>
            </w:r>
          </w:p>
        </w:tc>
        <w:tc>
          <w:tcPr>
            <w:tcW w:type="dxa" w:w="1080"/>
          </w:tcPr>
          <w:p>
            <w:r>
              <w:t>国家B类</w:t>
            </w:r>
          </w:p>
        </w:tc>
        <w:tc>
          <w:tcPr>
            <w:tcW w:type="dxa" w:w="1080"/>
          </w:tcPr>
          <w:p>
            <w:r>
              <w:t>省大创年会</w:t>
            </w:r>
          </w:p>
        </w:tc>
        <w:tc>
          <w:tcPr>
            <w:tcW w:type="dxa" w:w="1080"/>
          </w:tcPr>
          <w:p>
            <w:r>
              <w:t>省级C类</w:t>
            </w:r>
          </w:p>
        </w:tc>
        <w:tc>
          <w:tcPr>
            <w:tcW w:type="dxa" w:w="1080"/>
          </w:tcPr>
          <w:p>
            <w:r>
              <w:t>省赛获奖业绩点按省级C类奖励</w:t>
            </w:r>
          </w:p>
        </w:tc>
      </w:tr>
      <w:tr>
        <w:tc>
          <w:tcPr>
            <w:tcW w:type="dxa" w:w="1080"/>
          </w:tcPr>
          <w:p>
            <w:r>
              <w:t>6</w:t>
            </w:r>
          </w:p>
        </w:tc>
        <w:tc>
          <w:tcPr>
            <w:tcW w:type="dxa" w:w="1080"/>
          </w:tcPr>
          <w:p>
            <w:r>
              <w:t>校团委</w:t>
            </w:r>
          </w:p>
        </w:tc>
        <w:tc>
          <w:tcPr>
            <w:tcW w:type="dxa" w:w="1080"/>
          </w:tcPr>
          <w:p>
            <w:r>
              <w:t>“挑战杯”中国大学生创业计划竞赛</w:t>
            </w:r>
          </w:p>
        </w:tc>
        <w:tc>
          <w:tcPr>
            <w:tcW w:type="dxa" w:w="1080"/>
          </w:tcPr>
          <w:p>
            <w:r>
              <w:t>共青团中央，中国科协，教育部，全国学联，承办学校所在地省政府</w:t>
            </w:r>
          </w:p>
        </w:tc>
        <w:tc>
          <w:tcPr>
            <w:tcW w:type="dxa" w:w="1080"/>
          </w:tcPr>
          <w:p>
            <w:r>
              <w:t>国家B类</w:t>
            </w:r>
          </w:p>
        </w:tc>
        <w:tc>
          <w:tcPr>
            <w:tcW w:type="dxa" w:w="1080"/>
          </w:tcPr>
          <w:p>
            <w:r>
              <w:t>“挑战杯”江苏省大学生创业计划竞赛</w:t>
            </w:r>
          </w:p>
        </w:tc>
        <w:tc>
          <w:tcPr>
            <w:tcW w:type="dxa" w:w="1080"/>
          </w:tcPr>
          <w:p>
            <w:r>
              <w:t>省级C类</w:t>
            </w:r>
          </w:p>
        </w:tc>
        <w:tc>
          <w:tcPr>
            <w:tcW w:type="dxa" w:w="1080"/>
          </w:tcPr>
          <w:p>
            <w:r>
              <w:t>省赛获奖业绩点按省级C类奖励</w:t>
            </w:r>
          </w:p>
        </w:tc>
      </w:tr>
      <w:tr>
        <w:tc>
          <w:tcPr>
            <w:tcW w:type="dxa" w:w="1080"/>
          </w:tcPr>
          <w:p>
            <w:r>
              <w:t>7</w:t>
            </w:r>
          </w:p>
        </w:tc>
        <w:tc>
          <w:tcPr>
            <w:tcW w:type="dxa" w:w="1080"/>
          </w:tcPr>
          <w:p>
            <w:r>
              <w:t>计算机科学与技术学院</w:t>
            </w:r>
          </w:p>
        </w:tc>
        <w:tc>
          <w:tcPr>
            <w:tcW w:type="dxa" w:w="1080"/>
          </w:tcPr>
          <w:p>
            <w:r>
              <w:t>ACM国际大学生程序设计竞赛亚洲区域赛（ICPC / ACM）</w:t>
            </w:r>
          </w:p>
        </w:tc>
        <w:tc>
          <w:tcPr>
            <w:tcW w:type="dxa" w:w="1080"/>
          </w:tcPr>
          <w:p>
            <w:r>
              <w:t>美国计算机协会</w:t>
            </w:r>
          </w:p>
        </w:tc>
        <w:tc>
          <w:tcPr>
            <w:tcW w:type="dxa" w:w="1080"/>
          </w:tcPr>
          <w:p>
            <w:r>
              <w:t>国家B类</w:t>
            </w:r>
          </w:p>
        </w:tc>
        <w:tc>
          <w:tcPr>
            <w:tcW w:type="dxa" w:w="1080"/>
          </w:tcPr>
          <w:p>
            <w:r>
              <w:t>国内区域预赛</w:t>
            </w:r>
          </w:p>
        </w:tc>
        <w:tc>
          <w:tcPr>
            <w:tcW w:type="dxa" w:w="1080"/>
          </w:tcPr>
          <w:p>
            <w:r>
              <w:t>省级C类</w:t>
            </w:r>
          </w:p>
        </w:tc>
        <w:tc>
          <w:tcPr>
            <w:tcW w:type="dxa" w:w="1080"/>
          </w:tcPr>
          <w:p>
            <w:r>
              <w:t>省赛获奖业绩点按省级C类奖励</w:t>
            </w:r>
          </w:p>
        </w:tc>
      </w:tr>
      <w:tr>
        <w:tc>
          <w:tcPr>
            <w:tcW w:type="dxa" w:w="1080"/>
          </w:tcPr>
          <w:p>
            <w:r>
              <w:t>8</w:t>
            </w:r>
          </w:p>
        </w:tc>
        <w:tc>
          <w:tcPr>
            <w:tcW w:type="dxa" w:w="1080"/>
          </w:tcPr>
          <w:p>
            <w:r>
              <w:t>数理科学学院</w:t>
            </w:r>
          </w:p>
        </w:tc>
        <w:tc>
          <w:tcPr>
            <w:tcW w:type="dxa" w:w="1080"/>
          </w:tcPr>
          <w:p>
            <w:r>
              <w:t>全国大学生数学建模竞赛</w:t>
            </w:r>
          </w:p>
        </w:tc>
        <w:tc>
          <w:tcPr>
            <w:tcW w:type="dxa" w:w="1080"/>
          </w:tcPr>
          <w:p>
            <w:r>
              <w:t>教育部高等教育司，中国工业与应用数学学会</w:t>
            </w:r>
          </w:p>
        </w:tc>
        <w:tc>
          <w:tcPr>
            <w:tcW w:type="dxa" w:w="1080"/>
          </w:tcPr>
          <w:p>
            <w:r>
              <w:t>国家B类</w:t>
            </w:r>
          </w:p>
        </w:tc>
        <w:tc>
          <w:tcPr>
            <w:tcW w:type="dxa" w:w="1080"/>
          </w:tcPr>
          <w:p>
            <w:r>
              <w:t>江苏赛区选拔赛</w:t>
            </w:r>
          </w:p>
        </w:tc>
        <w:tc>
          <w:tcPr>
            <w:tcW w:type="dxa" w:w="1080"/>
          </w:tcPr>
          <w:p>
            <w:r>
              <w:t>省级C类</w:t>
            </w:r>
          </w:p>
        </w:tc>
        <w:tc>
          <w:tcPr>
            <w:tcW w:type="dxa" w:w="1080"/>
          </w:tcPr>
          <w:p>
            <w:r>
              <w:t>省赛获奖业绩点按省级C类奖励</w:t>
            </w:r>
          </w:p>
        </w:tc>
      </w:tr>
      <w:tr>
        <w:tc>
          <w:tcPr>
            <w:tcW w:type="dxa" w:w="1080"/>
          </w:tcPr>
          <w:p>
            <w:r>
              <w:t>9</w:t>
            </w:r>
          </w:p>
        </w:tc>
        <w:tc>
          <w:tcPr>
            <w:tcW w:type="dxa" w:w="1080"/>
          </w:tcPr>
          <w:p>
            <w:r>
              <w:t>数理科学学院</w:t>
            </w:r>
          </w:p>
        </w:tc>
        <w:tc>
          <w:tcPr>
            <w:tcW w:type="dxa" w:w="1080"/>
          </w:tcPr>
          <w:p>
            <w:r>
              <w:t>全国周培源大学生力学竞赛</w:t>
            </w:r>
          </w:p>
        </w:tc>
        <w:tc>
          <w:tcPr>
            <w:tcW w:type="dxa" w:w="1080"/>
          </w:tcPr>
          <w:p>
            <w:r>
              <w:t>教育部高等教育司，中国力学学会，周培源基金会</w:t>
            </w:r>
          </w:p>
        </w:tc>
        <w:tc>
          <w:tcPr>
            <w:tcW w:type="dxa" w:w="1080"/>
          </w:tcPr>
          <w:p>
            <w:r>
              <w:t>国家B类</w:t>
            </w:r>
          </w:p>
        </w:tc>
        <w:tc>
          <w:tcPr>
            <w:tcW w:type="dxa" w:w="1080"/>
          </w:tcPr>
          <w:p>
            <w:r>
              <w:t>江苏省大学生力学竞赛暨江苏赛区选拔赛</w:t>
            </w:r>
          </w:p>
        </w:tc>
        <w:tc>
          <w:tcPr>
            <w:tcW w:type="dxa" w:w="1080"/>
          </w:tcPr>
          <w:p>
            <w:r>
              <w:t>省级C类</w:t>
            </w:r>
          </w:p>
        </w:tc>
        <w:tc>
          <w:tcPr>
            <w:tcW w:type="dxa" w:w="1080"/>
          </w:tcPr>
          <w:p>
            <w:r>
              <w:t>个人赛为考试类，国赛获奖业绩点按国家C类奖励，省赛团体奖获奖业绩点按省级C类奖励，个人奖获奖业绩点按省级D类奖励</w:t>
            </w:r>
          </w:p>
        </w:tc>
      </w:tr>
      <w:tr>
        <w:tc>
          <w:tcPr>
            <w:tcW w:type="dxa" w:w="1080"/>
          </w:tcPr>
          <w:p>
            <w:r>
              <w:t>10</w:t>
            </w:r>
          </w:p>
        </w:tc>
        <w:tc>
          <w:tcPr>
            <w:tcW w:type="dxa" w:w="1080"/>
          </w:tcPr>
          <w:p>
            <w:r>
              <w:t>数理科学学院</w:t>
            </w:r>
          </w:p>
        </w:tc>
        <w:tc>
          <w:tcPr>
            <w:tcW w:type="dxa" w:w="1080"/>
          </w:tcPr>
          <w:p>
            <w:r>
              <w:t>全国大学生光电设计竞赛</w:t>
            </w:r>
          </w:p>
        </w:tc>
        <w:tc>
          <w:tcPr>
            <w:tcW w:type="dxa" w:w="1080"/>
          </w:tcPr>
          <w:p>
            <w:r>
              <w:t>中国光学学会，教育部高等学校电子信息类专业教学指导委员会</w:t>
            </w:r>
          </w:p>
        </w:tc>
        <w:tc>
          <w:tcPr>
            <w:tcW w:type="dxa" w:w="1080"/>
          </w:tcPr>
          <w:p>
            <w:r>
              <w:t>国家B类</w:t>
            </w:r>
          </w:p>
        </w:tc>
        <w:tc>
          <w:tcPr>
            <w:tcW w:type="dxa" w:w="1080"/>
          </w:tcPr>
          <w:p>
            <w:r>
              <w:t>东部区选拔赛</w:t>
            </w:r>
          </w:p>
        </w:tc>
        <w:tc>
          <w:tcPr>
            <w:tcW w:type="dxa" w:w="1080"/>
          </w:tcPr>
          <w:p>
            <w:r>
              <w:t>省级C类</w:t>
            </w:r>
          </w:p>
        </w:tc>
        <w:tc>
          <w:tcPr>
            <w:tcW w:type="dxa" w:w="1080"/>
          </w:tcPr>
          <w:p>
            <w:r>
              <w:t>省赛获奖业绩点按省级C类奖励</w:t>
            </w:r>
          </w:p>
        </w:tc>
      </w:tr>
      <w:tr>
        <w:tc>
          <w:tcPr>
            <w:tcW w:type="dxa" w:w="1080"/>
          </w:tcPr>
          <w:p>
            <w:r>
              <w:t>11</w:t>
            </w:r>
          </w:p>
        </w:tc>
        <w:tc>
          <w:tcPr>
            <w:tcW w:type="dxa" w:w="1080"/>
          </w:tcPr>
          <w:p>
            <w:r>
              <w:t>数理科学学院</w:t>
            </w:r>
          </w:p>
        </w:tc>
        <w:tc>
          <w:tcPr>
            <w:tcW w:type="dxa" w:w="1080"/>
          </w:tcPr>
          <w:p>
            <w:r>
              <w:t>全国大学生物理实验竞赛</w:t>
            </w:r>
          </w:p>
        </w:tc>
        <w:tc>
          <w:tcPr>
            <w:tcW w:type="dxa" w:w="1080"/>
          </w:tcPr>
          <w:p>
            <w:r>
              <w:t>高等学校国家级实验教学示范中心联席会，全国高等学校实验物理教学研究会，中国物理学会</w:t>
            </w:r>
          </w:p>
        </w:tc>
        <w:tc>
          <w:tcPr>
            <w:tcW w:type="dxa" w:w="1080"/>
          </w:tcPr>
          <w:p>
            <w:r>
              <w:t>国家B类</w:t>
            </w:r>
          </w:p>
        </w:tc>
        <w:tc>
          <w:tcPr>
            <w:tcW w:type="dxa" w:w="1080"/>
          </w:tcPr>
          <w:p>
            <w:r>
              <w:t>/</w:t>
            </w:r>
          </w:p>
        </w:tc>
        <w:tc>
          <w:tcPr>
            <w:tcW w:type="dxa" w:w="1080"/>
          </w:tcPr>
          <w:p>
            <w:r/>
          </w:p>
        </w:tc>
        <w:tc>
          <w:tcPr>
            <w:tcW w:type="dxa" w:w="1080"/>
          </w:tcPr>
          <w:p>
            <w:r/>
          </w:p>
        </w:tc>
      </w:tr>
      <w:tr>
        <w:tc>
          <w:tcPr>
            <w:tcW w:type="dxa" w:w="1080"/>
          </w:tcPr>
          <w:p>
            <w:r>
              <w:t>12</w:t>
            </w:r>
          </w:p>
        </w:tc>
        <w:tc>
          <w:tcPr>
            <w:tcW w:type="dxa" w:w="1080"/>
          </w:tcPr>
          <w:p>
            <w:r>
              <w:t>计算机科学学院/电气工程与控制科学学院</w:t>
            </w:r>
          </w:p>
        </w:tc>
        <w:tc>
          <w:tcPr>
            <w:tcW w:type="dxa" w:w="1080"/>
          </w:tcPr>
          <w:p>
            <w:r>
              <w:t>全国大学生电子设计竞赛</w:t>
            </w:r>
          </w:p>
        </w:tc>
        <w:tc>
          <w:tcPr>
            <w:tcW w:type="dxa" w:w="1080"/>
          </w:tcPr>
          <w:p>
            <w:r>
              <w:t>教育部高等教育司，工信部人教司</w:t>
            </w:r>
          </w:p>
        </w:tc>
        <w:tc>
          <w:tcPr>
            <w:tcW w:type="dxa" w:w="1080"/>
          </w:tcPr>
          <w:p>
            <w:r>
              <w:t>国家B类</w:t>
            </w:r>
          </w:p>
        </w:tc>
        <w:tc>
          <w:tcPr>
            <w:tcW w:type="dxa" w:w="1080"/>
          </w:tcPr>
          <w:p>
            <w:r>
              <w:t>江苏赛区选拔赛</w:t>
            </w:r>
          </w:p>
        </w:tc>
        <w:tc>
          <w:tcPr>
            <w:tcW w:type="dxa" w:w="1080"/>
          </w:tcPr>
          <w:p>
            <w:r>
              <w:t>省级C类</w:t>
            </w:r>
          </w:p>
        </w:tc>
        <w:tc>
          <w:tcPr>
            <w:tcW w:type="dxa" w:w="1080"/>
          </w:tcPr>
          <w:p>
            <w:r>
              <w:t>省赛获奖业绩点按省级C类奖励</w:t>
            </w:r>
          </w:p>
        </w:tc>
      </w:tr>
      <w:tr>
        <w:tc>
          <w:tcPr>
            <w:tcW w:type="dxa" w:w="1080"/>
          </w:tcPr>
          <w:p>
            <w:r>
              <w:t>13</w:t>
            </w:r>
          </w:p>
        </w:tc>
        <w:tc>
          <w:tcPr>
            <w:tcW w:type="dxa" w:w="1080"/>
          </w:tcPr>
          <w:p>
            <w:r>
              <w:t>计算机科学与技术学院</w:t>
            </w:r>
          </w:p>
        </w:tc>
        <w:tc>
          <w:tcPr>
            <w:tcW w:type="dxa" w:w="1080"/>
          </w:tcPr>
          <w:p>
            <w:r>
              <w:t>全国大学生计算机设计大赛</w:t>
            </w:r>
          </w:p>
        </w:tc>
        <w:tc>
          <w:tcPr>
            <w:tcW w:type="dxa" w:w="1080"/>
          </w:tcPr>
          <w:p>
            <w:r>
              <w:t>教育部高等学校计算机类专业教学指导委员会，教育部高等学校软件工程专业教学指导委员会，教育部高等学校大学计算机科学教学指导委员会，教育部高等学校文科计算机基础教学指导委员会，中国教育电视台</w:t>
            </w:r>
          </w:p>
        </w:tc>
        <w:tc>
          <w:tcPr>
            <w:tcW w:type="dxa" w:w="1080"/>
          </w:tcPr>
          <w:p>
            <w:r>
              <w:t>国家B类</w:t>
            </w:r>
          </w:p>
        </w:tc>
        <w:tc>
          <w:tcPr>
            <w:tcW w:type="dxa" w:w="1080"/>
          </w:tcPr>
          <w:p>
            <w:r>
              <w:t>江苏省大学生计算机设计大赛</w:t>
            </w:r>
          </w:p>
        </w:tc>
        <w:tc>
          <w:tcPr>
            <w:tcW w:type="dxa" w:w="1080"/>
          </w:tcPr>
          <w:p>
            <w:r>
              <w:t>省级C类</w:t>
            </w:r>
          </w:p>
        </w:tc>
        <w:tc>
          <w:tcPr>
            <w:tcW w:type="dxa" w:w="1080"/>
          </w:tcPr>
          <w:p>
            <w:r>
              <w:t>省赛获奖业绩点按省级C类奖励</w:t>
            </w:r>
          </w:p>
        </w:tc>
      </w:tr>
      <w:tr>
        <w:tc>
          <w:tcPr>
            <w:tcW w:type="dxa" w:w="1080"/>
          </w:tcPr>
          <w:p>
            <w:r>
              <w:t>14</w:t>
            </w:r>
          </w:p>
        </w:tc>
        <w:tc>
          <w:tcPr>
            <w:tcW w:type="dxa" w:w="1080"/>
          </w:tcPr>
          <w:p>
            <w:r>
              <w:t>计算机科学与技术学院</w:t>
            </w:r>
          </w:p>
        </w:tc>
        <w:tc>
          <w:tcPr>
            <w:tcW w:type="dxa" w:w="1080"/>
          </w:tcPr>
          <w:p>
            <w:r>
              <w:t>中国大学生服务外包创新创业大赛</w:t>
            </w:r>
          </w:p>
        </w:tc>
        <w:tc>
          <w:tcPr>
            <w:tcW w:type="dxa" w:w="1080"/>
          </w:tcPr>
          <w:p>
            <w:r>
              <w:t>教育部，商务部，无锡市人民政府</w:t>
            </w:r>
          </w:p>
        </w:tc>
        <w:tc>
          <w:tcPr>
            <w:tcW w:type="dxa" w:w="1080"/>
          </w:tcPr>
          <w:p>
            <w:r>
              <w:t>国家B类</w:t>
            </w:r>
          </w:p>
        </w:tc>
        <w:tc>
          <w:tcPr>
            <w:tcW w:type="dxa" w:w="1080"/>
          </w:tcPr>
          <w:p>
            <w:r>
              <w:t>/</w:t>
            </w:r>
          </w:p>
        </w:tc>
        <w:tc>
          <w:tcPr>
            <w:tcW w:type="dxa" w:w="1080"/>
          </w:tcPr>
          <w:p>
            <w:r>
              <w:t>/</w:t>
            </w:r>
          </w:p>
        </w:tc>
        <w:tc>
          <w:tcPr>
            <w:tcW w:type="dxa" w:w="1080"/>
          </w:tcPr>
          <w:p>
            <w:r/>
          </w:p>
        </w:tc>
      </w:tr>
      <w:tr>
        <w:tc>
          <w:tcPr>
            <w:tcW w:type="dxa" w:w="1080"/>
          </w:tcPr>
          <w:p>
            <w:r>
              <w:t>15</w:t>
            </w:r>
          </w:p>
        </w:tc>
        <w:tc>
          <w:tcPr>
            <w:tcW w:type="dxa" w:w="1080"/>
          </w:tcPr>
          <w:p>
            <w:r>
              <w:t>计算机科学与技术学院</w:t>
            </w:r>
          </w:p>
        </w:tc>
        <w:tc>
          <w:tcPr>
            <w:tcW w:type="dxa" w:w="1080"/>
          </w:tcPr>
          <w:p>
            <w:r>
              <w:t>中国高校计算机大赛—大数据挑战赛、团体程序设计天梯赛、移动应用创新赛、网络技术挑战赛、人工智能创意赛</w:t>
            </w:r>
          </w:p>
        </w:tc>
        <w:tc>
          <w:tcPr>
            <w:tcW w:type="dxa" w:w="1080"/>
          </w:tcPr>
          <w:p>
            <w:r>
              <w:t>教育部高等学校计算机类专业教学指导委员会，软件工程专业教学指导委员会，计算机课程教学指导委会，全国高等学校计算机教育研究会</w:t>
            </w:r>
          </w:p>
        </w:tc>
        <w:tc>
          <w:tcPr>
            <w:tcW w:type="dxa" w:w="1080"/>
          </w:tcPr>
          <w:p>
            <w:r>
              <w:t>国家B类</w:t>
            </w:r>
          </w:p>
        </w:tc>
        <w:tc>
          <w:tcPr>
            <w:tcW w:type="dxa" w:w="1080"/>
          </w:tcPr>
          <w:p>
            <w:r>
              <w:t>/</w:t>
            </w:r>
          </w:p>
        </w:tc>
        <w:tc>
          <w:tcPr>
            <w:tcW w:type="dxa" w:w="1080"/>
          </w:tcPr>
          <w:p>
            <w:r>
              <w:t>/</w:t>
            </w:r>
          </w:p>
        </w:tc>
        <w:tc>
          <w:tcPr>
            <w:tcW w:type="dxa" w:w="1080"/>
          </w:tcPr>
          <w:p>
            <w:r/>
          </w:p>
        </w:tc>
      </w:tr>
      <w:tr>
        <w:tc>
          <w:tcPr>
            <w:tcW w:type="dxa" w:w="1080"/>
          </w:tcPr>
          <w:p>
            <w:r>
              <w:t>16</w:t>
            </w:r>
          </w:p>
        </w:tc>
        <w:tc>
          <w:tcPr>
            <w:tcW w:type="dxa" w:w="1080"/>
          </w:tcPr>
          <w:p>
            <w:r>
              <w:t>计算机科学与技术学院</w:t>
            </w:r>
          </w:p>
        </w:tc>
        <w:tc>
          <w:tcPr>
            <w:tcW w:type="dxa" w:w="1080"/>
          </w:tcPr>
          <w:p>
            <w:r>
              <w:t>“中国软件杯”大学生软件设计大赛</w:t>
            </w:r>
          </w:p>
        </w:tc>
        <w:tc>
          <w:tcPr>
            <w:tcW w:type="dxa" w:w="1080"/>
          </w:tcPr>
          <w:p>
            <w:r>
              <w:t>工业和信息化部，教育部，江苏省人民政府</w:t>
            </w:r>
          </w:p>
        </w:tc>
        <w:tc>
          <w:tcPr>
            <w:tcW w:type="dxa" w:w="1080"/>
          </w:tcPr>
          <w:p>
            <w:r>
              <w:t>国家B类</w:t>
            </w:r>
          </w:p>
        </w:tc>
        <w:tc>
          <w:tcPr>
            <w:tcW w:type="dxa" w:w="1080"/>
          </w:tcPr>
          <w:p>
            <w:r>
              <w:t>/</w:t>
            </w:r>
          </w:p>
        </w:tc>
        <w:tc>
          <w:tcPr>
            <w:tcW w:type="dxa" w:w="1080"/>
          </w:tcPr>
          <w:p>
            <w:r>
              <w:t>/</w:t>
            </w:r>
          </w:p>
        </w:tc>
        <w:tc>
          <w:tcPr>
            <w:tcW w:type="dxa" w:w="1080"/>
          </w:tcPr>
          <w:p>
            <w:r/>
          </w:p>
        </w:tc>
      </w:tr>
      <w:tr>
        <w:tc>
          <w:tcPr>
            <w:tcW w:type="dxa" w:w="1080"/>
          </w:tcPr>
          <w:p>
            <w:r>
              <w:t>17</w:t>
            </w:r>
          </w:p>
        </w:tc>
        <w:tc>
          <w:tcPr>
            <w:tcW w:type="dxa" w:w="1080"/>
          </w:tcPr>
          <w:p>
            <w:r>
              <w:t>计算机科学与技术学院/艺术设计学院</w:t>
            </w:r>
          </w:p>
        </w:tc>
        <w:tc>
          <w:tcPr>
            <w:tcW w:type="dxa" w:w="1080"/>
          </w:tcPr>
          <w:p>
            <w:r>
              <w:t>“蓝桥杯”全国软件和信息技术专业人才大赛</w:t>
            </w:r>
          </w:p>
        </w:tc>
        <w:tc>
          <w:tcPr>
            <w:tcW w:type="dxa" w:w="1080"/>
          </w:tcPr>
          <w:p>
            <w:r>
              <w:t>工业和信息化部人才交流中心，教育部全国高等学校学生信息咨询与就业指导中心，教育部计算机科学与技术专业教学指导委员会</w:t>
            </w:r>
          </w:p>
        </w:tc>
        <w:tc>
          <w:tcPr>
            <w:tcW w:type="dxa" w:w="1080"/>
          </w:tcPr>
          <w:p>
            <w:r>
              <w:t>国家B类</w:t>
            </w:r>
          </w:p>
        </w:tc>
        <w:tc>
          <w:tcPr>
            <w:tcW w:type="dxa" w:w="1080"/>
          </w:tcPr>
          <w:p>
            <w:r>
              <w:t>江苏赛区选拔赛</w:t>
            </w:r>
          </w:p>
        </w:tc>
        <w:tc>
          <w:tcPr>
            <w:tcW w:type="dxa" w:w="1080"/>
          </w:tcPr>
          <w:p>
            <w:r>
              <w:t>省级C类</w:t>
            </w:r>
          </w:p>
        </w:tc>
        <w:tc>
          <w:tcPr>
            <w:tcW w:type="dxa" w:w="1080"/>
          </w:tcPr>
          <w:p>
            <w:r>
              <w:t>国赛获奖业绩点按国家C类奖励，省赛获奖业绩点按校级竞赛奖励</w:t>
            </w:r>
          </w:p>
        </w:tc>
      </w:tr>
      <w:tr>
        <w:tc>
          <w:tcPr>
            <w:tcW w:type="dxa" w:w="1080"/>
          </w:tcPr>
          <w:p>
            <w:r>
              <w:t>18</w:t>
            </w:r>
          </w:p>
        </w:tc>
        <w:tc>
          <w:tcPr>
            <w:tcW w:type="dxa" w:w="1080"/>
          </w:tcPr>
          <w:p>
            <w:r>
              <w:t>计算机科学与技术学院/电气工程与控制科学学院</w:t>
            </w:r>
          </w:p>
        </w:tc>
        <w:tc>
          <w:tcPr>
            <w:tcW w:type="dxa" w:w="1080"/>
          </w:tcPr>
          <w:p>
            <w:r>
              <w:t>全国大学生集成电路创新创业大赛</w:t>
            </w:r>
          </w:p>
        </w:tc>
        <w:tc>
          <w:tcPr>
            <w:tcW w:type="dxa" w:w="1080"/>
          </w:tcPr>
          <w:p>
            <w:r>
              <w:t>工业和信息化部人才交流中心</w:t>
            </w:r>
          </w:p>
        </w:tc>
        <w:tc>
          <w:tcPr>
            <w:tcW w:type="dxa" w:w="1080"/>
          </w:tcPr>
          <w:p>
            <w:r>
              <w:t>国家B类</w:t>
            </w:r>
          </w:p>
        </w:tc>
        <w:tc>
          <w:tcPr>
            <w:tcW w:type="dxa" w:w="1080"/>
          </w:tcPr>
          <w:p>
            <w:r>
              <w:t>华东赛区选拔赛</w:t>
            </w:r>
          </w:p>
        </w:tc>
        <w:tc>
          <w:tcPr>
            <w:tcW w:type="dxa" w:w="1080"/>
          </w:tcPr>
          <w:p>
            <w:r>
              <w:t>省级C类</w:t>
            </w:r>
          </w:p>
        </w:tc>
        <w:tc>
          <w:tcPr>
            <w:tcW w:type="dxa" w:w="1080"/>
          </w:tcPr>
          <w:p>
            <w:r>
              <w:t>省赛获奖业绩点按省级C类奖励</w:t>
            </w:r>
          </w:p>
        </w:tc>
      </w:tr>
      <w:tr>
        <w:tc>
          <w:tcPr>
            <w:tcW w:type="dxa" w:w="1080"/>
          </w:tcPr>
          <w:p>
            <w:r>
              <w:t>19</w:t>
            </w:r>
          </w:p>
        </w:tc>
        <w:tc>
          <w:tcPr>
            <w:tcW w:type="dxa" w:w="1080"/>
          </w:tcPr>
          <w:p>
            <w:r>
              <w:t>计算机科学与技术学院</w:t>
            </w:r>
          </w:p>
        </w:tc>
        <w:tc>
          <w:tcPr>
            <w:tcW w:type="dxa" w:w="1080"/>
          </w:tcPr>
          <w:p>
            <w:r>
              <w:t>全国大学生信息安全竞赛</w:t>
            </w:r>
          </w:p>
        </w:tc>
        <w:tc>
          <w:tcPr>
            <w:tcW w:type="dxa" w:w="1080"/>
          </w:tcPr>
          <w:p>
            <w:r>
              <w:t>教育部高等学校网络空间安全专业教学指导委员会</w:t>
            </w:r>
          </w:p>
        </w:tc>
        <w:tc>
          <w:tcPr>
            <w:tcW w:type="dxa" w:w="1080"/>
          </w:tcPr>
          <w:p>
            <w:r>
              <w:t>国家B类</w:t>
            </w:r>
          </w:p>
        </w:tc>
        <w:tc>
          <w:tcPr>
            <w:tcW w:type="dxa" w:w="1080"/>
          </w:tcPr>
          <w:p>
            <w:r>
              <w:t>/</w:t>
            </w:r>
          </w:p>
        </w:tc>
        <w:tc>
          <w:tcPr>
            <w:tcW w:type="dxa" w:w="1080"/>
          </w:tcPr>
          <w:p>
            <w:r>
              <w:t>/</w:t>
            </w:r>
          </w:p>
        </w:tc>
        <w:tc>
          <w:tcPr>
            <w:tcW w:type="dxa" w:w="1080"/>
          </w:tcPr>
          <w:p>
            <w:r>
              <w:t>省赛获奖业绩点按省级C类奖励</w:t>
            </w:r>
          </w:p>
        </w:tc>
      </w:tr>
      <w:tr>
        <w:tc>
          <w:tcPr>
            <w:tcW w:type="dxa" w:w="1080"/>
          </w:tcPr>
          <w:p>
            <w:r>
              <w:t>20</w:t>
            </w:r>
          </w:p>
        </w:tc>
        <w:tc>
          <w:tcPr>
            <w:tcW w:type="dxa" w:w="1080"/>
          </w:tcPr>
          <w:p>
            <w:r>
              <w:t>计算机科学与技术学院</w:t>
            </w:r>
          </w:p>
        </w:tc>
        <w:tc>
          <w:tcPr>
            <w:tcW w:type="dxa" w:w="1080"/>
          </w:tcPr>
          <w:p>
            <w:r>
              <w:t>“大唐杯”全国大学生移动通信5G技术大赛</w:t>
            </w:r>
          </w:p>
        </w:tc>
        <w:tc>
          <w:tcPr>
            <w:tcW w:type="dxa" w:w="1080"/>
          </w:tcPr>
          <w:p>
            <w:r>
              <w:t>工业和信息化部人才交流中心，中国通信企业协会</w:t>
            </w:r>
          </w:p>
        </w:tc>
        <w:tc>
          <w:tcPr>
            <w:tcW w:type="dxa" w:w="1080"/>
          </w:tcPr>
          <w:p>
            <w:r>
              <w:t>国家B类</w:t>
            </w:r>
          </w:p>
        </w:tc>
        <w:tc>
          <w:tcPr>
            <w:tcW w:type="dxa" w:w="1080"/>
          </w:tcPr>
          <w:p>
            <w:r>
              <w:t>江苏赛区选拔赛</w:t>
            </w:r>
          </w:p>
        </w:tc>
        <w:tc>
          <w:tcPr>
            <w:tcW w:type="dxa" w:w="1080"/>
          </w:tcPr>
          <w:p>
            <w:r>
              <w:t>省级C类</w:t>
            </w:r>
          </w:p>
        </w:tc>
        <w:tc>
          <w:tcPr>
            <w:tcW w:type="dxa" w:w="1080"/>
          </w:tcPr>
          <w:p>
            <w:r>
              <w:t>省赛获奖业绩点按省级C类奖励</w:t>
            </w:r>
          </w:p>
        </w:tc>
      </w:tr>
      <w:tr>
        <w:tc>
          <w:tcPr>
            <w:tcW w:type="dxa" w:w="1080"/>
          </w:tcPr>
          <w:p>
            <w:r>
              <w:t>21</w:t>
            </w:r>
          </w:p>
        </w:tc>
        <w:tc>
          <w:tcPr>
            <w:tcW w:type="dxa" w:w="1080"/>
          </w:tcPr>
          <w:p>
            <w:r>
              <w:t>计算机科学与技术学院</w:t>
            </w:r>
          </w:p>
        </w:tc>
        <w:tc>
          <w:tcPr>
            <w:tcW w:type="dxa" w:w="1080"/>
          </w:tcPr>
          <w:p>
            <w:r>
              <w:t>华为ICT大赛</w:t>
            </w:r>
          </w:p>
        </w:tc>
        <w:tc>
          <w:tcPr>
            <w:tcW w:type="dxa" w:w="1080"/>
          </w:tcPr>
          <w:p>
            <w:r>
              <w:t>华为生态大学</w:t>
            </w:r>
          </w:p>
        </w:tc>
        <w:tc>
          <w:tcPr>
            <w:tcW w:type="dxa" w:w="1080"/>
          </w:tcPr>
          <w:p>
            <w:r>
              <w:t>国家B类</w:t>
            </w:r>
          </w:p>
        </w:tc>
        <w:tc>
          <w:tcPr>
            <w:tcW w:type="dxa" w:w="1080"/>
          </w:tcPr>
          <w:p>
            <w:r>
              <w:t>东部赛区初赛</w:t>
            </w:r>
          </w:p>
        </w:tc>
        <w:tc>
          <w:tcPr>
            <w:tcW w:type="dxa" w:w="1080"/>
          </w:tcPr>
          <w:p>
            <w:r>
              <w:t>省级C类</w:t>
            </w:r>
          </w:p>
        </w:tc>
        <w:tc>
          <w:tcPr>
            <w:tcW w:type="dxa" w:w="1080"/>
          </w:tcPr>
          <w:p>
            <w:r>
              <w:t>省赛获奖业绩点按省级C类奖励</w:t>
            </w:r>
          </w:p>
        </w:tc>
      </w:tr>
      <w:tr>
        <w:tc>
          <w:tcPr>
            <w:tcW w:type="dxa" w:w="1080"/>
          </w:tcPr>
          <w:p>
            <w:r>
              <w:t>22</w:t>
            </w:r>
          </w:p>
        </w:tc>
        <w:tc>
          <w:tcPr>
            <w:tcW w:type="dxa" w:w="1080"/>
          </w:tcPr>
          <w:p>
            <w:r>
              <w:t>计算机科学与技术学院/电气工程与控制科学学院</w:t>
            </w:r>
          </w:p>
        </w:tc>
        <w:tc>
          <w:tcPr>
            <w:tcW w:type="dxa" w:w="1080"/>
          </w:tcPr>
          <w:p>
            <w:r>
              <w:t>全国大学生嵌入式芯片与系统设计竞赛</w:t>
            </w:r>
          </w:p>
        </w:tc>
        <w:tc>
          <w:tcPr>
            <w:tcW w:type="dxa" w:w="1080"/>
          </w:tcPr>
          <w:p>
            <w:r>
              <w:t>教育部高等学校电子信息类专业教学指导委员会，中国电子教育学会</w:t>
            </w:r>
          </w:p>
        </w:tc>
        <w:tc>
          <w:tcPr>
            <w:tcW w:type="dxa" w:w="1080"/>
          </w:tcPr>
          <w:p>
            <w:r>
              <w:t>国家B类</w:t>
            </w:r>
          </w:p>
        </w:tc>
        <w:tc>
          <w:tcPr>
            <w:tcW w:type="dxa" w:w="1080"/>
          </w:tcPr>
          <w:p>
            <w:r>
              <w:t>东部赛区选拔赛</w:t>
            </w:r>
          </w:p>
        </w:tc>
        <w:tc>
          <w:tcPr>
            <w:tcW w:type="dxa" w:w="1080"/>
          </w:tcPr>
          <w:p>
            <w:r>
              <w:t>省级C类</w:t>
            </w:r>
          </w:p>
        </w:tc>
        <w:tc>
          <w:tcPr>
            <w:tcW w:type="dxa" w:w="1080"/>
          </w:tcPr>
          <w:p>
            <w:r>
              <w:t>省赛获奖业绩点按省级C类奖励</w:t>
            </w:r>
          </w:p>
        </w:tc>
      </w:tr>
      <w:tr>
        <w:tc>
          <w:tcPr>
            <w:tcW w:type="dxa" w:w="1080"/>
          </w:tcPr>
          <w:p>
            <w:r>
              <w:t>23</w:t>
            </w:r>
          </w:p>
        </w:tc>
        <w:tc>
          <w:tcPr>
            <w:tcW w:type="dxa" w:w="1080"/>
          </w:tcPr>
          <w:p>
            <w:r>
              <w:t>机械与动力工程学院/电气工程与控制科学学院/经济与管理学院</w:t>
            </w:r>
          </w:p>
        </w:tc>
        <w:tc>
          <w:tcPr>
            <w:tcW w:type="dxa" w:w="1080"/>
          </w:tcPr>
          <w:p>
            <w:r>
              <w:t>全国大学生工程训练综合能力竞赛</w:t>
            </w:r>
          </w:p>
        </w:tc>
        <w:tc>
          <w:tcPr>
            <w:tcW w:type="dxa" w:w="1080"/>
          </w:tcPr>
          <w:p>
            <w:r>
              <w:t>教育部高等教育司</w:t>
            </w:r>
          </w:p>
        </w:tc>
        <w:tc>
          <w:tcPr>
            <w:tcW w:type="dxa" w:w="1080"/>
          </w:tcPr>
          <w:p>
            <w:r>
              <w:t>国家B类</w:t>
            </w:r>
          </w:p>
        </w:tc>
        <w:tc>
          <w:tcPr>
            <w:tcW w:type="dxa" w:w="1080"/>
          </w:tcPr>
          <w:p>
            <w:r>
              <w:t>江苏赛区选拔赛</w:t>
            </w:r>
          </w:p>
        </w:tc>
        <w:tc>
          <w:tcPr>
            <w:tcW w:type="dxa" w:w="1080"/>
          </w:tcPr>
          <w:p>
            <w:r>
              <w:t>省级C类</w:t>
            </w:r>
          </w:p>
        </w:tc>
        <w:tc>
          <w:tcPr>
            <w:tcW w:type="dxa" w:w="1080"/>
          </w:tcPr>
          <w:p>
            <w:r>
              <w:t>省赛获奖业绩点按省级C类奖励</w:t>
            </w:r>
          </w:p>
        </w:tc>
      </w:tr>
      <w:tr>
        <w:tc>
          <w:tcPr>
            <w:tcW w:type="dxa" w:w="1080"/>
          </w:tcPr>
          <w:p>
            <w:r>
              <w:t>24</w:t>
            </w:r>
          </w:p>
        </w:tc>
        <w:tc>
          <w:tcPr>
            <w:tcW w:type="dxa" w:w="1080"/>
          </w:tcPr>
          <w:p>
            <w:r>
              <w:t>机械与动力工程学院</w:t>
            </w:r>
          </w:p>
        </w:tc>
        <w:tc>
          <w:tcPr>
            <w:tcW w:type="dxa" w:w="1080"/>
          </w:tcPr>
          <w:p>
            <w:r>
              <w:t>全国大学生机械创新设计大赛</w:t>
            </w:r>
          </w:p>
        </w:tc>
        <w:tc>
          <w:tcPr>
            <w:tcW w:type="dxa" w:w="1080"/>
          </w:tcPr>
          <w:p>
            <w:r>
              <w:t>教育部高等学校机械学科教学指导委员会</w:t>
            </w:r>
          </w:p>
        </w:tc>
        <w:tc>
          <w:tcPr>
            <w:tcW w:type="dxa" w:w="1080"/>
          </w:tcPr>
          <w:p>
            <w:r>
              <w:t>国家B类</w:t>
            </w:r>
          </w:p>
        </w:tc>
        <w:tc>
          <w:tcPr>
            <w:tcW w:type="dxa" w:w="1080"/>
          </w:tcPr>
          <w:p>
            <w:r>
              <w:t>江苏省大学生机械创新设计大赛暨江苏赛区选拔赛</w:t>
            </w:r>
          </w:p>
        </w:tc>
        <w:tc>
          <w:tcPr>
            <w:tcW w:type="dxa" w:w="1080"/>
          </w:tcPr>
          <w:p>
            <w:r>
              <w:t>省级C类</w:t>
            </w:r>
          </w:p>
        </w:tc>
        <w:tc>
          <w:tcPr>
            <w:tcW w:type="dxa" w:w="1080"/>
          </w:tcPr>
          <w:p>
            <w:r>
              <w:t>省赛获奖业绩点按省级C类奖励</w:t>
            </w:r>
          </w:p>
        </w:tc>
      </w:tr>
      <w:tr>
        <w:tc>
          <w:tcPr>
            <w:tcW w:type="dxa" w:w="1080"/>
          </w:tcPr>
          <w:p>
            <w:r>
              <w:t>25</w:t>
            </w:r>
          </w:p>
        </w:tc>
        <w:tc>
          <w:tcPr>
            <w:tcW w:type="dxa" w:w="1080"/>
          </w:tcPr>
          <w:p>
            <w:r>
              <w:t>机械与动力工程学院/材料科学与工程学院</w:t>
            </w:r>
          </w:p>
        </w:tc>
        <w:tc>
          <w:tcPr>
            <w:tcW w:type="dxa" w:w="1080"/>
          </w:tcPr>
          <w:p>
            <w:r>
              <w:t>中国大学生机械工程创新创意大赛-全国大学生过程装备实践与创新大赛、铸造工艺设计赛、材料热处理创新创业赛、起重机创意赛、智能制造大赛</w:t>
            </w:r>
          </w:p>
        </w:tc>
        <w:tc>
          <w:tcPr>
            <w:tcW w:type="dxa" w:w="1080"/>
          </w:tcPr>
          <w:p>
            <w:r>
              <w:t>中国机械工程学会，教育部高等学校机械类、材料类、工业工程类专业教学指导委员会</w:t>
            </w:r>
          </w:p>
        </w:tc>
        <w:tc>
          <w:tcPr>
            <w:tcW w:type="dxa" w:w="1080"/>
          </w:tcPr>
          <w:p>
            <w:r>
              <w:t>国家B类</w:t>
            </w:r>
          </w:p>
        </w:tc>
        <w:tc>
          <w:tcPr>
            <w:tcW w:type="dxa" w:w="1080"/>
          </w:tcPr>
          <w:p>
            <w:r>
              <w:t>华东赛区选拔赛</w:t>
            </w:r>
          </w:p>
        </w:tc>
        <w:tc>
          <w:tcPr>
            <w:tcW w:type="dxa" w:w="1080"/>
          </w:tcPr>
          <w:p>
            <w:r>
              <w:t>省级C类</w:t>
            </w:r>
          </w:p>
        </w:tc>
        <w:tc>
          <w:tcPr>
            <w:tcW w:type="dxa" w:w="1080"/>
          </w:tcPr>
          <w:p>
            <w:r>
              <w:t>省赛获奖业绩点按省级C类奖励</w:t>
            </w:r>
          </w:p>
        </w:tc>
      </w:tr>
      <w:tr>
        <w:tc>
          <w:tcPr>
            <w:tcW w:type="dxa" w:w="1080"/>
          </w:tcPr>
          <w:p>
            <w:r>
              <w:t>26</w:t>
            </w:r>
          </w:p>
        </w:tc>
        <w:tc>
          <w:tcPr>
            <w:tcW w:type="dxa" w:w="1080"/>
          </w:tcPr>
          <w:p>
            <w:r>
              <w:t>材料科学与工程学院/机械与动力工程学院</w:t>
            </w:r>
          </w:p>
        </w:tc>
        <w:tc>
          <w:tcPr>
            <w:tcW w:type="dxa" w:w="1080"/>
          </w:tcPr>
          <w:p>
            <w:r>
              <w:t>全国大学生金相技能大赛</w:t>
            </w:r>
          </w:p>
        </w:tc>
        <w:tc>
          <w:tcPr>
            <w:tcW w:type="dxa" w:w="1080"/>
          </w:tcPr>
          <w:p>
            <w:r>
              <w:t>教育部高等学校材料类专业指导委员会</w:t>
            </w:r>
          </w:p>
        </w:tc>
        <w:tc>
          <w:tcPr>
            <w:tcW w:type="dxa" w:w="1080"/>
          </w:tcPr>
          <w:p>
            <w:r>
              <w:t>国家B类</w:t>
            </w:r>
          </w:p>
        </w:tc>
        <w:tc>
          <w:tcPr>
            <w:tcW w:type="dxa" w:w="1080"/>
          </w:tcPr>
          <w:p>
            <w:r>
              <w:t>/</w:t>
            </w:r>
          </w:p>
        </w:tc>
        <w:tc>
          <w:tcPr>
            <w:tcW w:type="dxa" w:w="1080"/>
          </w:tcPr>
          <w:p>
            <w:r>
              <w:t>/</w:t>
            </w:r>
          </w:p>
        </w:tc>
        <w:tc>
          <w:tcPr>
            <w:tcW w:type="dxa" w:w="1080"/>
          </w:tcPr>
          <w:p>
            <w:r/>
          </w:p>
        </w:tc>
      </w:tr>
      <w:tr>
        <w:tc>
          <w:tcPr>
            <w:tcW w:type="dxa" w:w="1080"/>
          </w:tcPr>
          <w:p>
            <w:r>
              <w:t>27</w:t>
            </w:r>
          </w:p>
        </w:tc>
        <w:tc>
          <w:tcPr>
            <w:tcW w:type="dxa" w:w="1080"/>
          </w:tcPr>
          <w:p>
            <w:r>
              <w:t>土木工程学院</w:t>
            </w:r>
          </w:p>
        </w:tc>
        <w:tc>
          <w:tcPr>
            <w:tcW w:type="dxa" w:w="1080"/>
          </w:tcPr>
          <w:p>
            <w:r>
              <w:t>全国大学生结构设计竞赛</w:t>
            </w:r>
          </w:p>
        </w:tc>
        <w:tc>
          <w:tcPr>
            <w:tcW w:type="dxa" w:w="1080"/>
          </w:tcPr>
          <w:p>
            <w:r>
              <w:t>高等学校土木工程学科专业指导委员会，中国土木工程学会</w:t>
            </w:r>
          </w:p>
        </w:tc>
        <w:tc>
          <w:tcPr>
            <w:tcW w:type="dxa" w:w="1080"/>
          </w:tcPr>
          <w:p>
            <w:r>
              <w:t>国家B类</w:t>
            </w:r>
          </w:p>
        </w:tc>
        <w:tc>
          <w:tcPr>
            <w:tcW w:type="dxa" w:w="1080"/>
          </w:tcPr>
          <w:p>
            <w:r>
              <w:t>华东地区高校结构设计邀请赛/江苏省大学生土木工程结构创新竞赛暨江苏省选拔赛</w:t>
            </w:r>
          </w:p>
        </w:tc>
        <w:tc>
          <w:tcPr>
            <w:tcW w:type="dxa" w:w="1080"/>
          </w:tcPr>
          <w:p>
            <w:r>
              <w:t>省级C类</w:t>
            </w:r>
          </w:p>
        </w:tc>
        <w:tc>
          <w:tcPr>
            <w:tcW w:type="dxa" w:w="1080"/>
          </w:tcPr>
          <w:p>
            <w:r>
              <w:t>省赛获奖业绩点按省级C类奖励</w:t>
            </w:r>
          </w:p>
        </w:tc>
      </w:tr>
      <w:tr>
        <w:tc>
          <w:tcPr>
            <w:tcW w:type="dxa" w:w="1080"/>
          </w:tcPr>
          <w:p>
            <w:r>
              <w:t>28</w:t>
            </w:r>
          </w:p>
        </w:tc>
        <w:tc>
          <w:tcPr>
            <w:tcW w:type="dxa" w:w="1080"/>
          </w:tcPr>
          <w:p>
            <w:r>
              <w:t>电气工程与控制科学学院</w:t>
            </w:r>
          </w:p>
        </w:tc>
        <w:tc>
          <w:tcPr>
            <w:tcW w:type="dxa" w:w="1080"/>
          </w:tcPr>
          <w:p>
            <w:r>
              <w:t>全国大学生“恩智浦杯”智能汽车竞赛</w:t>
            </w:r>
          </w:p>
        </w:tc>
        <w:tc>
          <w:tcPr>
            <w:tcW w:type="dxa" w:w="1080"/>
          </w:tcPr>
          <w:p>
            <w:r>
              <w:t>高等学校自动化类教学指导委员会</w:t>
            </w:r>
          </w:p>
        </w:tc>
        <w:tc>
          <w:tcPr>
            <w:tcW w:type="dxa" w:w="1080"/>
          </w:tcPr>
          <w:p>
            <w:r>
              <w:t>国家B类</w:t>
            </w:r>
          </w:p>
        </w:tc>
        <w:tc>
          <w:tcPr>
            <w:tcW w:type="dxa" w:w="1080"/>
          </w:tcPr>
          <w:p>
            <w:r>
              <w:t>华东赛区选拔赛</w:t>
            </w:r>
          </w:p>
        </w:tc>
        <w:tc>
          <w:tcPr>
            <w:tcW w:type="dxa" w:w="1080"/>
          </w:tcPr>
          <w:p>
            <w:r>
              <w:t>省级C类</w:t>
            </w:r>
          </w:p>
        </w:tc>
        <w:tc>
          <w:tcPr>
            <w:tcW w:type="dxa" w:w="1080"/>
          </w:tcPr>
          <w:p>
            <w:r>
              <w:t>省赛获奖业绩点按省级C类奖励</w:t>
            </w:r>
          </w:p>
        </w:tc>
      </w:tr>
      <w:tr>
        <w:tc>
          <w:tcPr>
            <w:tcW w:type="dxa" w:w="1080"/>
          </w:tcPr>
          <w:p>
            <w:r>
              <w:t>29</w:t>
            </w:r>
          </w:p>
        </w:tc>
        <w:tc>
          <w:tcPr>
            <w:tcW w:type="dxa" w:w="1080"/>
          </w:tcPr>
          <w:p>
            <w:r>
              <w:t>电气工程与控制科学学院</w:t>
            </w:r>
          </w:p>
        </w:tc>
        <w:tc>
          <w:tcPr>
            <w:tcW w:type="dxa" w:w="1080"/>
          </w:tcPr>
          <w:p>
            <w:r>
              <w:t>“西门子杯”中国智能制造挑战赛</w:t>
            </w:r>
          </w:p>
        </w:tc>
        <w:tc>
          <w:tcPr>
            <w:tcW w:type="dxa" w:w="1080"/>
          </w:tcPr>
          <w:p>
            <w:r>
              <w:t>中国智能制造挑战赛全国竞赛组委会</w:t>
            </w:r>
          </w:p>
        </w:tc>
        <w:tc>
          <w:tcPr>
            <w:tcW w:type="dxa" w:w="1080"/>
          </w:tcPr>
          <w:p>
            <w:r>
              <w:t>国家B类</w:t>
            </w:r>
          </w:p>
        </w:tc>
        <w:tc>
          <w:tcPr>
            <w:tcW w:type="dxa" w:w="1080"/>
          </w:tcPr>
          <w:p>
            <w:r>
              <w:t>华东赛区选拔赛</w:t>
            </w:r>
          </w:p>
        </w:tc>
        <w:tc>
          <w:tcPr>
            <w:tcW w:type="dxa" w:w="1080"/>
          </w:tcPr>
          <w:p>
            <w:r>
              <w:t>省级C类</w:t>
            </w:r>
          </w:p>
        </w:tc>
        <w:tc>
          <w:tcPr>
            <w:tcW w:type="dxa" w:w="1080"/>
          </w:tcPr>
          <w:p>
            <w:r>
              <w:t>省赛获奖业绩点按省级C类奖励</w:t>
            </w:r>
          </w:p>
        </w:tc>
      </w:tr>
      <w:tr>
        <w:tc>
          <w:tcPr>
            <w:tcW w:type="dxa" w:w="1080"/>
          </w:tcPr>
          <w:p>
            <w:r>
              <w:t>30</w:t>
            </w:r>
          </w:p>
        </w:tc>
        <w:tc>
          <w:tcPr>
            <w:tcW w:type="dxa" w:w="1080"/>
          </w:tcPr>
          <w:p>
            <w:r>
              <w:t>电气工程与控制科学学院</w:t>
            </w:r>
          </w:p>
        </w:tc>
        <w:tc>
          <w:tcPr>
            <w:tcW w:type="dxa" w:w="1080"/>
          </w:tcPr>
          <w:p>
            <w:r>
              <w:t>全国大学生机器人大赛RoboMaster、RoboCon</w:t>
            </w:r>
          </w:p>
        </w:tc>
        <w:tc>
          <w:tcPr>
            <w:tcW w:type="dxa" w:w="1080"/>
          </w:tcPr>
          <w:p>
            <w:r>
              <w:t>共青团中央,全国学联秘书处</w:t>
            </w:r>
          </w:p>
        </w:tc>
        <w:tc>
          <w:tcPr>
            <w:tcW w:type="dxa" w:w="1080"/>
          </w:tcPr>
          <w:p>
            <w:r>
              <w:t>国家B类</w:t>
            </w:r>
          </w:p>
        </w:tc>
        <w:tc>
          <w:tcPr>
            <w:tcW w:type="dxa" w:w="1080"/>
          </w:tcPr>
          <w:p>
            <w:r>
              <w:t>东部赛区分区赛</w:t>
            </w:r>
          </w:p>
        </w:tc>
        <w:tc>
          <w:tcPr>
            <w:tcW w:type="dxa" w:w="1080"/>
          </w:tcPr>
          <w:p>
            <w:r>
              <w:t>省级C类</w:t>
            </w:r>
          </w:p>
        </w:tc>
        <w:tc>
          <w:tcPr>
            <w:tcW w:type="dxa" w:w="1080"/>
          </w:tcPr>
          <w:p>
            <w:r>
              <w:t>省赛获奖业绩点按省级C类奖励</w:t>
            </w:r>
          </w:p>
        </w:tc>
      </w:tr>
      <w:tr>
        <w:tc>
          <w:tcPr>
            <w:tcW w:type="dxa" w:w="1080"/>
          </w:tcPr>
          <w:p>
            <w:r>
              <w:t>31</w:t>
            </w:r>
          </w:p>
        </w:tc>
        <w:tc>
          <w:tcPr>
            <w:tcW w:type="dxa" w:w="1080"/>
          </w:tcPr>
          <w:p>
            <w:r>
              <w:t>电气工程与控制科学学院</w:t>
            </w:r>
          </w:p>
        </w:tc>
        <w:tc>
          <w:tcPr>
            <w:tcW w:type="dxa" w:w="1080"/>
          </w:tcPr>
          <w:p>
            <w:r>
              <w:t>中国机器人大赛暨RoboCup机器人世界杯中国赛</w:t>
            </w:r>
          </w:p>
        </w:tc>
        <w:tc>
          <w:tcPr>
            <w:tcW w:type="dxa" w:w="1080"/>
          </w:tcPr>
          <w:p>
            <w:r>
              <w:t>中国自动化学会，RoboCup中国委员会</w:t>
            </w:r>
          </w:p>
        </w:tc>
        <w:tc>
          <w:tcPr>
            <w:tcW w:type="dxa" w:w="1080"/>
          </w:tcPr>
          <w:p>
            <w:r>
              <w:t>国家B类</w:t>
            </w:r>
          </w:p>
        </w:tc>
        <w:tc>
          <w:tcPr>
            <w:tcW w:type="dxa" w:w="1080"/>
          </w:tcPr>
          <w:p>
            <w:r>
              <w:t>/</w:t>
            </w:r>
          </w:p>
        </w:tc>
        <w:tc>
          <w:tcPr>
            <w:tcW w:type="dxa" w:w="1080"/>
          </w:tcPr>
          <w:p>
            <w:r>
              <w:t>/</w:t>
            </w:r>
          </w:p>
        </w:tc>
        <w:tc>
          <w:tcPr>
            <w:tcW w:type="dxa" w:w="1080"/>
          </w:tcPr>
          <w:p>
            <w:r/>
          </w:p>
        </w:tc>
      </w:tr>
      <w:tr>
        <w:tc>
          <w:tcPr>
            <w:tcW w:type="dxa" w:w="1080"/>
          </w:tcPr>
          <w:p>
            <w:r>
              <w:t>32</w:t>
            </w:r>
          </w:p>
        </w:tc>
        <w:tc>
          <w:tcPr>
            <w:tcW w:type="dxa" w:w="1080"/>
          </w:tcPr>
          <w:p>
            <w:r>
              <w:t>电气工程与控制科学学院</w:t>
            </w:r>
          </w:p>
        </w:tc>
        <w:tc>
          <w:tcPr>
            <w:tcW w:type="dxa" w:w="1080"/>
          </w:tcPr>
          <w:p>
            <w:r>
              <w:t>中国机器人及人工智能大赛</w:t>
            </w:r>
          </w:p>
        </w:tc>
        <w:tc>
          <w:tcPr>
            <w:tcW w:type="dxa" w:w="1080"/>
          </w:tcPr>
          <w:p>
            <w:r>
              <w:t>中国人工智能学会</w:t>
            </w:r>
          </w:p>
        </w:tc>
        <w:tc>
          <w:tcPr>
            <w:tcW w:type="dxa" w:w="1080"/>
          </w:tcPr>
          <w:p>
            <w:r>
              <w:t>国家B类</w:t>
            </w:r>
          </w:p>
        </w:tc>
        <w:tc>
          <w:tcPr>
            <w:tcW w:type="dxa" w:w="1080"/>
          </w:tcPr>
          <w:p>
            <w:r>
              <w:t>/</w:t>
            </w:r>
          </w:p>
        </w:tc>
        <w:tc>
          <w:tcPr>
            <w:tcW w:type="dxa" w:w="1080"/>
          </w:tcPr>
          <w:p>
            <w:r>
              <w:t>/</w:t>
            </w:r>
          </w:p>
        </w:tc>
        <w:tc>
          <w:tcPr>
            <w:tcW w:type="dxa" w:w="1080"/>
          </w:tcPr>
          <w:p>
            <w:r/>
          </w:p>
        </w:tc>
      </w:tr>
      <w:tr>
        <w:tc>
          <w:tcPr>
            <w:tcW w:type="dxa" w:w="1080"/>
          </w:tcPr>
          <w:p>
            <w:r>
              <w:t>33</w:t>
            </w:r>
          </w:p>
        </w:tc>
        <w:tc>
          <w:tcPr>
            <w:tcW w:type="dxa" w:w="1080"/>
          </w:tcPr>
          <w:p>
            <w:r>
              <w:t>电气工程与控制科学学院</w:t>
            </w:r>
          </w:p>
        </w:tc>
        <w:tc>
          <w:tcPr>
            <w:tcW w:type="dxa" w:w="1080"/>
          </w:tcPr>
          <w:p>
            <w:r>
              <w:t>RoboCom机器人开发者大赛</w:t>
            </w:r>
          </w:p>
        </w:tc>
        <w:tc>
          <w:tcPr>
            <w:tcW w:type="dxa" w:w="1080"/>
          </w:tcPr>
          <w:p>
            <w:r>
              <w:t>工业和信息化部人才交流中心</w:t>
            </w:r>
          </w:p>
        </w:tc>
        <w:tc>
          <w:tcPr>
            <w:tcW w:type="dxa" w:w="1080"/>
          </w:tcPr>
          <w:p>
            <w:r>
              <w:t>国家B类</w:t>
            </w:r>
          </w:p>
        </w:tc>
        <w:tc>
          <w:tcPr>
            <w:tcW w:type="dxa" w:w="1080"/>
          </w:tcPr>
          <w:p>
            <w:r>
              <w:t>/</w:t>
            </w:r>
          </w:p>
        </w:tc>
        <w:tc>
          <w:tcPr>
            <w:tcW w:type="dxa" w:w="1080"/>
          </w:tcPr>
          <w:p>
            <w:r>
              <w:t>/</w:t>
            </w:r>
          </w:p>
        </w:tc>
        <w:tc>
          <w:tcPr>
            <w:tcW w:type="dxa" w:w="1080"/>
          </w:tcPr>
          <w:p>
            <w:r/>
          </w:p>
        </w:tc>
      </w:tr>
      <w:tr>
        <w:tc>
          <w:tcPr>
            <w:tcW w:type="dxa" w:w="1080"/>
          </w:tcPr>
          <w:p>
            <w:r>
              <w:t>34</w:t>
            </w:r>
          </w:p>
        </w:tc>
        <w:tc>
          <w:tcPr>
            <w:tcW w:type="dxa" w:w="1080"/>
          </w:tcPr>
          <w:p>
            <w:r>
              <w:t>电气工程与控制科学学院</w:t>
            </w:r>
          </w:p>
        </w:tc>
        <w:tc>
          <w:tcPr>
            <w:tcW w:type="dxa" w:w="1080"/>
          </w:tcPr>
          <w:p>
            <w:r>
              <w:t>中国高校智能机器人创意大赛</w:t>
            </w:r>
          </w:p>
        </w:tc>
        <w:tc>
          <w:tcPr>
            <w:tcW w:type="dxa" w:w="1080"/>
          </w:tcPr>
          <w:p>
            <w:r>
              <w:t>中国高校智能机器人创意大赛组委会，浙江大学机器人研究院，浙江省余姚市人民政府</w:t>
            </w:r>
          </w:p>
        </w:tc>
        <w:tc>
          <w:tcPr>
            <w:tcW w:type="dxa" w:w="1080"/>
          </w:tcPr>
          <w:p>
            <w:r>
              <w:t>国家B类</w:t>
            </w:r>
          </w:p>
        </w:tc>
        <w:tc>
          <w:tcPr>
            <w:tcW w:type="dxa" w:w="1080"/>
          </w:tcPr>
          <w:p>
            <w:r>
              <w:t>/</w:t>
            </w:r>
          </w:p>
        </w:tc>
        <w:tc>
          <w:tcPr>
            <w:tcW w:type="dxa" w:w="1080"/>
          </w:tcPr>
          <w:p>
            <w:r>
              <w:t>/</w:t>
            </w:r>
          </w:p>
        </w:tc>
        <w:tc>
          <w:tcPr>
            <w:tcW w:type="dxa" w:w="1080"/>
          </w:tcPr>
          <w:p>
            <w:r/>
          </w:p>
        </w:tc>
      </w:tr>
      <w:tr>
        <w:tc>
          <w:tcPr>
            <w:tcW w:type="dxa" w:w="1080"/>
          </w:tcPr>
          <w:p>
            <w:r>
              <w:t>35</w:t>
            </w:r>
          </w:p>
        </w:tc>
        <w:tc>
          <w:tcPr>
            <w:tcW w:type="dxa" w:w="1080"/>
          </w:tcPr>
          <w:p>
            <w:r>
              <w:t>经济与管理学院</w:t>
            </w:r>
          </w:p>
        </w:tc>
        <w:tc>
          <w:tcPr>
            <w:tcW w:type="dxa" w:w="1080"/>
          </w:tcPr>
          <w:p>
            <w:r>
              <w:t>全国大学生电子商务“创新，创意及创业”挑战赛</w:t>
            </w:r>
          </w:p>
        </w:tc>
        <w:tc>
          <w:tcPr>
            <w:tcW w:type="dxa" w:w="1080"/>
          </w:tcPr>
          <w:p>
            <w:r>
              <w:t>教育部高等学校电子商务专业教学指导委员会</w:t>
            </w:r>
          </w:p>
        </w:tc>
        <w:tc>
          <w:tcPr>
            <w:tcW w:type="dxa" w:w="1080"/>
          </w:tcPr>
          <w:p>
            <w:r>
              <w:t>国家B类</w:t>
            </w:r>
          </w:p>
        </w:tc>
        <w:tc>
          <w:tcPr>
            <w:tcW w:type="dxa" w:w="1080"/>
          </w:tcPr>
          <w:p>
            <w:r>
              <w:t>江苏赛区选拔赛</w:t>
            </w:r>
          </w:p>
        </w:tc>
        <w:tc>
          <w:tcPr>
            <w:tcW w:type="dxa" w:w="1080"/>
          </w:tcPr>
          <w:p>
            <w:r>
              <w:t>省级C类</w:t>
            </w:r>
          </w:p>
        </w:tc>
        <w:tc>
          <w:tcPr>
            <w:tcW w:type="dxa" w:w="1080"/>
          </w:tcPr>
          <w:p>
            <w:r>
              <w:t>省赛获奖业绩点按省级C类奖励</w:t>
            </w:r>
          </w:p>
        </w:tc>
      </w:tr>
      <w:tr>
        <w:tc>
          <w:tcPr>
            <w:tcW w:type="dxa" w:w="1080"/>
          </w:tcPr>
          <w:p>
            <w:r>
              <w:t>36</w:t>
            </w:r>
          </w:p>
        </w:tc>
        <w:tc>
          <w:tcPr>
            <w:tcW w:type="dxa" w:w="1080"/>
          </w:tcPr>
          <w:p>
            <w:r>
              <w:t>经济与管理学院</w:t>
            </w:r>
          </w:p>
        </w:tc>
        <w:tc>
          <w:tcPr>
            <w:tcW w:type="dxa" w:w="1080"/>
          </w:tcPr>
          <w:p>
            <w:r>
              <w:t>全国高校商业精英挑战赛——品牌策划竞赛、会展专业创新创业实践竞赛、国际贸易竞赛、创新创业竞赛</w:t>
            </w:r>
          </w:p>
        </w:tc>
        <w:tc>
          <w:tcPr>
            <w:tcW w:type="dxa" w:w="1080"/>
          </w:tcPr>
          <w:p>
            <w:r>
              <w:t>中国贸促会商业行业委员会，中国国际商会商业行业商会</w:t>
            </w:r>
          </w:p>
        </w:tc>
        <w:tc>
          <w:tcPr>
            <w:tcW w:type="dxa" w:w="1080"/>
          </w:tcPr>
          <w:p>
            <w:r>
              <w:t>国家B类</w:t>
            </w:r>
          </w:p>
        </w:tc>
        <w:tc>
          <w:tcPr>
            <w:tcW w:type="dxa" w:w="1080"/>
          </w:tcPr>
          <w:p>
            <w:r>
              <w:t>/</w:t>
            </w:r>
          </w:p>
        </w:tc>
        <w:tc>
          <w:tcPr>
            <w:tcW w:type="dxa" w:w="1080"/>
          </w:tcPr>
          <w:p>
            <w:r>
              <w:t>/</w:t>
            </w:r>
          </w:p>
        </w:tc>
        <w:tc>
          <w:tcPr>
            <w:tcW w:type="dxa" w:w="1080"/>
          </w:tcPr>
          <w:p>
            <w:r/>
          </w:p>
        </w:tc>
      </w:tr>
      <w:tr>
        <w:tc>
          <w:tcPr>
            <w:tcW w:type="dxa" w:w="1080"/>
          </w:tcPr>
          <w:p>
            <w:r>
              <w:t>37</w:t>
            </w:r>
          </w:p>
        </w:tc>
        <w:tc>
          <w:tcPr>
            <w:tcW w:type="dxa" w:w="1080"/>
          </w:tcPr>
          <w:p>
            <w:r>
              <w:t>经济与管理学院</w:t>
            </w:r>
          </w:p>
        </w:tc>
        <w:tc>
          <w:tcPr>
            <w:tcW w:type="dxa" w:w="1080"/>
          </w:tcPr>
          <w:p>
            <w:r>
              <w:t>“学创杯”全国大学生创业综合模拟大赛</w:t>
            </w:r>
          </w:p>
        </w:tc>
        <w:tc>
          <w:tcPr>
            <w:tcW w:type="dxa" w:w="1080"/>
          </w:tcPr>
          <w:p>
            <w:r>
              <w:t>教育部高等学校国家级实验教学示范中心经济与管理学科组</w:t>
            </w:r>
          </w:p>
        </w:tc>
        <w:tc>
          <w:tcPr>
            <w:tcW w:type="dxa" w:w="1080"/>
          </w:tcPr>
          <w:p>
            <w:r>
              <w:t>国家B类</w:t>
            </w:r>
          </w:p>
        </w:tc>
        <w:tc>
          <w:tcPr>
            <w:tcW w:type="dxa" w:w="1080"/>
          </w:tcPr>
          <w:p>
            <w:r>
              <w:t>江苏赛区选拔赛</w:t>
            </w:r>
          </w:p>
        </w:tc>
        <w:tc>
          <w:tcPr>
            <w:tcW w:type="dxa" w:w="1080"/>
          </w:tcPr>
          <w:p>
            <w:r>
              <w:t>省级C类</w:t>
            </w:r>
          </w:p>
        </w:tc>
        <w:tc>
          <w:tcPr>
            <w:tcW w:type="dxa" w:w="1080"/>
          </w:tcPr>
          <w:p>
            <w:r>
              <w:t>省赛获奖业绩点按省级C类奖励</w:t>
            </w:r>
          </w:p>
        </w:tc>
      </w:tr>
      <w:tr>
        <w:tc>
          <w:tcPr>
            <w:tcW w:type="dxa" w:w="1080"/>
          </w:tcPr>
          <w:p>
            <w:r>
              <w:t>38</w:t>
            </w:r>
          </w:p>
        </w:tc>
        <w:tc>
          <w:tcPr>
            <w:tcW w:type="dxa" w:w="1080"/>
          </w:tcPr>
          <w:p>
            <w:r>
              <w:t>外国语言文学学院</w:t>
            </w:r>
          </w:p>
        </w:tc>
        <w:tc>
          <w:tcPr>
            <w:tcW w:type="dxa" w:w="1080"/>
          </w:tcPr>
          <w:p>
            <w:r>
              <w:t>“外研社杯”全国大学生英语系列赛——英语演讲、写作、辩论、阅读大赛</w:t>
            </w:r>
          </w:p>
        </w:tc>
        <w:tc>
          <w:tcPr>
            <w:tcW w:type="dxa" w:w="1080"/>
          </w:tcPr>
          <w:p>
            <w:r>
              <w:t>外语教学与研究出版社，教育部高等学校大学外语教学指导委员会，教育部高等学校英语专业教学指导分委员会</w:t>
            </w:r>
          </w:p>
        </w:tc>
        <w:tc>
          <w:tcPr>
            <w:tcW w:type="dxa" w:w="1080"/>
          </w:tcPr>
          <w:p>
            <w:r>
              <w:t>国家B类</w:t>
            </w:r>
          </w:p>
        </w:tc>
        <w:tc>
          <w:tcPr>
            <w:tcW w:type="dxa" w:w="1080"/>
          </w:tcPr>
          <w:p>
            <w:r>
              <w:t>江苏赛区选拔赛</w:t>
            </w:r>
          </w:p>
        </w:tc>
        <w:tc>
          <w:tcPr>
            <w:tcW w:type="dxa" w:w="1080"/>
          </w:tcPr>
          <w:p>
            <w:r>
              <w:t>省级C类</w:t>
            </w:r>
          </w:p>
        </w:tc>
        <w:tc>
          <w:tcPr>
            <w:tcW w:type="dxa" w:w="1080"/>
          </w:tcPr>
          <w:p>
            <w:r>
              <w:t>省赛获奖业绩点按省级C类奖励</w:t>
            </w:r>
          </w:p>
        </w:tc>
      </w:tr>
      <w:tr>
        <w:tc>
          <w:tcPr>
            <w:tcW w:type="dxa" w:w="1080"/>
          </w:tcPr>
          <w:p>
            <w:r>
              <w:t>39</w:t>
            </w:r>
          </w:p>
        </w:tc>
        <w:tc>
          <w:tcPr>
            <w:tcW w:type="dxa" w:w="1080"/>
          </w:tcPr>
          <w:p>
            <w:r>
              <w:t>艺术设计学院</w:t>
            </w:r>
          </w:p>
        </w:tc>
        <w:tc>
          <w:tcPr>
            <w:tcW w:type="dxa" w:w="1080"/>
          </w:tcPr>
          <w:p>
            <w:r>
              <w:t>全国大学生广告艺术大赛</w:t>
            </w:r>
          </w:p>
        </w:tc>
        <w:tc>
          <w:tcPr>
            <w:tcW w:type="dxa" w:w="1080"/>
          </w:tcPr>
          <w:p>
            <w:r>
              <w:t>教育部高等学校新闻传播学类专业教学指导委员会，中国高等教育学会广告教育专业委员会</w:t>
            </w:r>
          </w:p>
        </w:tc>
        <w:tc>
          <w:tcPr>
            <w:tcW w:type="dxa" w:w="1080"/>
          </w:tcPr>
          <w:p>
            <w:r>
              <w:t>国家B类</w:t>
            </w:r>
          </w:p>
        </w:tc>
        <w:tc>
          <w:tcPr>
            <w:tcW w:type="dxa" w:w="1080"/>
          </w:tcPr>
          <w:p>
            <w:r>
              <w:t>江苏赛区选拔赛</w:t>
            </w:r>
          </w:p>
        </w:tc>
        <w:tc>
          <w:tcPr>
            <w:tcW w:type="dxa" w:w="1080"/>
          </w:tcPr>
          <w:p>
            <w:r>
              <w:t>省级C类</w:t>
            </w:r>
          </w:p>
        </w:tc>
        <w:tc>
          <w:tcPr>
            <w:tcW w:type="dxa" w:w="1080"/>
          </w:tcPr>
          <w:p>
            <w:r>
              <w:t>评选产生获奖名单，国赛获奖业绩点按国家C类奖励，省赛获奖业绩点按省级D类奖励</w:t>
            </w:r>
          </w:p>
        </w:tc>
      </w:tr>
      <w:tr>
        <w:tc>
          <w:tcPr>
            <w:tcW w:type="dxa" w:w="1080"/>
          </w:tcPr>
          <w:p>
            <w:r>
              <w:t>40</w:t>
            </w:r>
          </w:p>
        </w:tc>
        <w:tc>
          <w:tcPr>
            <w:tcW w:type="dxa" w:w="1080"/>
          </w:tcPr>
          <w:p>
            <w:r>
              <w:t>艺术设计学院/计算机科学与技术学院</w:t>
            </w:r>
          </w:p>
        </w:tc>
        <w:tc>
          <w:tcPr>
            <w:tcW w:type="dxa" w:w="1080"/>
          </w:tcPr>
          <w:p>
            <w:r>
              <w:t>全国高校数字艺术设计大赛</w:t>
            </w:r>
          </w:p>
        </w:tc>
        <w:tc>
          <w:tcPr>
            <w:tcW w:type="dxa" w:w="1080"/>
          </w:tcPr>
          <w:p>
            <w:r>
              <w:t>工业和信息化部人才交流中心，联合国训练研究所上海国际培训中心</w:t>
            </w:r>
          </w:p>
        </w:tc>
        <w:tc>
          <w:tcPr>
            <w:tcW w:type="dxa" w:w="1080"/>
          </w:tcPr>
          <w:p>
            <w:r>
              <w:t>国家B类</w:t>
            </w:r>
          </w:p>
        </w:tc>
        <w:tc>
          <w:tcPr>
            <w:tcW w:type="dxa" w:w="1080"/>
          </w:tcPr>
          <w:p>
            <w:r>
              <w:t>华东赛区选拔赛</w:t>
            </w:r>
          </w:p>
        </w:tc>
        <w:tc>
          <w:tcPr>
            <w:tcW w:type="dxa" w:w="1080"/>
          </w:tcPr>
          <w:p>
            <w:r>
              <w:t>省级C类</w:t>
            </w:r>
          </w:p>
        </w:tc>
        <w:tc>
          <w:tcPr>
            <w:tcW w:type="dxa" w:w="1080"/>
          </w:tcPr>
          <w:p>
            <w:r>
              <w:t>评选产生获奖名单，国赛获奖业绩点按国家C类奖励，省赛获奖业绩点按省级D类奖励</w:t>
            </w:r>
          </w:p>
        </w:tc>
      </w:tr>
      <w:tr>
        <w:tc>
          <w:tcPr>
            <w:tcW w:type="dxa" w:w="1080"/>
          </w:tcPr>
          <w:p>
            <w:r>
              <w:t>41</w:t>
            </w:r>
          </w:p>
        </w:tc>
        <w:tc>
          <w:tcPr>
            <w:tcW w:type="dxa" w:w="1080"/>
          </w:tcPr>
          <w:p>
            <w:r>
              <w:t>艺术设计学院/计算机科学与技术学院</w:t>
            </w:r>
          </w:p>
        </w:tc>
        <w:tc>
          <w:tcPr>
            <w:tcW w:type="dxa" w:w="1080"/>
          </w:tcPr>
          <w:p>
            <w:r>
              <w:t>全国三维数字化创新设计大赛</w:t>
            </w:r>
          </w:p>
        </w:tc>
        <w:tc>
          <w:tcPr>
            <w:tcW w:type="dxa" w:w="1080"/>
          </w:tcPr>
          <w:p>
            <w:r>
              <w:t>国家制造业信息化培训中心，全国3D技术推广服务与教育培训联盟（3D动力），中国图学学会，光华设计发展基金会</w:t>
            </w:r>
          </w:p>
        </w:tc>
        <w:tc>
          <w:tcPr>
            <w:tcW w:type="dxa" w:w="1080"/>
          </w:tcPr>
          <w:p>
            <w:r>
              <w:t>国家B类</w:t>
            </w:r>
          </w:p>
        </w:tc>
        <w:tc>
          <w:tcPr>
            <w:tcW w:type="dxa" w:w="1080"/>
          </w:tcPr>
          <w:p>
            <w:r>
              <w:t>江苏赛区选拔赛</w:t>
            </w:r>
          </w:p>
        </w:tc>
        <w:tc>
          <w:tcPr>
            <w:tcW w:type="dxa" w:w="1080"/>
          </w:tcPr>
          <w:p>
            <w:r>
              <w:t>省级C类</w:t>
            </w:r>
          </w:p>
        </w:tc>
        <w:tc>
          <w:tcPr>
            <w:tcW w:type="dxa" w:w="1080"/>
          </w:tcPr>
          <w:p>
            <w:r>
              <w:t>省赛获奖业绩点按省级C类奖励</w:t>
            </w:r>
          </w:p>
        </w:tc>
      </w:tr>
      <w:tr>
        <w:tc>
          <w:tcPr>
            <w:tcW w:type="dxa" w:w="1080"/>
          </w:tcPr>
          <w:p>
            <w:r>
              <w:t>42</w:t>
            </w:r>
          </w:p>
        </w:tc>
        <w:tc>
          <w:tcPr>
            <w:tcW w:type="dxa" w:w="1080"/>
          </w:tcPr>
          <w:p>
            <w:r>
              <w:t>艺术设计学院/计算机科学与技术学院</w:t>
            </w:r>
          </w:p>
        </w:tc>
        <w:tc>
          <w:tcPr>
            <w:tcW w:type="dxa" w:w="1080"/>
          </w:tcPr>
          <w:p>
            <w:r>
              <w:t>中国好创意暨全国数字艺术设计大赛</w:t>
            </w:r>
          </w:p>
        </w:tc>
        <w:tc>
          <w:tcPr>
            <w:tcW w:type="dxa" w:w="1080"/>
          </w:tcPr>
          <w:p>
            <w:r>
              <w:t>全国高等院校计算机基础教育研究会，中国电子视像行业协会</w:t>
            </w:r>
          </w:p>
        </w:tc>
        <w:tc>
          <w:tcPr>
            <w:tcW w:type="dxa" w:w="1080"/>
          </w:tcPr>
          <w:p>
            <w:r>
              <w:t>国家B类</w:t>
            </w:r>
          </w:p>
        </w:tc>
        <w:tc>
          <w:tcPr>
            <w:tcW w:type="dxa" w:w="1080"/>
          </w:tcPr>
          <w:p>
            <w:r>
              <w:t>/</w:t>
            </w:r>
          </w:p>
        </w:tc>
        <w:tc>
          <w:tcPr>
            <w:tcW w:type="dxa" w:w="1080"/>
          </w:tcPr>
          <w:p>
            <w:r>
              <w:t>/</w:t>
            </w:r>
          </w:p>
        </w:tc>
        <w:tc>
          <w:tcPr>
            <w:tcW w:type="dxa" w:w="1080"/>
          </w:tcPr>
          <w:p>
            <w:r>
              <w:t>评选产生获奖名单，国赛获奖业绩点按国家C类奖励</w:t>
            </w:r>
          </w:p>
        </w:tc>
      </w:tr>
      <w:tr>
        <w:tc>
          <w:tcPr>
            <w:tcW w:type="dxa" w:w="1080"/>
          </w:tcPr>
          <w:p>
            <w:r>
              <w:t>43</w:t>
            </w:r>
          </w:p>
        </w:tc>
        <w:tc>
          <w:tcPr>
            <w:tcW w:type="dxa" w:w="1080"/>
          </w:tcPr>
          <w:p>
            <w:r>
              <w:t>艺术设计学院</w:t>
            </w:r>
          </w:p>
        </w:tc>
        <w:tc>
          <w:tcPr>
            <w:tcW w:type="dxa" w:w="1080"/>
          </w:tcPr>
          <w:p>
            <w:r>
              <w:t>两岸新锐设计竞赛“华灿奖”</w:t>
            </w:r>
          </w:p>
        </w:tc>
        <w:tc>
          <w:tcPr>
            <w:tcW w:type="dxa" w:w="1080"/>
          </w:tcPr>
          <w:p>
            <w:r>
              <w:t>高等教育学会，中华中山文化交流协会，北京歌华文化发展集团</w:t>
            </w:r>
          </w:p>
        </w:tc>
        <w:tc>
          <w:tcPr>
            <w:tcW w:type="dxa" w:w="1080"/>
          </w:tcPr>
          <w:p>
            <w:r>
              <w:t>国家B类</w:t>
            </w:r>
          </w:p>
        </w:tc>
        <w:tc>
          <w:tcPr>
            <w:tcW w:type="dxa" w:w="1080"/>
          </w:tcPr>
          <w:p>
            <w:r>
              <w:t>/</w:t>
            </w:r>
          </w:p>
        </w:tc>
        <w:tc>
          <w:tcPr>
            <w:tcW w:type="dxa" w:w="1080"/>
          </w:tcPr>
          <w:p>
            <w:r>
              <w:t>/</w:t>
            </w:r>
          </w:p>
        </w:tc>
        <w:tc>
          <w:tcPr>
            <w:tcW w:type="dxa" w:w="1080"/>
          </w:tcPr>
          <w:p>
            <w:r/>
          </w:p>
        </w:tc>
      </w:tr>
      <w:tr>
        <w:tc>
          <w:tcPr>
            <w:tcW w:type="dxa" w:w="1080"/>
          </w:tcPr>
          <w:p>
            <w:r>
              <w:t>44</w:t>
            </w:r>
          </w:p>
        </w:tc>
        <w:tc>
          <w:tcPr>
            <w:tcW w:type="dxa" w:w="1080"/>
          </w:tcPr>
          <w:p>
            <w:r>
              <w:t>艺术设计学院/</w:t>
            </w:r>
          </w:p>
        </w:tc>
        <w:tc>
          <w:tcPr>
            <w:tcW w:type="dxa" w:w="1080"/>
          </w:tcPr>
          <w:p>
            <w:r>
              <w:t>米兰设计周——中国高校设计学科师生优秀作品展</w:t>
            </w:r>
          </w:p>
        </w:tc>
        <w:tc>
          <w:tcPr>
            <w:tcW w:type="dxa" w:w="1080"/>
          </w:tcPr>
          <w:p>
            <w:r>
              <w:t>中国高等教育学会，中国教育国际交流协会</w:t>
            </w:r>
          </w:p>
        </w:tc>
        <w:tc>
          <w:tcPr>
            <w:tcW w:type="dxa" w:w="1080"/>
          </w:tcPr>
          <w:p>
            <w:r>
              <w:t>国家B类</w:t>
            </w:r>
          </w:p>
        </w:tc>
        <w:tc>
          <w:tcPr>
            <w:tcW w:type="dxa" w:w="1080"/>
          </w:tcPr>
          <w:p>
            <w:r>
              <w:t>江苏赛区选拔赛</w:t>
            </w:r>
          </w:p>
        </w:tc>
        <w:tc>
          <w:tcPr>
            <w:tcW w:type="dxa" w:w="1080"/>
          </w:tcPr>
          <w:p>
            <w:r/>
          </w:p>
        </w:tc>
        <w:tc>
          <w:tcPr>
            <w:tcW w:type="dxa" w:w="1080"/>
          </w:tcPr>
          <w:p>
            <w:r/>
          </w:p>
        </w:tc>
      </w:tr>
      <w:tr>
        <w:tc>
          <w:tcPr>
            <w:tcW w:type="dxa" w:w="1080"/>
          </w:tcPr>
          <w:p>
            <w:r>
              <w:t>45</w:t>
            </w:r>
          </w:p>
        </w:tc>
        <w:tc>
          <w:tcPr>
            <w:tcW w:type="dxa" w:w="1080"/>
          </w:tcPr>
          <w:p>
            <w:r>
              <w:t>化工学院</w:t>
            </w:r>
          </w:p>
        </w:tc>
        <w:tc>
          <w:tcPr>
            <w:tcW w:type="dxa" w:w="1080"/>
          </w:tcPr>
          <w:p>
            <w:r>
              <w:t>全国大学生化工设计竞赛</w:t>
            </w:r>
          </w:p>
        </w:tc>
        <w:tc>
          <w:tcPr>
            <w:tcW w:type="dxa" w:w="1080"/>
          </w:tcPr>
          <w:p>
            <w:r>
              <w:t>中国化工学会，中国化工教育协会，教育部高等学校化工类专业教学指导委员会</w:t>
            </w:r>
          </w:p>
        </w:tc>
        <w:tc>
          <w:tcPr>
            <w:tcW w:type="dxa" w:w="1080"/>
          </w:tcPr>
          <w:p>
            <w:r>
              <w:t>国家B类</w:t>
            </w:r>
          </w:p>
        </w:tc>
        <w:tc>
          <w:tcPr>
            <w:tcW w:type="dxa" w:w="1080"/>
          </w:tcPr>
          <w:p>
            <w:r>
              <w:t>华东赛区选拔赛/江苏省大学生化工设计竞赛暨江苏赛区预选赛</w:t>
            </w:r>
          </w:p>
        </w:tc>
        <w:tc>
          <w:tcPr>
            <w:tcW w:type="dxa" w:w="1080"/>
          </w:tcPr>
          <w:p>
            <w:r>
              <w:t>省级C类</w:t>
            </w:r>
          </w:p>
        </w:tc>
        <w:tc>
          <w:tcPr>
            <w:tcW w:type="dxa" w:w="1080"/>
          </w:tcPr>
          <w:p>
            <w:r>
              <w:t>省赛获奖业绩点按省级C类奖励</w:t>
            </w:r>
          </w:p>
        </w:tc>
      </w:tr>
      <w:tr>
        <w:tc>
          <w:tcPr>
            <w:tcW w:type="dxa" w:w="1080"/>
          </w:tcPr>
          <w:p>
            <w:r>
              <w:t>46</w:t>
            </w:r>
          </w:p>
        </w:tc>
        <w:tc>
          <w:tcPr>
            <w:tcW w:type="dxa" w:w="1080"/>
          </w:tcPr>
          <w:p>
            <w:r>
              <w:t>化学与分子工程学院/化工学院</w:t>
            </w:r>
          </w:p>
        </w:tc>
        <w:tc>
          <w:tcPr>
            <w:tcW w:type="dxa" w:w="1080"/>
          </w:tcPr>
          <w:p>
            <w:r>
              <w:t>全国大学生化学实验邀请赛</w:t>
            </w:r>
          </w:p>
        </w:tc>
        <w:tc>
          <w:tcPr>
            <w:tcW w:type="dxa" w:w="1080"/>
          </w:tcPr>
          <w:p>
            <w:r>
              <w:t>教育部高等学校化学教育研究中心</w:t>
            </w:r>
          </w:p>
        </w:tc>
        <w:tc>
          <w:tcPr>
            <w:tcW w:type="dxa" w:w="1080"/>
          </w:tcPr>
          <w:p>
            <w:r>
              <w:t>国家B类</w:t>
            </w:r>
          </w:p>
        </w:tc>
        <w:tc>
          <w:tcPr>
            <w:tcW w:type="dxa" w:w="1080"/>
          </w:tcPr>
          <w:p>
            <w:r>
              <w:t>/</w:t>
            </w:r>
          </w:p>
        </w:tc>
        <w:tc>
          <w:tcPr>
            <w:tcW w:type="dxa" w:w="1080"/>
          </w:tcPr>
          <w:p>
            <w:r>
              <w:t>/</w:t>
            </w:r>
          </w:p>
        </w:tc>
        <w:tc>
          <w:tcPr>
            <w:tcW w:type="dxa" w:w="1080"/>
          </w:tcPr>
          <w:p>
            <w:r/>
          </w:p>
        </w:tc>
      </w:tr>
      <w:tr>
        <w:tc>
          <w:tcPr>
            <w:tcW w:type="dxa" w:w="1080"/>
          </w:tcPr>
          <w:p>
            <w:r>
              <w:t>47</w:t>
            </w:r>
          </w:p>
        </w:tc>
        <w:tc>
          <w:tcPr>
            <w:tcW w:type="dxa" w:w="1080"/>
          </w:tcPr>
          <w:p>
            <w:r>
              <w:t>交通运输工程学院</w:t>
            </w:r>
          </w:p>
        </w:tc>
        <w:tc>
          <w:tcPr>
            <w:tcW w:type="dxa" w:w="1080"/>
          </w:tcPr>
          <w:p>
            <w:r>
              <w:t>全国大学生交通科技大赛</w:t>
            </w:r>
          </w:p>
        </w:tc>
        <w:tc>
          <w:tcPr>
            <w:tcW w:type="dxa" w:w="1080"/>
          </w:tcPr>
          <w:p>
            <w:r>
              <w:t>教育部高等学校交通运输与工程学科教学指导委员会</w:t>
            </w:r>
          </w:p>
        </w:tc>
        <w:tc>
          <w:tcPr>
            <w:tcW w:type="dxa" w:w="1080"/>
          </w:tcPr>
          <w:p>
            <w:r>
              <w:t>国家B类</w:t>
            </w:r>
          </w:p>
        </w:tc>
        <w:tc>
          <w:tcPr>
            <w:tcW w:type="dxa" w:w="1080"/>
          </w:tcPr>
          <w:p>
            <w:r>
              <w:t>江苏省交通科技大赛</w:t>
            </w:r>
          </w:p>
        </w:tc>
        <w:tc>
          <w:tcPr>
            <w:tcW w:type="dxa" w:w="1080"/>
          </w:tcPr>
          <w:p>
            <w:r>
              <w:t>省级C类</w:t>
            </w:r>
          </w:p>
        </w:tc>
        <w:tc>
          <w:tcPr>
            <w:tcW w:type="dxa" w:w="1080"/>
          </w:tcPr>
          <w:p>
            <w:r/>
          </w:p>
        </w:tc>
      </w:tr>
      <w:tr>
        <w:tc>
          <w:tcPr>
            <w:tcW w:type="dxa" w:w="1080"/>
          </w:tcPr>
          <w:p>
            <w:r>
              <w:t>48</w:t>
            </w:r>
          </w:p>
        </w:tc>
        <w:tc>
          <w:tcPr>
            <w:tcW w:type="dxa" w:w="1080"/>
          </w:tcPr>
          <w:p>
            <w:r>
              <w:t>交通运输工程学院</w:t>
            </w:r>
          </w:p>
        </w:tc>
        <w:tc>
          <w:tcPr>
            <w:tcW w:type="dxa" w:w="1080"/>
          </w:tcPr>
          <w:p>
            <w:r>
              <w:t>全国大学生地质技能竞赛</w:t>
            </w:r>
          </w:p>
        </w:tc>
        <w:tc>
          <w:tcPr>
            <w:tcW w:type="dxa" w:w="1080"/>
          </w:tcPr>
          <w:p>
            <w:r>
              <w:t>中国地质学会，教育部高等学校地质学类专业教学指导委员会，中国地质学会地质教育研究分会</w:t>
            </w:r>
          </w:p>
        </w:tc>
        <w:tc>
          <w:tcPr>
            <w:tcW w:type="dxa" w:w="1080"/>
          </w:tcPr>
          <w:p>
            <w:r>
              <w:t>国家B类</w:t>
            </w:r>
          </w:p>
        </w:tc>
        <w:tc>
          <w:tcPr>
            <w:tcW w:type="dxa" w:w="1080"/>
          </w:tcPr>
          <w:p>
            <w:r>
              <w:t>/</w:t>
            </w:r>
          </w:p>
        </w:tc>
        <w:tc>
          <w:tcPr>
            <w:tcW w:type="dxa" w:w="1080"/>
          </w:tcPr>
          <w:p>
            <w:r>
              <w:t>/</w:t>
            </w:r>
          </w:p>
        </w:tc>
        <w:tc>
          <w:tcPr>
            <w:tcW w:type="dxa" w:w="1080"/>
          </w:tcPr>
          <w:p>
            <w:r/>
          </w:p>
        </w:tc>
      </w:tr>
      <w:tr>
        <w:tc>
          <w:tcPr>
            <w:tcW w:type="dxa" w:w="1080"/>
          </w:tcPr>
          <w:p>
            <w:r>
              <w:t>49</w:t>
            </w:r>
          </w:p>
        </w:tc>
        <w:tc>
          <w:tcPr>
            <w:tcW w:type="dxa" w:w="1080"/>
          </w:tcPr>
          <w:p>
            <w:r>
              <w:t>经济与管理学院</w:t>
            </w:r>
          </w:p>
        </w:tc>
        <w:tc>
          <w:tcPr>
            <w:tcW w:type="dxa" w:w="1080"/>
          </w:tcPr>
          <w:p>
            <w:r>
              <w:t>全国大学生物流设计大赛</w:t>
            </w:r>
          </w:p>
        </w:tc>
        <w:tc>
          <w:tcPr>
            <w:tcW w:type="dxa" w:w="1080"/>
          </w:tcPr>
          <w:p>
            <w:r>
              <w:t>教育部高等学校物流类专业教学指导委员会，中国物流与采购联合会</w:t>
            </w:r>
          </w:p>
        </w:tc>
        <w:tc>
          <w:tcPr>
            <w:tcW w:type="dxa" w:w="1080"/>
          </w:tcPr>
          <w:p>
            <w:r>
              <w:t>国家B类</w:t>
            </w:r>
          </w:p>
        </w:tc>
        <w:tc>
          <w:tcPr>
            <w:tcW w:type="dxa" w:w="1080"/>
          </w:tcPr>
          <w:p>
            <w:r>
              <w:t>/</w:t>
            </w:r>
          </w:p>
        </w:tc>
        <w:tc>
          <w:tcPr>
            <w:tcW w:type="dxa" w:w="1080"/>
          </w:tcPr>
          <w:p>
            <w:r>
              <w:t>/</w:t>
            </w:r>
          </w:p>
        </w:tc>
        <w:tc>
          <w:tcPr>
            <w:tcW w:type="dxa" w:w="1080"/>
          </w:tcPr>
          <w:p>
            <w:r/>
          </w:p>
        </w:tc>
      </w:tr>
      <w:tr>
        <w:tc>
          <w:tcPr>
            <w:tcW w:type="dxa" w:w="1080"/>
          </w:tcPr>
          <w:p>
            <w:r>
              <w:t>50</w:t>
            </w:r>
          </w:p>
        </w:tc>
        <w:tc>
          <w:tcPr>
            <w:tcW w:type="dxa" w:w="1080"/>
          </w:tcPr>
          <w:p>
            <w:r>
              <w:t>经济与管理学院</w:t>
            </w:r>
          </w:p>
        </w:tc>
        <w:tc>
          <w:tcPr>
            <w:tcW w:type="dxa" w:w="1080"/>
          </w:tcPr>
          <w:p>
            <w:r>
              <w:t>全国大学生市场调查分析大赛</w:t>
            </w:r>
          </w:p>
        </w:tc>
        <w:tc>
          <w:tcPr>
            <w:tcW w:type="dxa" w:w="1080"/>
          </w:tcPr>
          <w:p>
            <w:r>
              <w:t>教育部高等学校统计学类专业教学指导委员会，中国商业统计学会</w:t>
            </w:r>
          </w:p>
        </w:tc>
        <w:tc>
          <w:tcPr>
            <w:tcW w:type="dxa" w:w="1080"/>
          </w:tcPr>
          <w:p>
            <w:r>
              <w:t>国家B类</w:t>
            </w:r>
          </w:p>
        </w:tc>
        <w:tc>
          <w:tcPr>
            <w:tcW w:type="dxa" w:w="1080"/>
          </w:tcPr>
          <w:p>
            <w:r>
              <w:t>江苏赛区选拔赛</w:t>
            </w:r>
          </w:p>
        </w:tc>
        <w:tc>
          <w:tcPr>
            <w:tcW w:type="dxa" w:w="1080"/>
          </w:tcPr>
          <w:p>
            <w:r>
              <w:t>省级C类</w:t>
            </w:r>
          </w:p>
        </w:tc>
        <w:tc>
          <w:tcPr>
            <w:tcW w:type="dxa" w:w="1080"/>
          </w:tcPr>
          <w:p>
            <w:r>
              <w:t>省赛获奖业绩点按省级C类奖励</w:t>
            </w:r>
          </w:p>
        </w:tc>
      </w:tr>
      <w:tr>
        <w:tc>
          <w:tcPr>
            <w:tcW w:type="dxa" w:w="1080"/>
          </w:tcPr>
          <w:p>
            <w:r>
              <w:t>51</w:t>
            </w:r>
          </w:p>
        </w:tc>
        <w:tc>
          <w:tcPr>
            <w:tcW w:type="dxa" w:w="1080"/>
          </w:tcPr>
          <w:p>
            <w:r>
              <w:t>土木工程学院/机械与动力工程学院/交通运输工程学院</w:t>
            </w:r>
          </w:p>
        </w:tc>
        <w:tc>
          <w:tcPr>
            <w:tcW w:type="dxa" w:w="1080"/>
          </w:tcPr>
          <w:p>
            <w:r>
              <w:t>全国大学生先进成图技术与产品信息建模创新大赛</w:t>
            </w:r>
          </w:p>
        </w:tc>
        <w:tc>
          <w:tcPr>
            <w:tcW w:type="dxa" w:w="1080"/>
          </w:tcPr>
          <w:p>
            <w:r>
              <w:t>教育部高等学校工程图学课程教学指导委员会，中国图学学会制图技术专业委员会，中国图学学会产品信息建模专业委员会</w:t>
            </w:r>
          </w:p>
        </w:tc>
        <w:tc>
          <w:tcPr>
            <w:tcW w:type="dxa" w:w="1080"/>
          </w:tcPr>
          <w:p>
            <w:r>
              <w:t>国家B类</w:t>
            </w:r>
          </w:p>
        </w:tc>
        <w:tc>
          <w:tcPr>
            <w:tcW w:type="dxa" w:w="1080"/>
          </w:tcPr>
          <w:p>
            <w:r>
              <w:t>华东区大学生CAD应用技能竞赛</w:t>
            </w:r>
          </w:p>
        </w:tc>
        <w:tc>
          <w:tcPr>
            <w:tcW w:type="dxa" w:w="1080"/>
          </w:tcPr>
          <w:p>
            <w:r>
              <w:t>省级C类</w:t>
            </w:r>
          </w:p>
        </w:tc>
        <w:tc>
          <w:tcPr>
            <w:tcW w:type="dxa" w:w="1080"/>
          </w:tcPr>
          <w:p>
            <w:r>
              <w:t>国赛团体奖获奖业绩点按国家B类奖励，建模类个人奖获奖业绩点按国家C类奖励，其他个人单项奖获奖业绩点按国家D类奖励，省赛团体奖获奖业绩点按省级C类奖励，单项奖获奖业绩点按省级D类奖励</w:t>
            </w:r>
          </w:p>
        </w:tc>
      </w:tr>
      <w:tr>
        <w:tc>
          <w:tcPr>
            <w:tcW w:type="dxa" w:w="1080"/>
          </w:tcPr>
          <w:p>
            <w:r>
              <w:t>52</w:t>
            </w:r>
          </w:p>
        </w:tc>
        <w:tc>
          <w:tcPr>
            <w:tcW w:type="dxa" w:w="1080"/>
          </w:tcPr>
          <w:p>
            <w:r>
              <w:t>土木工程学院</w:t>
            </w:r>
          </w:p>
        </w:tc>
        <w:tc>
          <w:tcPr>
            <w:tcW w:type="dxa" w:w="1080"/>
          </w:tcPr>
          <w:p>
            <w:r>
              <w:t>全国高校BIM毕业设计创新大赛</w:t>
            </w:r>
          </w:p>
        </w:tc>
        <w:tc>
          <w:tcPr>
            <w:tcW w:type="dxa" w:w="1080"/>
          </w:tcPr>
          <w:p>
            <w:r>
              <w:t>信息技术新工科产学研联盟</w:t>
            </w:r>
          </w:p>
        </w:tc>
        <w:tc>
          <w:tcPr>
            <w:tcW w:type="dxa" w:w="1080"/>
          </w:tcPr>
          <w:p>
            <w:r>
              <w:t>国家B类</w:t>
            </w:r>
          </w:p>
        </w:tc>
        <w:tc>
          <w:tcPr>
            <w:tcW w:type="dxa" w:w="1080"/>
          </w:tcPr>
          <w:p>
            <w:r>
              <w:t>/</w:t>
            </w:r>
          </w:p>
        </w:tc>
        <w:tc>
          <w:tcPr>
            <w:tcW w:type="dxa" w:w="1080"/>
          </w:tcPr>
          <w:p>
            <w:r>
              <w:t>/</w:t>
            </w:r>
          </w:p>
        </w:tc>
        <w:tc>
          <w:tcPr>
            <w:tcW w:type="dxa" w:w="1080"/>
          </w:tcPr>
          <w:p>
            <w:r/>
          </w:p>
        </w:tc>
      </w:tr>
      <w:tr>
        <w:tc>
          <w:tcPr>
            <w:tcW w:type="dxa" w:w="1080"/>
          </w:tcPr>
          <w:p>
            <w:r>
              <w:t>53</w:t>
            </w:r>
          </w:p>
        </w:tc>
        <w:tc>
          <w:tcPr>
            <w:tcW w:type="dxa" w:w="1080"/>
          </w:tcPr>
          <w:p>
            <w:r>
              <w:t>生物与制药工程学院/食品与轻工学院/药学院</w:t>
            </w:r>
          </w:p>
        </w:tc>
        <w:tc>
          <w:tcPr>
            <w:tcW w:type="dxa" w:w="1080"/>
          </w:tcPr>
          <w:p>
            <w:r>
              <w:t>全国大学生生命科学竞赛（CULSC）——生命科学竞赛、生命创新创业大赛</w:t>
            </w:r>
          </w:p>
        </w:tc>
        <w:tc>
          <w:tcPr>
            <w:tcW w:type="dxa" w:w="1080"/>
          </w:tcPr>
          <w:p>
            <w:r>
              <w:t>教育部高等学校大学生物学课程教学指导委员会，教育部高等学校生物科学类专业教学指导委员会，教育部高等学校生物技术与生物工程类专业教学指导委员会</w:t>
            </w:r>
          </w:p>
        </w:tc>
        <w:tc>
          <w:tcPr>
            <w:tcW w:type="dxa" w:w="1080"/>
          </w:tcPr>
          <w:p>
            <w:r>
              <w:t>国家B类</w:t>
            </w:r>
          </w:p>
        </w:tc>
        <w:tc>
          <w:tcPr>
            <w:tcW w:type="dxa" w:w="1080"/>
          </w:tcPr>
          <w:p>
            <w:r>
              <w:t>/</w:t>
            </w:r>
          </w:p>
        </w:tc>
        <w:tc>
          <w:tcPr>
            <w:tcW w:type="dxa" w:w="1080"/>
          </w:tcPr>
          <w:p>
            <w:r>
              <w:t>/</w:t>
            </w:r>
          </w:p>
        </w:tc>
        <w:tc>
          <w:tcPr>
            <w:tcW w:type="dxa" w:w="1080"/>
          </w:tcPr>
          <w:p>
            <w:r/>
          </w:p>
        </w:tc>
      </w:tr>
      <w:tr>
        <w:tc>
          <w:tcPr>
            <w:tcW w:type="dxa" w:w="1080"/>
          </w:tcPr>
          <w:p>
            <w:r>
              <w:t>54</w:t>
            </w:r>
          </w:p>
        </w:tc>
        <w:tc>
          <w:tcPr>
            <w:tcW w:type="dxa" w:w="1080"/>
          </w:tcPr>
          <w:p>
            <w:r>
              <w:t>生物与制药工程学院/药学院</w:t>
            </w:r>
          </w:p>
        </w:tc>
        <w:tc>
          <w:tcPr>
            <w:tcW w:type="dxa" w:w="1080"/>
          </w:tcPr>
          <w:p>
            <w:r>
              <w:t>iGEM世界遗传基因工程机器大赛</w:t>
            </w:r>
          </w:p>
        </w:tc>
        <w:tc>
          <w:tcPr>
            <w:tcW w:type="dxa" w:w="1080"/>
          </w:tcPr>
          <w:p>
            <w:r>
              <w:t>麻省理工学院</w:t>
            </w:r>
          </w:p>
        </w:tc>
        <w:tc>
          <w:tcPr>
            <w:tcW w:type="dxa" w:w="1080"/>
          </w:tcPr>
          <w:p>
            <w:r>
              <w:t>国家B类</w:t>
            </w:r>
          </w:p>
        </w:tc>
        <w:tc>
          <w:tcPr>
            <w:tcW w:type="dxa" w:w="1080"/>
          </w:tcPr>
          <w:p>
            <w:r>
              <w:t>/</w:t>
            </w:r>
          </w:p>
        </w:tc>
        <w:tc>
          <w:tcPr>
            <w:tcW w:type="dxa" w:w="1080"/>
          </w:tcPr>
          <w:p>
            <w:r>
              <w:t>/</w:t>
            </w:r>
          </w:p>
        </w:tc>
        <w:tc>
          <w:tcPr>
            <w:tcW w:type="dxa" w:w="1080"/>
          </w:tcPr>
          <w:p>
            <w:r/>
          </w:p>
        </w:tc>
      </w:tr>
      <w:tr>
        <w:tc>
          <w:tcPr>
            <w:tcW w:type="dxa" w:w="1080"/>
          </w:tcPr>
          <w:p>
            <w:r>
              <w:t>55</w:t>
            </w:r>
          </w:p>
        </w:tc>
        <w:tc>
          <w:tcPr>
            <w:tcW w:type="dxa" w:w="1080"/>
          </w:tcPr>
          <w:p>
            <w:r>
              <w:t>数理科学学院</w:t>
            </w:r>
          </w:p>
        </w:tc>
        <w:tc>
          <w:tcPr>
            <w:tcW w:type="dxa" w:w="1080"/>
          </w:tcPr>
          <w:p>
            <w:r>
              <w:t>美国大学生数学建模竞赛</w:t>
            </w:r>
          </w:p>
        </w:tc>
        <w:tc>
          <w:tcPr>
            <w:tcW w:type="dxa" w:w="1080"/>
          </w:tcPr>
          <w:p>
            <w:r>
              <w:t>美国运筹学学会，工业与应用数学学会，数学学会</w:t>
            </w:r>
          </w:p>
        </w:tc>
        <w:tc>
          <w:tcPr>
            <w:tcW w:type="dxa" w:w="1080"/>
          </w:tcPr>
          <w:p>
            <w:r>
              <w:t>国家B类</w:t>
            </w:r>
          </w:p>
        </w:tc>
        <w:tc>
          <w:tcPr>
            <w:tcW w:type="dxa" w:w="1080"/>
          </w:tcPr>
          <w:p>
            <w:r>
              <w:t>/</w:t>
            </w:r>
          </w:p>
        </w:tc>
        <w:tc>
          <w:tcPr>
            <w:tcW w:type="dxa" w:w="1080"/>
          </w:tcPr>
          <w:p>
            <w:r>
              <w:t>/</w:t>
            </w:r>
          </w:p>
        </w:tc>
        <w:tc>
          <w:tcPr>
            <w:tcW w:type="dxa" w:w="1080"/>
          </w:tcPr>
          <w:p>
            <w:r/>
          </w:p>
        </w:tc>
      </w:tr>
      <w:tr>
        <w:tc>
          <w:tcPr>
            <w:tcW w:type="dxa" w:w="1080"/>
          </w:tcPr>
          <w:p>
            <w:r>
              <w:t>56</w:t>
            </w:r>
          </w:p>
        </w:tc>
        <w:tc>
          <w:tcPr>
            <w:tcW w:type="dxa" w:w="1080"/>
          </w:tcPr>
          <w:p>
            <w:r>
              <w:t>校团委</w:t>
            </w:r>
          </w:p>
        </w:tc>
        <w:tc>
          <w:tcPr>
            <w:tcW w:type="dxa" w:w="1080"/>
          </w:tcPr>
          <w:p>
            <w:r>
              <w:t>全国大学生艺术展演活动</w:t>
            </w:r>
          </w:p>
        </w:tc>
        <w:tc>
          <w:tcPr>
            <w:tcW w:type="dxa" w:w="1080"/>
          </w:tcPr>
          <w:p>
            <w:r>
              <w:t>教育部</w:t>
            </w:r>
          </w:p>
        </w:tc>
        <w:tc>
          <w:tcPr>
            <w:tcW w:type="dxa" w:w="1080"/>
          </w:tcPr>
          <w:p>
            <w:r>
              <w:t>国家B类</w:t>
            </w:r>
          </w:p>
        </w:tc>
        <w:tc>
          <w:tcPr>
            <w:tcW w:type="dxa" w:w="1080"/>
          </w:tcPr>
          <w:p>
            <w:r>
              <w:t>江苏省大学生艺术展演活动</w:t>
            </w:r>
          </w:p>
        </w:tc>
        <w:tc>
          <w:tcPr>
            <w:tcW w:type="dxa" w:w="1080"/>
          </w:tcPr>
          <w:p>
            <w:r>
              <w:t>省级C类</w:t>
            </w:r>
          </w:p>
        </w:tc>
        <w:tc>
          <w:tcPr>
            <w:tcW w:type="dxa" w:w="1080"/>
          </w:tcPr>
          <w:p>
            <w:r>
              <w:t>省赛获奖业绩点按省级C类奖励</w:t>
            </w:r>
          </w:p>
        </w:tc>
      </w:tr>
      <w:tr>
        <w:tc>
          <w:tcPr>
            <w:tcW w:type="dxa" w:w="1080"/>
          </w:tcPr>
          <w:p>
            <w:r>
              <w:t>57</w:t>
            </w:r>
          </w:p>
        </w:tc>
        <w:tc>
          <w:tcPr>
            <w:tcW w:type="dxa" w:w="1080"/>
          </w:tcPr>
          <w:p>
            <w:r>
              <w:t>研究生院</w:t>
            </w:r>
          </w:p>
        </w:tc>
        <w:tc>
          <w:tcPr>
            <w:tcW w:type="dxa" w:w="1080"/>
          </w:tcPr>
          <w:p>
            <w:r>
              <w:t>中国研究生创新实践系列大赛</w:t>
            </w:r>
          </w:p>
        </w:tc>
        <w:tc>
          <w:tcPr>
            <w:tcW w:type="dxa" w:w="1080"/>
          </w:tcPr>
          <w:p>
            <w:r>
              <w:t>教育部学位与研究生教育发展中心，中国科协青少年科技中心</w:t>
            </w:r>
          </w:p>
        </w:tc>
        <w:tc>
          <w:tcPr>
            <w:tcW w:type="dxa" w:w="1080"/>
          </w:tcPr>
          <w:p>
            <w:r>
              <w:t>国家B类</w:t>
            </w:r>
          </w:p>
        </w:tc>
        <w:tc>
          <w:tcPr>
            <w:tcW w:type="dxa" w:w="1080"/>
          </w:tcPr>
          <w:p>
            <w:r>
              <w:t>/</w:t>
            </w:r>
          </w:p>
        </w:tc>
        <w:tc>
          <w:tcPr>
            <w:tcW w:type="dxa" w:w="1080"/>
          </w:tcPr>
          <w:p>
            <w:r>
              <w:t>/</w:t>
            </w:r>
          </w:p>
        </w:tc>
        <w:tc>
          <w:tcPr>
            <w:tcW w:type="dxa" w:w="1080"/>
          </w:tcPr>
          <w:p>
            <w:r/>
          </w:p>
        </w:tc>
      </w:tr>
      <w:tr>
        <w:tc>
          <w:tcPr>
            <w:tcW w:type="dxa" w:w="1080"/>
          </w:tcPr>
          <w:p>
            <w:r>
              <w:t>58</w:t>
            </w:r>
          </w:p>
        </w:tc>
        <w:tc>
          <w:tcPr>
            <w:tcW w:type="dxa" w:w="1080"/>
          </w:tcPr>
          <w:p>
            <w:r>
              <w:t>安全科学与工程学院/化工学院</w:t>
            </w:r>
          </w:p>
        </w:tc>
        <w:tc>
          <w:tcPr>
            <w:tcW w:type="dxa" w:w="1080"/>
          </w:tcPr>
          <w:p>
            <w:r>
              <w:t>全国大学生化工安全设计大赛</w:t>
            </w:r>
          </w:p>
        </w:tc>
        <w:tc>
          <w:tcPr>
            <w:tcW w:type="dxa" w:w="1080"/>
          </w:tcPr>
          <w:p>
            <w:r>
              <w:t>教育部高等学校化工类专业教学指导委员会</w:t>
            </w:r>
          </w:p>
        </w:tc>
        <w:tc>
          <w:tcPr>
            <w:tcW w:type="dxa" w:w="1080"/>
          </w:tcPr>
          <w:p>
            <w:r>
              <w:t>国家C类</w:t>
            </w:r>
          </w:p>
        </w:tc>
        <w:tc>
          <w:tcPr>
            <w:tcW w:type="dxa" w:w="1080"/>
          </w:tcPr>
          <w:p>
            <w:r>
              <w:t>/</w:t>
            </w:r>
          </w:p>
        </w:tc>
        <w:tc>
          <w:tcPr>
            <w:tcW w:type="dxa" w:w="1080"/>
          </w:tcPr>
          <w:p>
            <w:r>
              <w:t>/</w:t>
            </w:r>
          </w:p>
        </w:tc>
        <w:tc>
          <w:tcPr>
            <w:tcW w:type="dxa" w:w="1080"/>
          </w:tcPr>
          <w:p>
            <w:r/>
          </w:p>
        </w:tc>
      </w:tr>
      <w:tr>
        <w:tc>
          <w:tcPr>
            <w:tcW w:type="dxa" w:w="1080"/>
          </w:tcPr>
          <w:p>
            <w:r>
              <w:t>59</w:t>
            </w:r>
          </w:p>
        </w:tc>
        <w:tc>
          <w:tcPr>
            <w:tcW w:type="dxa" w:w="1080"/>
          </w:tcPr>
          <w:p>
            <w:r>
              <w:t>安全科学与工程学院</w:t>
            </w:r>
          </w:p>
        </w:tc>
        <w:tc>
          <w:tcPr>
            <w:tcW w:type="dxa" w:w="1080"/>
          </w:tcPr>
          <w:p>
            <w:r>
              <w:t>全国高等学校安全科学与工程类专业大学生实践与创新作品大赛</w:t>
            </w:r>
          </w:p>
        </w:tc>
        <w:tc>
          <w:tcPr>
            <w:tcW w:type="dxa" w:w="1080"/>
          </w:tcPr>
          <w:p>
            <w:r>
              <w:t>全国高校安全工程学术年会委员会，公共安全科学技术学会</w:t>
            </w:r>
          </w:p>
        </w:tc>
        <w:tc>
          <w:tcPr>
            <w:tcW w:type="dxa" w:w="1080"/>
          </w:tcPr>
          <w:p>
            <w:r>
              <w:t>国家C类</w:t>
            </w:r>
          </w:p>
        </w:tc>
        <w:tc>
          <w:tcPr>
            <w:tcW w:type="dxa" w:w="1080"/>
          </w:tcPr>
          <w:p>
            <w:r>
              <w:t>/</w:t>
            </w:r>
          </w:p>
        </w:tc>
        <w:tc>
          <w:tcPr>
            <w:tcW w:type="dxa" w:w="1080"/>
          </w:tcPr>
          <w:p>
            <w:r>
              <w:t>/</w:t>
            </w:r>
          </w:p>
        </w:tc>
        <w:tc>
          <w:tcPr>
            <w:tcW w:type="dxa" w:w="1080"/>
          </w:tcPr>
          <w:p>
            <w:r/>
          </w:p>
        </w:tc>
      </w:tr>
      <w:tr>
        <w:tc>
          <w:tcPr>
            <w:tcW w:type="dxa" w:w="1080"/>
          </w:tcPr>
          <w:p>
            <w:r>
              <w:t>60</w:t>
            </w:r>
          </w:p>
        </w:tc>
        <w:tc>
          <w:tcPr>
            <w:tcW w:type="dxa" w:w="1080"/>
          </w:tcPr>
          <w:p>
            <w:r>
              <w:t>数理科学学院</w:t>
            </w:r>
          </w:p>
        </w:tc>
        <w:tc>
          <w:tcPr>
            <w:tcW w:type="dxa" w:w="1080"/>
          </w:tcPr>
          <w:p>
            <w:r>
              <w:t>全国大学生数学竞赛</w:t>
            </w:r>
          </w:p>
        </w:tc>
        <w:tc>
          <w:tcPr>
            <w:tcW w:type="dxa" w:w="1080"/>
          </w:tcPr>
          <w:p>
            <w:r>
              <w:t>中国数学会</w:t>
            </w:r>
          </w:p>
        </w:tc>
        <w:tc>
          <w:tcPr>
            <w:tcW w:type="dxa" w:w="1080"/>
          </w:tcPr>
          <w:p>
            <w:r>
              <w:t>国家C类</w:t>
            </w:r>
          </w:p>
        </w:tc>
        <w:tc>
          <w:tcPr>
            <w:tcW w:type="dxa" w:w="1080"/>
          </w:tcPr>
          <w:p>
            <w:r>
              <w:t>江苏赛区选拔赛</w:t>
            </w:r>
          </w:p>
        </w:tc>
        <w:tc>
          <w:tcPr>
            <w:tcW w:type="dxa" w:w="1080"/>
          </w:tcPr>
          <w:p>
            <w:r>
              <w:t>省级D类</w:t>
            </w:r>
          </w:p>
        </w:tc>
        <w:tc>
          <w:tcPr>
            <w:tcW w:type="dxa" w:w="1080"/>
          </w:tcPr>
          <w:p>
            <w:r>
              <w:t>考试类，国赛获奖业绩点按省级C类奖励，省赛获奖业绩点按校级竞赛奖励</w:t>
            </w:r>
          </w:p>
        </w:tc>
      </w:tr>
      <w:tr>
        <w:tc>
          <w:tcPr>
            <w:tcW w:type="dxa" w:w="1080"/>
          </w:tcPr>
          <w:p>
            <w:r>
              <w:t>61</w:t>
            </w:r>
          </w:p>
        </w:tc>
        <w:tc>
          <w:tcPr>
            <w:tcW w:type="dxa" w:w="1080"/>
          </w:tcPr>
          <w:p>
            <w:r>
              <w:t>电气工程与控制科学学院/机械与动力工程学院</w:t>
            </w:r>
          </w:p>
        </w:tc>
        <w:tc>
          <w:tcPr>
            <w:tcW w:type="dxa" w:w="1080"/>
          </w:tcPr>
          <w:p>
            <w:r>
              <w:t>全国虚拟仪器设计大赛</w:t>
            </w:r>
          </w:p>
        </w:tc>
        <w:tc>
          <w:tcPr>
            <w:tcW w:type="dxa" w:w="1080"/>
          </w:tcPr>
          <w:p>
            <w:r>
              <w:t>中国仪器仪表学会，教育部高等学校仪器类专业教学指导委员会</w:t>
            </w:r>
          </w:p>
        </w:tc>
        <w:tc>
          <w:tcPr>
            <w:tcW w:type="dxa" w:w="1080"/>
          </w:tcPr>
          <w:p>
            <w:r>
              <w:t>国家C类</w:t>
            </w:r>
          </w:p>
        </w:tc>
        <w:tc>
          <w:tcPr>
            <w:tcW w:type="dxa" w:w="1080"/>
          </w:tcPr>
          <w:p>
            <w:r>
              <w:t>江苏省虚拟仪器设计大赛</w:t>
            </w:r>
          </w:p>
        </w:tc>
        <w:tc>
          <w:tcPr>
            <w:tcW w:type="dxa" w:w="1080"/>
          </w:tcPr>
          <w:p>
            <w:r>
              <w:t>省级D类</w:t>
            </w:r>
          </w:p>
        </w:tc>
        <w:tc>
          <w:tcPr>
            <w:tcW w:type="dxa" w:w="1080"/>
          </w:tcPr>
          <w:p>
            <w:r>
              <w:t>省赛获奖业绩点按省级D类奖励</w:t>
            </w:r>
          </w:p>
        </w:tc>
      </w:tr>
      <w:tr>
        <w:tc>
          <w:tcPr>
            <w:tcW w:type="dxa" w:w="1080"/>
          </w:tcPr>
          <w:p>
            <w:r>
              <w:t>62</w:t>
            </w:r>
          </w:p>
        </w:tc>
        <w:tc>
          <w:tcPr>
            <w:tcW w:type="dxa" w:w="1080"/>
          </w:tcPr>
          <w:p>
            <w:r>
              <w:t>电气工程与控制科学学院</w:t>
            </w:r>
          </w:p>
        </w:tc>
        <w:tc>
          <w:tcPr>
            <w:tcW w:type="dxa" w:w="1080"/>
          </w:tcPr>
          <w:p>
            <w:r>
              <w:t>“亚龙杯”全国大学生智能建筑工程实践技能竞赛</w:t>
            </w:r>
          </w:p>
        </w:tc>
        <w:tc>
          <w:tcPr>
            <w:tcW w:type="dxa" w:w="1080"/>
          </w:tcPr>
          <w:p>
            <w:r>
              <w:t>住建部高等学校建筑电气与智能化学科专业指导委员会</w:t>
            </w:r>
          </w:p>
        </w:tc>
        <w:tc>
          <w:tcPr>
            <w:tcW w:type="dxa" w:w="1080"/>
          </w:tcPr>
          <w:p>
            <w:r>
              <w:t>国家C类</w:t>
            </w:r>
          </w:p>
        </w:tc>
        <w:tc>
          <w:tcPr>
            <w:tcW w:type="dxa" w:w="1080"/>
          </w:tcPr>
          <w:p>
            <w:r>
              <w:t>/</w:t>
            </w:r>
          </w:p>
        </w:tc>
        <w:tc>
          <w:tcPr>
            <w:tcW w:type="dxa" w:w="1080"/>
          </w:tcPr>
          <w:p>
            <w:r>
              <w:t>/</w:t>
            </w:r>
          </w:p>
        </w:tc>
        <w:tc>
          <w:tcPr>
            <w:tcW w:type="dxa" w:w="1080"/>
          </w:tcPr>
          <w:p>
            <w:r/>
          </w:p>
        </w:tc>
      </w:tr>
      <w:tr>
        <w:tc>
          <w:tcPr>
            <w:tcW w:type="dxa" w:w="1080"/>
          </w:tcPr>
          <w:p>
            <w:r>
              <w:t>63</w:t>
            </w:r>
          </w:p>
        </w:tc>
        <w:tc>
          <w:tcPr>
            <w:tcW w:type="dxa" w:w="1080"/>
          </w:tcPr>
          <w:p>
            <w:r>
              <w:t>计算机科学与技术学院</w:t>
            </w:r>
          </w:p>
        </w:tc>
        <w:tc>
          <w:tcPr>
            <w:tcW w:type="dxa" w:w="1080"/>
          </w:tcPr>
          <w:p>
            <w:r>
              <w:t>中国大学生程序设计大赛</w:t>
            </w:r>
          </w:p>
        </w:tc>
        <w:tc>
          <w:tcPr>
            <w:tcW w:type="dxa" w:w="1080"/>
          </w:tcPr>
          <w:p>
            <w:r>
              <w:t>教育部高等学校计算机类专业教学指导委员会</w:t>
            </w:r>
          </w:p>
        </w:tc>
        <w:tc>
          <w:tcPr>
            <w:tcW w:type="dxa" w:w="1080"/>
          </w:tcPr>
          <w:p>
            <w:r>
              <w:t>国家C类</w:t>
            </w:r>
          </w:p>
        </w:tc>
        <w:tc>
          <w:tcPr>
            <w:tcW w:type="dxa" w:w="1080"/>
          </w:tcPr>
          <w:p>
            <w:r>
              <w:t>江苏省大学生程序设计大赛及全国分站赛</w:t>
            </w:r>
          </w:p>
        </w:tc>
        <w:tc>
          <w:tcPr>
            <w:tcW w:type="dxa" w:w="1080"/>
          </w:tcPr>
          <w:p>
            <w:r>
              <w:t>省级D类</w:t>
            </w:r>
          </w:p>
        </w:tc>
        <w:tc>
          <w:tcPr>
            <w:tcW w:type="dxa" w:w="1080"/>
          </w:tcPr>
          <w:p>
            <w:r>
              <w:t>省赛获奖业绩点按省级D类奖励</w:t>
            </w:r>
          </w:p>
        </w:tc>
      </w:tr>
      <w:tr>
        <w:tc>
          <w:tcPr>
            <w:tcW w:type="dxa" w:w="1080"/>
          </w:tcPr>
          <w:p>
            <w:r>
              <w:t>64</w:t>
            </w:r>
          </w:p>
        </w:tc>
        <w:tc>
          <w:tcPr>
            <w:tcW w:type="dxa" w:w="1080"/>
          </w:tcPr>
          <w:p>
            <w:r>
              <w:t>计算机科学与技术学院</w:t>
            </w:r>
          </w:p>
        </w:tc>
        <w:tc>
          <w:tcPr>
            <w:tcW w:type="dxa" w:w="1080"/>
          </w:tcPr>
          <w:p>
            <w:r>
              <w:t>全国大学生物联网设计竞赛</w:t>
            </w:r>
          </w:p>
        </w:tc>
        <w:tc>
          <w:tcPr>
            <w:tcW w:type="dxa" w:w="1080"/>
          </w:tcPr>
          <w:p>
            <w:r>
              <w:t>教育部高等学校计算机类专业教学指导委员会</w:t>
            </w:r>
          </w:p>
        </w:tc>
        <w:tc>
          <w:tcPr>
            <w:tcW w:type="dxa" w:w="1080"/>
          </w:tcPr>
          <w:p>
            <w:r>
              <w:t>国家C类</w:t>
            </w:r>
          </w:p>
        </w:tc>
        <w:tc>
          <w:tcPr>
            <w:tcW w:type="dxa" w:w="1080"/>
          </w:tcPr>
          <w:p>
            <w:r>
              <w:t>华东赛区选拔赛</w:t>
            </w:r>
          </w:p>
        </w:tc>
        <w:tc>
          <w:tcPr>
            <w:tcW w:type="dxa" w:w="1080"/>
          </w:tcPr>
          <w:p>
            <w:r>
              <w:t>省级D类</w:t>
            </w:r>
          </w:p>
        </w:tc>
        <w:tc>
          <w:tcPr>
            <w:tcW w:type="dxa" w:w="1080"/>
          </w:tcPr>
          <w:p>
            <w:r>
              <w:t>省赛获奖业绩点按省级D类奖励</w:t>
            </w:r>
          </w:p>
        </w:tc>
      </w:tr>
      <w:tr>
        <w:tc>
          <w:tcPr>
            <w:tcW w:type="dxa" w:w="1080"/>
          </w:tcPr>
          <w:p>
            <w:r>
              <w:t>65</w:t>
            </w:r>
          </w:p>
        </w:tc>
        <w:tc>
          <w:tcPr>
            <w:tcW w:type="dxa" w:w="1080"/>
          </w:tcPr>
          <w:p>
            <w:r>
              <w:t>化工学院</w:t>
            </w:r>
          </w:p>
        </w:tc>
        <w:tc>
          <w:tcPr>
            <w:tcW w:type="dxa" w:w="1080"/>
          </w:tcPr>
          <w:p>
            <w:r>
              <w:t>全国大学生化工实验大赛</w:t>
            </w:r>
          </w:p>
        </w:tc>
        <w:tc>
          <w:tcPr>
            <w:tcW w:type="dxa" w:w="1080"/>
          </w:tcPr>
          <w:p>
            <w:r>
              <w:t>教育部高等学校化工类专业教学指导委员会，中国化工教育协会</w:t>
            </w:r>
          </w:p>
        </w:tc>
        <w:tc>
          <w:tcPr>
            <w:tcW w:type="dxa" w:w="1080"/>
          </w:tcPr>
          <w:p>
            <w:r>
              <w:t>国家C类</w:t>
            </w:r>
          </w:p>
        </w:tc>
        <w:tc>
          <w:tcPr>
            <w:tcW w:type="dxa" w:w="1080"/>
          </w:tcPr>
          <w:p>
            <w:r>
              <w:t>华东赛区选拔赛</w:t>
            </w:r>
          </w:p>
        </w:tc>
        <w:tc>
          <w:tcPr>
            <w:tcW w:type="dxa" w:w="1080"/>
          </w:tcPr>
          <w:p>
            <w:r>
              <w:t>省级D类</w:t>
            </w:r>
          </w:p>
        </w:tc>
        <w:tc>
          <w:tcPr>
            <w:tcW w:type="dxa" w:w="1080"/>
          </w:tcPr>
          <w:p>
            <w:r>
              <w:t>省赛获奖业绩点按省级D类奖励</w:t>
            </w:r>
          </w:p>
        </w:tc>
      </w:tr>
      <w:tr>
        <w:tc>
          <w:tcPr>
            <w:tcW w:type="dxa" w:w="1080"/>
          </w:tcPr>
          <w:p>
            <w:r>
              <w:t>66</w:t>
            </w:r>
          </w:p>
        </w:tc>
        <w:tc>
          <w:tcPr>
            <w:tcW w:type="dxa" w:w="1080"/>
          </w:tcPr>
          <w:p>
            <w:r>
              <w:t>化工学院</w:t>
            </w:r>
          </w:p>
        </w:tc>
        <w:tc>
          <w:tcPr>
            <w:tcW w:type="dxa" w:w="1080"/>
          </w:tcPr>
          <w:p>
            <w:r>
              <w:t>中国大学生Chem - E - Car竞赛</w:t>
            </w:r>
          </w:p>
        </w:tc>
        <w:tc>
          <w:tcPr>
            <w:tcW w:type="dxa" w:w="1080"/>
          </w:tcPr>
          <w:p>
            <w:r>
              <w:t>中国化工学会，教育部高等学校化工类专业教学指导委员会</w:t>
            </w:r>
          </w:p>
        </w:tc>
        <w:tc>
          <w:tcPr>
            <w:tcW w:type="dxa" w:w="1080"/>
          </w:tcPr>
          <w:p>
            <w:r>
              <w:t>国家C类</w:t>
            </w:r>
          </w:p>
        </w:tc>
        <w:tc>
          <w:tcPr>
            <w:tcW w:type="dxa" w:w="1080"/>
          </w:tcPr>
          <w:p>
            <w:r>
              <w:t>/</w:t>
            </w:r>
          </w:p>
        </w:tc>
        <w:tc>
          <w:tcPr>
            <w:tcW w:type="dxa" w:w="1080"/>
          </w:tcPr>
          <w:p>
            <w:r>
              <w:t>/</w:t>
            </w:r>
          </w:p>
        </w:tc>
        <w:tc>
          <w:tcPr>
            <w:tcW w:type="dxa" w:w="1080"/>
          </w:tcPr>
          <w:p>
            <w:r/>
          </w:p>
        </w:tc>
      </w:tr>
      <w:tr>
        <w:tc>
          <w:tcPr>
            <w:tcW w:type="dxa" w:w="1080"/>
          </w:tcPr>
          <w:p>
            <w:r>
              <w:t>67</w:t>
            </w:r>
          </w:p>
        </w:tc>
        <w:tc>
          <w:tcPr>
            <w:tcW w:type="dxa" w:w="1080"/>
          </w:tcPr>
          <w:p>
            <w:r>
              <w:t>外国语言文学学院</w:t>
            </w:r>
          </w:p>
        </w:tc>
        <w:tc>
          <w:tcPr>
            <w:tcW w:type="dxa" w:w="1080"/>
          </w:tcPr>
          <w:p>
            <w:r>
              <w:t>“笹川杯”全国高校日本知识大赛</w:t>
            </w:r>
          </w:p>
        </w:tc>
        <w:tc>
          <w:tcPr>
            <w:tcW w:type="dxa" w:w="1080"/>
          </w:tcPr>
          <w:p>
            <w:r>
              <w:t>日本公益财团法人日本科学协会</w:t>
            </w:r>
          </w:p>
        </w:tc>
        <w:tc>
          <w:tcPr>
            <w:tcW w:type="dxa" w:w="1080"/>
          </w:tcPr>
          <w:p>
            <w:r>
              <w:t>国家C类</w:t>
            </w:r>
          </w:p>
        </w:tc>
        <w:tc>
          <w:tcPr>
            <w:tcW w:type="dxa" w:w="1080"/>
          </w:tcPr>
          <w:p>
            <w:r>
              <w:t>/</w:t>
            </w:r>
          </w:p>
        </w:tc>
        <w:tc>
          <w:tcPr>
            <w:tcW w:type="dxa" w:w="1080"/>
          </w:tcPr>
          <w:p>
            <w:r>
              <w:t>/</w:t>
            </w:r>
          </w:p>
        </w:tc>
        <w:tc>
          <w:tcPr>
            <w:tcW w:type="dxa" w:w="1080"/>
          </w:tcPr>
          <w:p>
            <w:r/>
          </w:p>
        </w:tc>
      </w:tr>
      <w:tr>
        <w:tc>
          <w:tcPr>
            <w:tcW w:type="dxa" w:w="1080"/>
          </w:tcPr>
          <w:p>
            <w:r>
              <w:t>68</w:t>
            </w:r>
          </w:p>
        </w:tc>
        <w:tc>
          <w:tcPr>
            <w:tcW w:type="dxa" w:w="1080"/>
          </w:tcPr>
          <w:p>
            <w:r>
              <w:t>艺术设计学院</w:t>
            </w:r>
          </w:p>
        </w:tc>
        <w:tc>
          <w:tcPr>
            <w:tcW w:type="dxa" w:w="1080"/>
          </w:tcPr>
          <w:p>
            <w:r>
              <w:t>全国大学生工业设计大赛</w:t>
            </w:r>
          </w:p>
        </w:tc>
        <w:tc>
          <w:tcPr>
            <w:tcW w:type="dxa" w:w="1080"/>
          </w:tcPr>
          <w:p>
            <w:r>
              <w:t>教育部高等学校工业设计专业教学指导分委员会</w:t>
            </w:r>
          </w:p>
        </w:tc>
        <w:tc>
          <w:tcPr>
            <w:tcW w:type="dxa" w:w="1080"/>
          </w:tcPr>
          <w:p>
            <w:r>
              <w:t>国家C类</w:t>
            </w:r>
          </w:p>
        </w:tc>
        <w:tc>
          <w:tcPr>
            <w:tcW w:type="dxa" w:w="1080"/>
          </w:tcPr>
          <w:p>
            <w:r>
              <w:t>江苏省大学生工业设计大赛暨全国大学生工业设计大赛江苏赛区选拔赛</w:t>
            </w:r>
          </w:p>
        </w:tc>
        <w:tc>
          <w:tcPr>
            <w:tcW w:type="dxa" w:w="1080"/>
          </w:tcPr>
          <w:p>
            <w:r>
              <w:t>省级D类</w:t>
            </w:r>
          </w:p>
        </w:tc>
        <w:tc>
          <w:tcPr>
            <w:tcW w:type="dxa" w:w="1080"/>
          </w:tcPr>
          <w:p>
            <w:r>
              <w:t>省赛获奖业绩点按省级D类奖励</w:t>
            </w:r>
          </w:p>
        </w:tc>
      </w:tr>
      <w:tr>
        <w:tc>
          <w:tcPr>
            <w:tcW w:type="dxa" w:w="1080"/>
          </w:tcPr>
          <w:p>
            <w:r>
              <w:t>69</w:t>
            </w:r>
          </w:p>
        </w:tc>
        <w:tc>
          <w:tcPr>
            <w:tcW w:type="dxa" w:w="1080"/>
          </w:tcPr>
          <w:p>
            <w:r>
              <w:t>艺术设计学院</w:t>
            </w:r>
          </w:p>
        </w:tc>
        <w:tc>
          <w:tcPr>
            <w:tcW w:type="dxa" w:w="1080"/>
          </w:tcPr>
          <w:p>
            <w:r>
              <w:t>中国包装创意设计大赛</w:t>
            </w:r>
          </w:p>
        </w:tc>
        <w:tc>
          <w:tcPr>
            <w:tcW w:type="dxa" w:w="1080"/>
          </w:tcPr>
          <w:p>
            <w:r>
              <w:t>中国包装联合会</w:t>
            </w:r>
          </w:p>
        </w:tc>
        <w:tc>
          <w:tcPr>
            <w:tcW w:type="dxa" w:w="1080"/>
          </w:tcPr>
          <w:p>
            <w:r>
              <w:t>国家C类</w:t>
            </w:r>
          </w:p>
        </w:tc>
        <w:tc>
          <w:tcPr>
            <w:tcW w:type="dxa" w:w="1080"/>
          </w:tcPr>
          <w:p>
            <w:r>
              <w:t>/</w:t>
            </w:r>
          </w:p>
        </w:tc>
        <w:tc>
          <w:tcPr>
            <w:tcW w:type="dxa" w:w="1080"/>
          </w:tcPr>
          <w:p>
            <w:r>
              <w:t>/</w:t>
            </w:r>
          </w:p>
        </w:tc>
        <w:tc>
          <w:tcPr>
            <w:tcW w:type="dxa" w:w="1080"/>
          </w:tcPr>
          <w:p>
            <w:r>
              <w:t>无现场答辩降一级认定，获奖业绩点按省级C类奖励</w:t>
            </w:r>
          </w:p>
        </w:tc>
      </w:tr>
      <w:tr>
        <w:tc>
          <w:tcPr>
            <w:tcW w:type="dxa" w:w="1080"/>
          </w:tcPr>
          <w:p>
            <w:r>
              <w:t>70</w:t>
            </w:r>
          </w:p>
        </w:tc>
        <w:tc>
          <w:tcPr>
            <w:tcW w:type="dxa" w:w="1080"/>
          </w:tcPr>
          <w:p>
            <w:r>
              <w:t>交通运输工程学院</w:t>
            </w:r>
          </w:p>
        </w:tc>
        <w:tc>
          <w:tcPr>
            <w:tcW w:type="dxa" w:w="1080"/>
          </w:tcPr>
          <w:p>
            <w:r>
              <w:t>全国高校智能交通创新创业大赛</w:t>
            </w:r>
          </w:p>
        </w:tc>
        <w:tc>
          <w:tcPr>
            <w:tcW w:type="dxa" w:w="1080"/>
          </w:tcPr>
          <w:p>
            <w:r>
              <w:t>中国自动化学会综合智能交通专业委员会</w:t>
            </w:r>
          </w:p>
        </w:tc>
        <w:tc>
          <w:tcPr>
            <w:tcW w:type="dxa" w:w="1080"/>
          </w:tcPr>
          <w:p>
            <w:r>
              <w:t>国家C类</w:t>
            </w:r>
          </w:p>
        </w:tc>
        <w:tc>
          <w:tcPr>
            <w:tcW w:type="dxa" w:w="1080"/>
          </w:tcPr>
          <w:p>
            <w:r>
              <w:t>江苏省选拔赛</w:t>
            </w:r>
          </w:p>
        </w:tc>
        <w:tc>
          <w:tcPr>
            <w:tcW w:type="dxa" w:w="1080"/>
          </w:tcPr>
          <w:p>
            <w:r>
              <w:t>省级D类</w:t>
            </w:r>
          </w:p>
        </w:tc>
        <w:tc>
          <w:tcPr>
            <w:tcW w:type="dxa" w:w="1080"/>
          </w:tcPr>
          <w:p>
            <w:r>
              <w:t>省赛获奖业绩点按省级D类奖励</w:t>
            </w:r>
          </w:p>
        </w:tc>
      </w:tr>
      <w:tr>
        <w:tc>
          <w:tcPr>
            <w:tcW w:type="dxa" w:w="1080"/>
          </w:tcPr>
          <w:p>
            <w:r>
              <w:t>71</w:t>
            </w:r>
          </w:p>
        </w:tc>
        <w:tc>
          <w:tcPr>
            <w:tcW w:type="dxa" w:w="1080"/>
          </w:tcPr>
          <w:p>
            <w:r>
              <w:t>交通运输工程学院</w:t>
            </w:r>
          </w:p>
        </w:tc>
        <w:tc>
          <w:tcPr>
            <w:tcW w:type="dxa" w:w="1080"/>
          </w:tcPr>
          <w:p>
            <w:r>
              <w:t>全国城市地下空间工程专业大学生模型设计竞赛</w:t>
            </w:r>
          </w:p>
        </w:tc>
        <w:tc>
          <w:tcPr>
            <w:tcW w:type="dxa" w:w="1080"/>
          </w:tcPr>
          <w:p>
            <w:r>
              <w:t>中国岩石力学与工程学会</w:t>
            </w:r>
          </w:p>
        </w:tc>
        <w:tc>
          <w:tcPr>
            <w:tcW w:type="dxa" w:w="1080"/>
          </w:tcPr>
          <w:p>
            <w:r>
              <w:t>国家C类</w:t>
            </w:r>
          </w:p>
        </w:tc>
        <w:tc>
          <w:tcPr>
            <w:tcW w:type="dxa" w:w="1080"/>
          </w:tcPr>
          <w:p>
            <w:r>
              <w:t>/</w:t>
            </w:r>
          </w:p>
        </w:tc>
        <w:tc>
          <w:tcPr>
            <w:tcW w:type="dxa" w:w="1080"/>
          </w:tcPr>
          <w:p>
            <w:r>
              <w:t>/</w:t>
            </w:r>
          </w:p>
        </w:tc>
        <w:tc>
          <w:tcPr>
            <w:tcW w:type="dxa" w:w="1080"/>
          </w:tcPr>
          <w:p>
            <w:r/>
          </w:p>
        </w:tc>
      </w:tr>
      <w:tr>
        <w:tc>
          <w:tcPr>
            <w:tcW w:type="dxa" w:w="1080"/>
          </w:tcPr>
          <w:p>
            <w:r>
              <w:t>72</w:t>
            </w:r>
          </w:p>
        </w:tc>
        <w:tc>
          <w:tcPr>
            <w:tcW w:type="dxa" w:w="1080"/>
          </w:tcPr>
          <w:p>
            <w:r>
              <w:t>法学院</w:t>
            </w:r>
          </w:p>
        </w:tc>
        <w:tc>
          <w:tcPr>
            <w:tcW w:type="dxa" w:w="1080"/>
          </w:tcPr>
          <w:p>
            <w:r>
              <w:t>“贸仲杯”国际商事模拟仲裁大赛</w:t>
            </w:r>
          </w:p>
        </w:tc>
        <w:tc>
          <w:tcPr>
            <w:tcW w:type="dxa" w:w="1080"/>
          </w:tcPr>
          <w:p>
            <w:r>
              <w:t>中国国际经济贸易仲裁委员会</w:t>
            </w:r>
          </w:p>
        </w:tc>
        <w:tc>
          <w:tcPr>
            <w:tcW w:type="dxa" w:w="1080"/>
          </w:tcPr>
          <w:p>
            <w:r>
              <w:t>国家C类</w:t>
            </w:r>
          </w:p>
        </w:tc>
        <w:tc>
          <w:tcPr>
            <w:tcW w:type="dxa" w:w="1080"/>
          </w:tcPr>
          <w:p>
            <w:r>
              <w:t>/</w:t>
            </w:r>
          </w:p>
        </w:tc>
        <w:tc>
          <w:tcPr>
            <w:tcW w:type="dxa" w:w="1080"/>
          </w:tcPr>
          <w:p>
            <w:r>
              <w:t>/</w:t>
            </w:r>
          </w:p>
        </w:tc>
        <w:tc>
          <w:tcPr>
            <w:tcW w:type="dxa" w:w="1080"/>
          </w:tcPr>
          <w:p>
            <w:r/>
          </w:p>
        </w:tc>
      </w:tr>
      <w:tr>
        <w:tc>
          <w:tcPr>
            <w:tcW w:type="dxa" w:w="1080"/>
          </w:tcPr>
          <w:p>
            <w:r>
              <w:t>73</w:t>
            </w:r>
          </w:p>
        </w:tc>
        <w:tc>
          <w:tcPr>
            <w:tcW w:type="dxa" w:w="1080"/>
          </w:tcPr>
          <w:p>
            <w:r>
              <w:t>法学院</w:t>
            </w:r>
          </w:p>
        </w:tc>
        <w:tc>
          <w:tcPr>
            <w:tcW w:type="dxa" w:w="1080"/>
          </w:tcPr>
          <w:p>
            <w:r>
              <w:t>国际刑事法院中文模拟法庭比赛</w:t>
            </w:r>
          </w:p>
        </w:tc>
        <w:tc>
          <w:tcPr>
            <w:tcW w:type="dxa" w:w="1080"/>
          </w:tcPr>
          <w:p>
            <w:r>
              <w:t>中国国际刑法青年学者联盟</w:t>
            </w:r>
          </w:p>
        </w:tc>
        <w:tc>
          <w:tcPr>
            <w:tcW w:type="dxa" w:w="1080"/>
          </w:tcPr>
          <w:p>
            <w:r>
              <w:t>国家C类</w:t>
            </w:r>
          </w:p>
        </w:tc>
        <w:tc>
          <w:tcPr>
            <w:tcW w:type="dxa" w:w="1080"/>
          </w:tcPr>
          <w:p>
            <w:r>
              <w:t>/</w:t>
            </w:r>
          </w:p>
        </w:tc>
        <w:tc>
          <w:tcPr>
            <w:tcW w:type="dxa" w:w="1080"/>
          </w:tcPr>
          <w:p>
            <w:r>
              <w:t>/</w:t>
            </w:r>
          </w:p>
        </w:tc>
        <w:tc>
          <w:tcPr>
            <w:tcW w:type="dxa" w:w="1080"/>
          </w:tcPr>
          <w:p>
            <w:r/>
          </w:p>
        </w:tc>
      </w:tr>
      <w:tr>
        <w:tc>
          <w:tcPr>
            <w:tcW w:type="dxa" w:w="1080"/>
          </w:tcPr>
          <w:p>
            <w:r>
              <w:t>74</w:t>
            </w:r>
          </w:p>
        </w:tc>
        <w:tc>
          <w:tcPr>
            <w:tcW w:type="dxa" w:w="1080"/>
          </w:tcPr>
          <w:p>
            <w:r>
              <w:t>建筑学院</w:t>
            </w:r>
          </w:p>
        </w:tc>
        <w:tc>
          <w:tcPr>
            <w:tcW w:type="dxa" w:w="1080"/>
          </w:tcPr>
          <w:p>
            <w:r>
              <w:t>全国高等学校建筑学教育年会教学竞赛奖（全国建筑设计教案与教学成果评选、“台达杯”竞赛单元）</w:t>
            </w:r>
          </w:p>
        </w:tc>
        <w:tc>
          <w:tcPr>
            <w:tcW w:type="dxa" w:w="1080"/>
          </w:tcPr>
          <w:p>
            <w:r>
              <w:t>教育部高等学校建筑类专业教学指导委员会建筑学专业教学指导分委员会</w:t>
            </w:r>
          </w:p>
        </w:tc>
        <w:tc>
          <w:tcPr>
            <w:tcW w:type="dxa" w:w="1080"/>
          </w:tcPr>
          <w:p>
            <w:r>
              <w:t>国家C类</w:t>
            </w:r>
          </w:p>
        </w:tc>
        <w:tc>
          <w:tcPr>
            <w:tcW w:type="dxa" w:w="1080"/>
          </w:tcPr>
          <w:p>
            <w:r>
              <w:t>/</w:t>
            </w:r>
          </w:p>
        </w:tc>
        <w:tc>
          <w:tcPr>
            <w:tcW w:type="dxa" w:w="1080"/>
          </w:tcPr>
          <w:p>
            <w:r>
              <w:t>/</w:t>
            </w:r>
          </w:p>
        </w:tc>
        <w:tc>
          <w:tcPr>
            <w:tcW w:type="dxa" w:w="1080"/>
          </w:tcPr>
          <w:p>
            <w:r/>
          </w:p>
        </w:tc>
      </w:tr>
      <w:tr>
        <w:tc>
          <w:tcPr>
            <w:tcW w:type="dxa" w:w="1080"/>
          </w:tcPr>
          <w:p>
            <w:r>
              <w:t>75</w:t>
            </w:r>
          </w:p>
        </w:tc>
        <w:tc>
          <w:tcPr>
            <w:tcW w:type="dxa" w:w="1080"/>
          </w:tcPr>
          <w:p>
            <w:r>
              <w:t>建筑学院</w:t>
            </w:r>
          </w:p>
        </w:tc>
        <w:tc>
          <w:tcPr>
            <w:tcW w:type="dxa" w:w="1080"/>
          </w:tcPr>
          <w:p>
            <w:r>
              <w:t>全国高等学校城乡规划教育年会教学竞赛奖（含城市设计作业评优、城乡社会综合实践调研报告作业评优、城市交通出行创新实践作业评优）</w:t>
            </w:r>
          </w:p>
        </w:tc>
        <w:tc>
          <w:tcPr>
            <w:tcW w:type="dxa" w:w="1080"/>
          </w:tcPr>
          <w:p>
            <w:r>
              <w:t>教育部高等学校建筑类专业教学指导委员会城乡规划专业教学指导分委员会</w:t>
            </w:r>
          </w:p>
        </w:tc>
        <w:tc>
          <w:tcPr>
            <w:tcW w:type="dxa" w:w="1080"/>
          </w:tcPr>
          <w:p>
            <w:r>
              <w:t>国家C类</w:t>
            </w:r>
          </w:p>
        </w:tc>
        <w:tc>
          <w:tcPr>
            <w:tcW w:type="dxa" w:w="1080"/>
          </w:tcPr>
          <w:p>
            <w:r>
              <w:t>/</w:t>
            </w:r>
          </w:p>
        </w:tc>
        <w:tc>
          <w:tcPr>
            <w:tcW w:type="dxa" w:w="1080"/>
          </w:tcPr>
          <w:p>
            <w:r>
              <w:t>/</w:t>
            </w:r>
          </w:p>
        </w:tc>
        <w:tc>
          <w:tcPr>
            <w:tcW w:type="dxa" w:w="1080"/>
          </w:tcPr>
          <w:p>
            <w:r/>
          </w:p>
        </w:tc>
      </w:tr>
      <w:tr>
        <w:tc>
          <w:tcPr>
            <w:tcW w:type="dxa" w:w="1080"/>
          </w:tcPr>
          <w:p>
            <w:r>
              <w:t>76</w:t>
            </w:r>
          </w:p>
        </w:tc>
        <w:tc>
          <w:tcPr>
            <w:tcW w:type="dxa" w:w="1080"/>
          </w:tcPr>
          <w:p>
            <w:r>
              <w:t>材料科学与工程学院</w:t>
            </w:r>
          </w:p>
        </w:tc>
        <w:tc>
          <w:tcPr>
            <w:tcW w:type="dxa" w:w="1080"/>
          </w:tcPr>
          <w:p>
            <w:r>
              <w:t>全国大学生混凝土材料设计大赛</w:t>
            </w:r>
          </w:p>
        </w:tc>
        <w:tc>
          <w:tcPr>
            <w:tcW w:type="dxa" w:w="1080"/>
          </w:tcPr>
          <w:p>
            <w:r>
              <w:t>教育部无机非金属材料专业教学指导委员会，中国混凝土与水泥制品协会</w:t>
            </w:r>
          </w:p>
        </w:tc>
        <w:tc>
          <w:tcPr>
            <w:tcW w:type="dxa" w:w="1080"/>
          </w:tcPr>
          <w:p>
            <w:r>
              <w:t>国家C类</w:t>
            </w:r>
          </w:p>
        </w:tc>
        <w:tc>
          <w:tcPr>
            <w:tcW w:type="dxa" w:w="1080"/>
          </w:tcPr>
          <w:p>
            <w:r>
              <w:t>/</w:t>
            </w:r>
          </w:p>
        </w:tc>
        <w:tc>
          <w:tcPr>
            <w:tcW w:type="dxa" w:w="1080"/>
          </w:tcPr>
          <w:p>
            <w:r>
              <w:t>/</w:t>
            </w:r>
          </w:p>
        </w:tc>
        <w:tc>
          <w:tcPr>
            <w:tcW w:type="dxa" w:w="1080"/>
          </w:tcPr>
          <w:p>
            <w:r/>
          </w:p>
        </w:tc>
      </w:tr>
      <w:tr>
        <w:tc>
          <w:tcPr>
            <w:tcW w:type="dxa" w:w="1080"/>
          </w:tcPr>
          <w:p>
            <w:r>
              <w:t>77</w:t>
            </w:r>
          </w:p>
        </w:tc>
        <w:tc>
          <w:tcPr>
            <w:tcW w:type="dxa" w:w="1080"/>
          </w:tcPr>
          <w:p>
            <w:r>
              <w:t>测绘科学与技术学院</w:t>
            </w:r>
          </w:p>
        </w:tc>
        <w:tc>
          <w:tcPr>
            <w:tcW w:type="dxa" w:w="1080"/>
          </w:tcPr>
          <w:p>
            <w:r>
              <w:t>全国大学生GIS应用技能大赛</w:t>
            </w:r>
          </w:p>
        </w:tc>
        <w:tc>
          <w:tcPr>
            <w:tcW w:type="dxa" w:w="1080"/>
          </w:tcPr>
          <w:p>
            <w:r>
              <w:t>中国地理信息产业协会，教育部高等学校地理科学教学指导委员会</w:t>
            </w:r>
          </w:p>
        </w:tc>
        <w:tc>
          <w:tcPr>
            <w:tcW w:type="dxa" w:w="1080"/>
          </w:tcPr>
          <w:p>
            <w:r>
              <w:t>国家C类</w:t>
            </w:r>
          </w:p>
        </w:tc>
        <w:tc>
          <w:tcPr>
            <w:tcW w:type="dxa" w:w="1080"/>
          </w:tcPr>
          <w:p>
            <w:r>
              <w:t>/</w:t>
            </w:r>
          </w:p>
        </w:tc>
        <w:tc>
          <w:tcPr>
            <w:tcW w:type="dxa" w:w="1080"/>
          </w:tcPr>
          <w:p>
            <w:r>
              <w:t>/</w:t>
            </w:r>
          </w:p>
        </w:tc>
        <w:tc>
          <w:tcPr>
            <w:tcW w:type="dxa" w:w="1080"/>
          </w:tcPr>
          <w:p>
            <w:r/>
          </w:p>
        </w:tc>
      </w:tr>
      <w:tr>
        <w:tc>
          <w:tcPr>
            <w:tcW w:type="dxa" w:w="1080"/>
          </w:tcPr>
          <w:p>
            <w:r>
              <w:t>78</w:t>
            </w:r>
          </w:p>
        </w:tc>
        <w:tc>
          <w:tcPr>
            <w:tcW w:type="dxa" w:w="1080"/>
          </w:tcPr>
          <w:p>
            <w:r>
              <w:t>测绘科学与技术学院</w:t>
            </w:r>
          </w:p>
        </w:tc>
        <w:tc>
          <w:tcPr>
            <w:tcW w:type="dxa" w:w="1080"/>
          </w:tcPr>
          <w:p>
            <w:r>
              <w:t>全国普通高等学校大学生测绘技能大赛</w:t>
            </w:r>
          </w:p>
        </w:tc>
        <w:tc>
          <w:tcPr>
            <w:tcW w:type="dxa" w:w="1080"/>
          </w:tcPr>
          <w:p>
            <w:r>
              <w:t>教育部高等学校测绘学科教学指导委员会，国家测绘地理信息局职业鉴定指导中心，中国测绘学会测绘教育委员会</w:t>
            </w:r>
          </w:p>
        </w:tc>
        <w:tc>
          <w:tcPr>
            <w:tcW w:type="dxa" w:w="1080"/>
          </w:tcPr>
          <w:p>
            <w:r>
              <w:t>国家C类</w:t>
            </w:r>
          </w:p>
        </w:tc>
        <w:tc>
          <w:tcPr>
            <w:tcW w:type="dxa" w:w="1080"/>
          </w:tcPr>
          <w:p>
            <w:r>
              <w:t>/</w:t>
            </w:r>
          </w:p>
        </w:tc>
        <w:tc>
          <w:tcPr>
            <w:tcW w:type="dxa" w:w="1080"/>
          </w:tcPr>
          <w:p>
            <w:r>
              <w:t>/</w:t>
            </w:r>
          </w:p>
        </w:tc>
        <w:tc>
          <w:tcPr>
            <w:tcW w:type="dxa" w:w="1080"/>
          </w:tcPr>
          <w:p>
            <w:r/>
          </w:p>
        </w:tc>
      </w:tr>
      <w:tr>
        <w:tc>
          <w:tcPr>
            <w:tcW w:type="dxa" w:w="1080"/>
          </w:tcPr>
          <w:p>
            <w:r>
              <w:t>79</w:t>
            </w:r>
          </w:p>
        </w:tc>
        <w:tc>
          <w:tcPr>
            <w:tcW w:type="dxa" w:w="1080"/>
          </w:tcPr>
          <w:p>
            <w:r>
              <w:t>城市建设学院</w:t>
            </w:r>
          </w:p>
        </w:tc>
        <w:tc>
          <w:tcPr>
            <w:tcW w:type="dxa" w:w="1080"/>
          </w:tcPr>
          <w:p>
            <w:r>
              <w:t>CAR - ASHRAE学生设计竞赛</w:t>
            </w:r>
          </w:p>
        </w:tc>
        <w:tc>
          <w:tcPr>
            <w:tcW w:type="dxa" w:w="1080"/>
          </w:tcPr>
          <w:p>
            <w:r>
              <w:t>中国制冷学会，美国ASHRAE (供热，通风空调学会），住房和城乡建设部高等学校建筑环境与设备工程专业指导委员会</w:t>
            </w:r>
          </w:p>
        </w:tc>
        <w:tc>
          <w:tcPr>
            <w:tcW w:type="dxa" w:w="1080"/>
          </w:tcPr>
          <w:p>
            <w:r>
              <w:t>国家C类</w:t>
            </w:r>
          </w:p>
        </w:tc>
        <w:tc>
          <w:tcPr>
            <w:tcW w:type="dxa" w:w="1080"/>
          </w:tcPr>
          <w:p>
            <w:r>
              <w:t>/</w:t>
            </w:r>
          </w:p>
        </w:tc>
        <w:tc>
          <w:tcPr>
            <w:tcW w:type="dxa" w:w="1080"/>
          </w:tcPr>
          <w:p>
            <w:r>
              <w:t>/</w:t>
            </w:r>
          </w:p>
        </w:tc>
        <w:tc>
          <w:tcPr>
            <w:tcW w:type="dxa" w:w="1080"/>
          </w:tcPr>
          <w:p>
            <w:r/>
          </w:p>
        </w:tc>
      </w:tr>
      <w:tr>
        <w:tc>
          <w:tcPr>
            <w:tcW w:type="dxa" w:w="1080"/>
          </w:tcPr>
          <w:p>
            <w:r>
              <w:t>80</w:t>
            </w:r>
          </w:p>
        </w:tc>
        <w:tc>
          <w:tcPr>
            <w:tcW w:type="dxa" w:w="1080"/>
          </w:tcPr>
          <w:p>
            <w:r>
              <w:t>环境科学与工程学院</w:t>
            </w:r>
          </w:p>
        </w:tc>
        <w:tc>
          <w:tcPr>
            <w:tcW w:type="dxa" w:w="1080"/>
          </w:tcPr>
          <w:p>
            <w:r>
              <w:t>全国大学生环境生态科技创新大赛</w:t>
            </w:r>
          </w:p>
        </w:tc>
        <w:tc>
          <w:tcPr>
            <w:tcW w:type="dxa" w:w="1080"/>
          </w:tcPr>
          <w:p>
            <w:r>
              <w:t>教育部高等学校环境生态类教学指导委员会，环保部环境保护职业教育教学指导委员会</w:t>
            </w:r>
          </w:p>
        </w:tc>
        <w:tc>
          <w:tcPr>
            <w:tcW w:type="dxa" w:w="1080"/>
          </w:tcPr>
          <w:p>
            <w:r>
              <w:t>国家C类</w:t>
            </w:r>
          </w:p>
        </w:tc>
        <w:tc>
          <w:tcPr>
            <w:tcW w:type="dxa" w:w="1080"/>
          </w:tcPr>
          <w:p>
            <w:r>
              <w:t>/</w:t>
            </w:r>
          </w:p>
        </w:tc>
        <w:tc>
          <w:tcPr>
            <w:tcW w:type="dxa" w:w="1080"/>
          </w:tcPr>
          <w:p>
            <w:r>
              <w:t>/</w:t>
            </w:r>
          </w:p>
        </w:tc>
        <w:tc>
          <w:tcPr>
            <w:tcW w:type="dxa" w:w="1080"/>
          </w:tcPr>
          <w:p>
            <w:r/>
          </w:p>
        </w:tc>
      </w:tr>
      <w:tr>
        <w:tc>
          <w:tcPr>
            <w:tcW w:type="dxa" w:w="1080"/>
          </w:tcPr>
          <w:p>
            <w:r>
              <w:t>81</w:t>
            </w:r>
          </w:p>
        </w:tc>
        <w:tc>
          <w:tcPr>
            <w:tcW w:type="dxa" w:w="1080"/>
          </w:tcPr>
          <w:p>
            <w:r>
              <w:t>校团委</w:t>
            </w:r>
          </w:p>
        </w:tc>
        <w:tc>
          <w:tcPr>
            <w:tcW w:type="dxa" w:w="1080"/>
          </w:tcPr>
          <w:p>
            <w:r>
              <w:t>“挑战杯”全国大学生课外学术科技作品竞赛专项赛、“挑战杯”中国大学生创业计划竞赛专项赛</w:t>
            </w:r>
          </w:p>
        </w:tc>
        <w:tc>
          <w:tcPr>
            <w:tcW w:type="dxa" w:w="1080"/>
          </w:tcPr>
          <w:p>
            <w:r>
              <w:t>共青团中央，中国科协，教育部，全国学联，承办学校所在地人民政府</w:t>
            </w:r>
          </w:p>
        </w:tc>
        <w:tc>
          <w:tcPr>
            <w:tcW w:type="dxa" w:w="1080"/>
          </w:tcPr>
          <w:p>
            <w:r>
              <w:t>国家C类</w:t>
            </w:r>
          </w:p>
        </w:tc>
        <w:tc>
          <w:tcPr>
            <w:tcW w:type="dxa" w:w="1080"/>
          </w:tcPr>
          <w:p>
            <w:r>
              <w:t>“挑战杯”江苏省大学生课外学术科技作品竞赛专项赛、“挑战杯”江苏省大学生创业计划竞赛专项赛</w:t>
            </w:r>
          </w:p>
        </w:tc>
        <w:tc>
          <w:tcPr>
            <w:tcW w:type="dxa" w:w="1080"/>
          </w:tcPr>
          <w:p>
            <w:r>
              <w:t>省级C类</w:t>
            </w:r>
          </w:p>
        </w:tc>
        <w:tc>
          <w:tcPr>
            <w:tcW w:type="dxa" w:w="1080"/>
          </w:tcPr>
          <w:p>
            <w:r>
              <w:t>省赛获奖业绩点按省级D类奖励</w:t>
            </w:r>
          </w:p>
        </w:tc>
      </w:tr>
      <w:tr>
        <w:tc>
          <w:tcPr>
            <w:tcW w:type="dxa" w:w="1080"/>
          </w:tcPr>
          <w:p>
            <w:r>
              <w:t>82</w:t>
            </w:r>
          </w:p>
        </w:tc>
        <w:tc>
          <w:tcPr>
            <w:tcW w:type="dxa" w:w="1080"/>
          </w:tcPr>
          <w:p>
            <w:r>
              <w:t>校团委</w:t>
            </w:r>
          </w:p>
        </w:tc>
        <w:tc>
          <w:tcPr>
            <w:tcW w:type="dxa" w:w="1080"/>
          </w:tcPr>
          <w:p>
            <w:r>
              <w:t>长江钢琴·全国高校钢琴大赛</w:t>
            </w:r>
          </w:p>
        </w:tc>
        <w:tc>
          <w:tcPr>
            <w:tcW w:type="dxa" w:w="1080"/>
          </w:tcPr>
          <w:p>
            <w:r>
              <w:t>中国高等教育学会</w:t>
            </w:r>
          </w:p>
        </w:tc>
        <w:tc>
          <w:tcPr>
            <w:tcW w:type="dxa" w:w="1080"/>
          </w:tcPr>
          <w:p>
            <w:r>
              <w:t>国家C类</w:t>
            </w:r>
          </w:p>
        </w:tc>
        <w:tc>
          <w:tcPr>
            <w:tcW w:type="dxa" w:w="1080"/>
          </w:tcPr>
          <w:p>
            <w:r>
              <w:t>长江钢琴·全国高校钢琴大赛江苏赛区选拔赛</w:t>
            </w:r>
          </w:p>
        </w:tc>
        <w:tc>
          <w:tcPr>
            <w:tcW w:type="dxa" w:w="1080"/>
          </w:tcPr>
          <w:p>
            <w:r>
              <w:t>省级C类</w:t>
            </w:r>
          </w:p>
        </w:tc>
        <w:tc>
          <w:tcPr>
            <w:tcW w:type="dxa" w:w="1080"/>
          </w:tcPr>
          <w:p>
            <w:r>
              <w:t>省赛获奖业绩点按省级D类奖励</w:t>
            </w:r>
          </w:p>
        </w:tc>
      </w:tr>
      <w:tr>
        <w:tc>
          <w:tcPr>
            <w:tcW w:type="dxa" w:w="1080"/>
          </w:tcPr>
          <w:p>
            <w:r>
              <w:t>83</w:t>
            </w:r>
          </w:p>
        </w:tc>
        <w:tc>
          <w:tcPr>
            <w:tcW w:type="dxa" w:w="1080"/>
          </w:tcPr>
          <w:p>
            <w:r>
              <w:t>经济与管理学院</w:t>
            </w:r>
          </w:p>
        </w:tc>
        <w:tc>
          <w:tcPr>
            <w:tcW w:type="dxa" w:w="1080"/>
          </w:tcPr>
          <w:p>
            <w:r>
              <w:t>“东风日产杯”清华IE亮剑全国工业工程应用案例大赛</w:t>
            </w:r>
          </w:p>
        </w:tc>
        <w:tc>
          <w:tcPr>
            <w:tcW w:type="dxa" w:w="1080"/>
          </w:tcPr>
          <w:p>
            <w:r>
              <w:t>教育部工业工程教育指导委员会，全国工程硕士专业学位教育指导委员会，中国机械工程学会工业工程分会，中国人类工效学学会，清华大学工业工程系</w:t>
            </w:r>
          </w:p>
        </w:tc>
        <w:tc>
          <w:tcPr>
            <w:tcW w:type="dxa" w:w="1080"/>
          </w:tcPr>
          <w:p>
            <w:r>
              <w:t>国家C类</w:t>
            </w:r>
          </w:p>
        </w:tc>
        <w:tc>
          <w:tcPr>
            <w:tcW w:type="dxa" w:w="1080"/>
          </w:tcPr>
          <w:p>
            <w:r>
              <w:t>/</w:t>
            </w:r>
          </w:p>
        </w:tc>
        <w:tc>
          <w:tcPr>
            <w:tcW w:type="dxa" w:w="1080"/>
          </w:tcPr>
          <w:p>
            <w:r>
              <w:t>/</w:t>
            </w:r>
          </w:p>
        </w:tc>
        <w:tc>
          <w:tcPr>
            <w:tcW w:type="dxa" w:w="1080"/>
          </w:tcPr>
          <w:p>
            <w:r/>
          </w:p>
        </w:tc>
      </w:tr>
      <w:tr>
        <w:tc>
          <w:tcPr>
            <w:tcW w:type="dxa" w:w="1080"/>
          </w:tcPr>
          <w:p>
            <w:r>
              <w:t>备注：1 .本目录1 - 53项为全国普通高校学科竞赛排行榜的竞赛活动，每年根据全国普通高校学科竞赛评估结果动态调整。C类竞赛根据主办单位级别、赛事规模、影响力、获奖难易度等因素进行认定，每个学院原则上不超过2项；2 . B类竞赛省赛获奖业绩点原则上按省级C类奖励，C类竞赛省赛获奖业绩点原则上按省级D类奖励；3 .未列入本目录的竞赛活动每年由学院向教务处报备，原则上均认定为D类竞赛。</w:t>
            </w:r>
          </w:p>
        </w:tc>
        <w:tc>
          <w:tcPr>
            <w:tcW w:type="dxa" w:w="1080"/>
          </w:tcPr>
          <w:p/>
        </w:tc>
        <w:tc>
          <w:tcPr>
            <w:tcW w:type="dxa" w:w="1080"/>
          </w:tcPr>
          <w:p/>
        </w:tc>
        <w:tc>
          <w:tcPr>
            <w:tcW w:type="dxa" w:w="1080"/>
          </w:tcPr>
          <w:p/>
        </w:tc>
        <w:tc>
          <w:tcPr>
            <w:tcW w:type="dxa" w:w="1080"/>
          </w:tcPr>
          <w:p/>
        </w:tc>
        <w:tc>
          <w:tcPr>
            <w:tcW w:type="dxa" w:w="1080"/>
          </w:tcPr>
          <w:p/>
        </w:tc>
        <w:tc>
          <w:tcPr>
            <w:tcW w:type="dxa" w:w="1080"/>
          </w:tcPr>
          <w:p/>
        </w:tc>
        <w:tc>
          <w:tcPr>
            <w:tcW w:type="dxa" w:w="1080"/>
          </w:tcPr>
          <w:p/>
        </w:tc>
      </w:tr>
    </w:tbl>
    <w:p>
      <w:r>
        <w:t>附件2</w:t>
      </w:r>
    </w:p>
    <w:p>
      <w:r>
        <w:t>南京工业大学</w:t>
      </w:r>
    </w:p>
    <w:p>
      <w:r>
        <w:t>新增学科竞赛和创新创业竞赛活动备案登记表</w:t>
      </w:r>
    </w:p>
    <w:p>
      <w:r>
        <w:t>申请单位（盖章）：申请人：申请时间：</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竞赛名称</w:t>
            </w:r>
          </w:p>
        </w:tc>
        <w:tc>
          <w:tcPr>
            <w:tcW w:type="dxa" w:w="2160"/>
          </w:tcPr>
          <w:p>
            <w:r/>
          </w:p>
        </w:tc>
        <w:tc>
          <w:tcPr>
            <w:tcW w:type="dxa" w:w="2160"/>
          </w:tcPr>
          <w:p/>
        </w:tc>
        <w:tc>
          <w:tcPr>
            <w:tcW w:type="dxa" w:w="2160"/>
          </w:tcPr>
          <w:p/>
        </w:tc>
      </w:tr>
      <w:tr>
        <w:tc>
          <w:tcPr>
            <w:tcW w:type="dxa" w:w="2160"/>
          </w:tcPr>
          <w:p>
            <w:r>
              <w:t>竞赛级别</w:t>
            </w:r>
          </w:p>
        </w:tc>
        <w:tc>
          <w:tcPr>
            <w:tcW w:type="dxa" w:w="2160"/>
          </w:tcPr>
          <w:p>
            <w:r>
              <w:t>[ ]国家级[ ]省级[ ]校级</w:t>
            </w:r>
          </w:p>
        </w:tc>
        <w:tc>
          <w:tcPr>
            <w:tcW w:type="dxa" w:w="2160"/>
          </w:tcPr>
          <w:p/>
        </w:tc>
        <w:tc>
          <w:tcPr>
            <w:tcW w:type="dxa" w:w="2160"/>
          </w:tcPr>
          <w:p/>
        </w:tc>
      </w:tr>
      <w:tr>
        <w:tc>
          <w:tcPr>
            <w:tcW w:type="dxa" w:w="2160"/>
          </w:tcPr>
          <w:p>
            <w:r>
              <w:t>主办单位</w:t>
            </w:r>
          </w:p>
        </w:tc>
        <w:tc>
          <w:tcPr>
            <w:tcW w:type="dxa" w:w="2160"/>
          </w:tcPr>
          <w:p>
            <w:r/>
          </w:p>
        </w:tc>
        <w:tc>
          <w:tcPr>
            <w:tcW w:type="dxa" w:w="2160"/>
          </w:tcPr>
          <w:p/>
        </w:tc>
        <w:tc>
          <w:tcPr>
            <w:tcW w:type="dxa" w:w="2160"/>
          </w:tcPr>
          <w:p/>
        </w:tc>
      </w:tr>
      <w:tr>
        <w:tc>
          <w:tcPr>
            <w:tcW w:type="dxa" w:w="2160"/>
          </w:tcPr>
          <w:p>
            <w:r>
              <w:t>承办单位</w:t>
            </w:r>
          </w:p>
        </w:tc>
        <w:tc>
          <w:tcPr>
            <w:tcW w:type="dxa" w:w="2160"/>
          </w:tcPr>
          <w:p>
            <w:r/>
          </w:p>
        </w:tc>
        <w:tc>
          <w:tcPr>
            <w:tcW w:type="dxa" w:w="2160"/>
          </w:tcPr>
          <w:p/>
        </w:tc>
        <w:tc>
          <w:tcPr>
            <w:tcW w:type="dxa" w:w="2160"/>
          </w:tcPr>
          <w:p/>
        </w:tc>
      </w:tr>
      <w:tr>
        <w:tc>
          <w:tcPr>
            <w:tcW w:type="dxa" w:w="2160"/>
          </w:tcPr>
          <w:p>
            <w:r>
              <w:t>竞赛性质</w:t>
            </w:r>
          </w:p>
        </w:tc>
        <w:tc>
          <w:tcPr>
            <w:tcW w:type="dxa" w:w="2160"/>
          </w:tcPr>
          <w:p>
            <w:r>
              <w:t>可填写选拔，赛区，预赛，决赛等竞赛性质</w:t>
            </w:r>
          </w:p>
        </w:tc>
        <w:tc>
          <w:tcPr>
            <w:tcW w:type="dxa" w:w="2160"/>
          </w:tcPr>
          <w:p/>
        </w:tc>
        <w:tc>
          <w:tcPr>
            <w:tcW w:type="dxa" w:w="2160"/>
          </w:tcPr>
          <w:p/>
        </w:tc>
      </w:tr>
      <w:tr>
        <w:tc>
          <w:tcPr>
            <w:tcW w:type="dxa" w:w="2160"/>
          </w:tcPr>
          <w:p>
            <w:r>
              <w:t>联系信息</w:t>
            </w:r>
          </w:p>
        </w:tc>
        <w:tc>
          <w:tcPr>
            <w:tcW w:type="dxa" w:w="2160"/>
          </w:tcPr>
          <w:p>
            <w:r>
              <w:t>姓名</w:t>
            </w:r>
          </w:p>
        </w:tc>
        <w:tc>
          <w:tcPr>
            <w:tcW w:type="dxa" w:w="2160"/>
          </w:tcPr>
          <w:p>
            <w:r>
              <w:t>联系电话</w:t>
            </w:r>
          </w:p>
        </w:tc>
        <w:tc>
          <w:tcPr>
            <w:tcW w:type="dxa" w:w="2160"/>
          </w:tcPr>
          <w:p>
            <w:r>
              <w:t>邮箱</w:t>
            </w:r>
          </w:p>
        </w:tc>
      </w:tr>
      <w:tr>
        <w:tc>
          <w:tcPr>
            <w:tcW w:type="dxa" w:w="2160"/>
          </w:tcPr>
          <w:p>
            <w:r>
              <w:t>竞赛负责人</w:t>
            </w:r>
          </w:p>
        </w:tc>
        <w:tc>
          <w:tcPr>
            <w:tcW w:type="dxa" w:w="2160"/>
          </w:tcPr>
          <w:p>
            <w:r/>
          </w:p>
        </w:tc>
        <w:tc>
          <w:tcPr>
            <w:tcW w:type="dxa" w:w="2160"/>
          </w:tcPr>
          <w:p>
            <w:r/>
          </w:p>
        </w:tc>
        <w:tc>
          <w:tcPr>
            <w:tcW w:type="dxa" w:w="2160"/>
          </w:tcPr>
          <w:p>
            <w:r/>
          </w:p>
        </w:tc>
      </w:tr>
      <w:tr>
        <w:tc>
          <w:tcPr>
            <w:tcW w:type="dxa" w:w="2160"/>
          </w:tcPr>
          <w:p>
            <w:r>
              <w:t>竞赛信息</w:t>
            </w:r>
          </w:p>
        </w:tc>
        <w:tc>
          <w:tcPr>
            <w:tcW w:type="dxa" w:w="2160"/>
          </w:tcPr>
          <w:p/>
        </w:tc>
        <w:tc>
          <w:tcPr>
            <w:tcW w:type="dxa" w:w="2160"/>
          </w:tcPr>
          <w:p/>
        </w:tc>
        <w:tc>
          <w:tcPr>
            <w:tcW w:type="dxa" w:w="2160"/>
          </w:tcPr>
          <w:p/>
        </w:tc>
      </w:tr>
      <w:tr>
        <w:tc>
          <w:tcPr>
            <w:tcW w:type="dxa" w:w="2160"/>
          </w:tcPr>
          <w:p>
            <w:r>
              <w:t>所属学科</w:t>
            </w:r>
          </w:p>
        </w:tc>
        <w:tc>
          <w:tcPr>
            <w:tcW w:type="dxa" w:w="2160"/>
          </w:tcPr>
          <w:p>
            <w:r/>
          </w:p>
        </w:tc>
        <w:tc>
          <w:tcPr>
            <w:tcW w:type="dxa" w:w="2160"/>
          </w:tcPr>
          <w:p/>
        </w:tc>
        <w:tc>
          <w:tcPr>
            <w:tcW w:type="dxa" w:w="2160"/>
          </w:tcPr>
          <w:p/>
        </w:tc>
      </w:tr>
      <w:tr>
        <w:tc>
          <w:tcPr>
            <w:tcW w:type="dxa" w:w="2160"/>
          </w:tcPr>
          <w:p>
            <w:r>
              <w:t>举办周期</w:t>
            </w:r>
          </w:p>
        </w:tc>
        <w:tc>
          <w:tcPr>
            <w:tcW w:type="dxa" w:w="2160"/>
          </w:tcPr>
          <w:p>
            <w:r/>
          </w:p>
        </w:tc>
        <w:tc>
          <w:tcPr>
            <w:tcW w:type="dxa" w:w="2160"/>
          </w:tcPr>
          <w:p>
            <w:r>
              <w:t>首次举办时间</w:t>
            </w:r>
          </w:p>
        </w:tc>
        <w:tc>
          <w:tcPr>
            <w:tcW w:type="dxa" w:w="2160"/>
          </w:tcPr>
          <w:p>
            <w:r/>
          </w:p>
        </w:tc>
      </w:tr>
      <w:tr>
        <w:tc>
          <w:tcPr>
            <w:tcW w:type="dxa" w:w="2160"/>
          </w:tcPr>
          <w:p>
            <w:r>
              <w:t>竞赛形式</w:t>
            </w:r>
          </w:p>
        </w:tc>
        <w:tc>
          <w:tcPr>
            <w:tcW w:type="dxa" w:w="2160"/>
          </w:tcPr>
          <w:p>
            <w:r>
              <w:t>是否有选拔赛，培训过程，以及奖项评选形式，例如专家评选，网络投票，现场比赛，笔试等。</w:t>
            </w:r>
          </w:p>
        </w:tc>
        <w:tc>
          <w:tcPr>
            <w:tcW w:type="dxa" w:w="2160"/>
          </w:tcPr>
          <w:p/>
        </w:tc>
        <w:tc>
          <w:tcPr>
            <w:tcW w:type="dxa" w:w="2160"/>
          </w:tcPr>
          <w:p/>
        </w:tc>
      </w:tr>
      <w:tr>
        <w:tc>
          <w:tcPr>
            <w:tcW w:type="dxa" w:w="2160"/>
          </w:tcPr>
          <w:p>
            <w:r>
              <w:t>竞赛设立奖项</w:t>
            </w:r>
          </w:p>
        </w:tc>
        <w:tc>
          <w:tcPr>
            <w:tcW w:type="dxa" w:w="2160"/>
          </w:tcPr>
          <w:p>
            <w:r>
              <w:t>填写竞赛设立奖项，以及每个奖项的比例或数量。</w:t>
            </w:r>
          </w:p>
        </w:tc>
        <w:tc>
          <w:tcPr>
            <w:tcW w:type="dxa" w:w="2160"/>
          </w:tcPr>
          <w:p/>
        </w:tc>
        <w:tc>
          <w:tcPr>
            <w:tcW w:type="dxa" w:w="2160"/>
          </w:tcPr>
          <w:p/>
        </w:tc>
      </w:tr>
      <w:tr>
        <w:tc>
          <w:tcPr>
            <w:tcW w:type="dxa" w:w="2160"/>
          </w:tcPr>
          <w:p>
            <w:r>
              <w:t>竞赛活动意义或影响力</w:t>
            </w:r>
          </w:p>
        </w:tc>
        <w:tc>
          <w:tcPr>
            <w:tcW w:type="dxa" w:w="2160"/>
          </w:tcPr>
          <w:p>
            <w:r>
              <w:t>描述参赛高校情况</w:t>
            </w:r>
          </w:p>
        </w:tc>
        <w:tc>
          <w:tcPr>
            <w:tcW w:type="dxa" w:w="2160"/>
          </w:tcPr>
          <w:p/>
        </w:tc>
        <w:tc>
          <w:tcPr>
            <w:tcW w:type="dxa" w:w="2160"/>
          </w:tcPr>
          <w:p/>
        </w:tc>
      </w:tr>
      <w:tr>
        <w:tc>
          <w:tcPr>
            <w:tcW w:type="dxa" w:w="2160"/>
          </w:tcPr>
          <w:p>
            <w:r>
              <w:t>本校参赛情况</w:t>
            </w:r>
          </w:p>
        </w:tc>
        <w:tc>
          <w:tcPr>
            <w:tcW w:type="dxa" w:w="2160"/>
          </w:tcPr>
          <w:p/>
        </w:tc>
        <w:tc>
          <w:tcPr>
            <w:tcW w:type="dxa" w:w="2160"/>
          </w:tcPr>
          <w:p/>
        </w:tc>
        <w:tc>
          <w:tcPr>
            <w:tcW w:type="dxa" w:w="2160"/>
          </w:tcPr>
          <w:p/>
        </w:tc>
      </w:tr>
      <w:tr>
        <w:tc>
          <w:tcPr>
            <w:tcW w:type="dxa" w:w="2160"/>
          </w:tcPr>
          <w:p>
            <w:r>
              <w:t>参赛次数</w:t>
            </w:r>
          </w:p>
        </w:tc>
        <w:tc>
          <w:tcPr>
            <w:tcW w:type="dxa" w:w="2160"/>
          </w:tcPr>
          <w:p>
            <w:r/>
          </w:p>
        </w:tc>
        <w:tc>
          <w:tcPr>
            <w:tcW w:type="dxa" w:w="2160"/>
          </w:tcPr>
          <w:p>
            <w:r>
              <w:t>首次参赛时间</w:t>
            </w:r>
          </w:p>
        </w:tc>
        <w:tc>
          <w:tcPr>
            <w:tcW w:type="dxa" w:w="2160"/>
          </w:tcPr>
          <w:p>
            <w:r/>
          </w:p>
        </w:tc>
      </w:tr>
      <w:tr>
        <w:tc>
          <w:tcPr>
            <w:tcW w:type="dxa" w:w="2160"/>
          </w:tcPr>
          <w:p>
            <w:r>
              <w:t>上届参赛规模</w:t>
            </w:r>
          </w:p>
        </w:tc>
        <w:tc>
          <w:tcPr>
            <w:tcW w:type="dxa" w:w="2160"/>
          </w:tcPr>
          <w:p>
            <w:r>
              <w:t>说明参赛学生数，参赛队伍数等信息</w:t>
            </w:r>
          </w:p>
        </w:tc>
        <w:tc>
          <w:tcPr>
            <w:tcW w:type="dxa" w:w="2160"/>
          </w:tcPr>
          <w:p/>
        </w:tc>
        <w:tc>
          <w:tcPr>
            <w:tcW w:type="dxa" w:w="2160"/>
          </w:tcPr>
          <w:p/>
        </w:tc>
      </w:tr>
      <w:tr>
        <w:tc>
          <w:tcPr>
            <w:tcW w:type="dxa" w:w="2160"/>
          </w:tcPr>
          <w:p>
            <w:r>
              <w:t>上届获奖情况</w:t>
            </w:r>
          </w:p>
        </w:tc>
        <w:tc>
          <w:tcPr>
            <w:tcW w:type="dxa" w:w="2160"/>
          </w:tcPr>
          <w:p>
            <w:r>
              <w:t>说明获奖奖项和数量</w:t>
            </w:r>
          </w:p>
        </w:tc>
        <w:tc>
          <w:tcPr>
            <w:tcW w:type="dxa" w:w="2160"/>
          </w:tcPr>
          <w:p/>
        </w:tc>
        <w:tc>
          <w:tcPr>
            <w:tcW w:type="dxa" w:w="2160"/>
          </w:tcPr>
          <w:p/>
        </w:tc>
      </w:tr>
      <w:tr>
        <w:tc>
          <w:tcPr>
            <w:tcW w:type="dxa" w:w="2160"/>
          </w:tcPr>
          <w:p>
            <w:r>
              <w:t>参赛情况</w:t>
            </w:r>
          </w:p>
        </w:tc>
        <w:tc>
          <w:tcPr>
            <w:tcW w:type="dxa" w:w="2160"/>
          </w:tcPr>
          <w:p>
            <w:r>
              <w:t>描述近三年我校参赛情况。</w:t>
            </w:r>
          </w:p>
        </w:tc>
        <w:tc>
          <w:tcPr>
            <w:tcW w:type="dxa" w:w="2160"/>
          </w:tcPr>
          <w:p/>
        </w:tc>
        <w:tc>
          <w:tcPr>
            <w:tcW w:type="dxa" w:w="2160"/>
          </w:tcPr>
          <w:p/>
        </w:tc>
      </w:tr>
      <w:tr>
        <w:tc>
          <w:tcPr>
            <w:tcW w:type="dxa" w:w="2160"/>
          </w:tcPr>
          <w:p>
            <w:r>
              <w:t>获奖名次及排名</w:t>
            </w:r>
          </w:p>
        </w:tc>
        <w:tc>
          <w:tcPr>
            <w:tcW w:type="dxa" w:w="2160"/>
          </w:tcPr>
          <w:p>
            <w:r>
              <w:t>1 .请参照赛事设置奖项填写2 . 3 .</w:t>
            </w:r>
          </w:p>
        </w:tc>
        <w:tc>
          <w:tcPr>
            <w:tcW w:type="dxa" w:w="2160"/>
          </w:tcPr>
          <w:p/>
        </w:tc>
        <w:tc>
          <w:tcPr>
            <w:tcW w:type="dxa" w:w="2160"/>
          </w:tcPr>
          <w:p/>
        </w:tc>
      </w:tr>
      <w:tr>
        <w:tc>
          <w:tcPr>
            <w:tcW w:type="dxa" w:w="2160"/>
          </w:tcPr>
          <w:p>
            <w:r>
              <w:t>审核意见</w:t>
            </w:r>
          </w:p>
        </w:tc>
        <w:tc>
          <w:tcPr>
            <w:tcW w:type="dxa" w:w="2160"/>
          </w:tcPr>
          <w:p/>
        </w:tc>
        <w:tc>
          <w:tcPr>
            <w:tcW w:type="dxa" w:w="2160"/>
          </w:tcPr>
          <w:p/>
        </w:tc>
        <w:tc>
          <w:tcPr>
            <w:tcW w:type="dxa" w:w="2160"/>
          </w:tcPr>
          <w:p/>
        </w:tc>
      </w:tr>
      <w:tr>
        <w:tc>
          <w:tcPr>
            <w:tcW w:type="dxa" w:w="2160"/>
          </w:tcPr>
          <w:p>
            <w:r>
              <w:t>部门审核意见</w:t>
            </w:r>
          </w:p>
        </w:tc>
        <w:tc>
          <w:tcPr>
            <w:tcW w:type="dxa" w:w="2160"/>
          </w:tcPr>
          <w:p>
            <w:r>
              <w:t>负责人（签字）：</w:t>
            </w:r>
          </w:p>
        </w:tc>
        <w:tc>
          <w:tcPr>
            <w:tcW w:type="dxa" w:w="2160"/>
          </w:tcPr>
          <w:p/>
        </w:tc>
        <w:tc>
          <w:tcPr>
            <w:tcW w:type="dxa" w:w="2160"/>
          </w:tcPr>
          <w:p/>
        </w:tc>
      </w:tr>
    </w:tbl>
    <w:p>
      <w:r>
        <w:t>*请正反两面打印</w:t>
      </w:r>
    </w:p>
    <w:p>
      <w:r>
        <w:t>附件3</w:t>
      </w:r>
    </w:p>
    <w:p>
      <w:r>
        <w:t>南京工业大学</w:t>
      </w:r>
    </w:p>
    <w:p>
      <w:r>
        <w:t>学科竞赛和创新创业竞赛活动类别变更申请表</w:t>
      </w:r>
    </w:p>
    <w:p>
      <w:r>
        <w:t>申请单位（盖章）：申请人：申请时间：</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竞赛名称</w:t>
            </w:r>
          </w:p>
        </w:tc>
        <w:tc>
          <w:tcPr>
            <w:tcW w:type="dxa" w:w="2160"/>
          </w:tcPr>
          <w:p>
            <w:r/>
          </w:p>
        </w:tc>
        <w:tc>
          <w:tcPr>
            <w:tcW w:type="dxa" w:w="2160"/>
          </w:tcPr>
          <w:p/>
        </w:tc>
        <w:tc>
          <w:tcPr>
            <w:tcW w:type="dxa" w:w="2160"/>
          </w:tcPr>
          <w:p/>
        </w:tc>
      </w:tr>
      <w:tr>
        <w:tc>
          <w:tcPr>
            <w:tcW w:type="dxa" w:w="2160"/>
          </w:tcPr>
          <w:p>
            <w:r>
              <w:t>主办单位</w:t>
            </w:r>
          </w:p>
        </w:tc>
        <w:tc>
          <w:tcPr>
            <w:tcW w:type="dxa" w:w="2160"/>
          </w:tcPr>
          <w:p>
            <w:r/>
          </w:p>
        </w:tc>
        <w:tc>
          <w:tcPr>
            <w:tcW w:type="dxa" w:w="2160"/>
          </w:tcPr>
          <w:p/>
        </w:tc>
        <w:tc>
          <w:tcPr>
            <w:tcW w:type="dxa" w:w="2160"/>
          </w:tcPr>
          <w:p/>
        </w:tc>
      </w:tr>
      <w:tr>
        <w:tc>
          <w:tcPr>
            <w:tcW w:type="dxa" w:w="2160"/>
          </w:tcPr>
          <w:p>
            <w:r>
              <w:t>承办单位</w:t>
            </w:r>
          </w:p>
        </w:tc>
        <w:tc>
          <w:tcPr>
            <w:tcW w:type="dxa" w:w="2160"/>
          </w:tcPr>
          <w:p>
            <w:r/>
          </w:p>
        </w:tc>
        <w:tc>
          <w:tcPr>
            <w:tcW w:type="dxa" w:w="2160"/>
          </w:tcPr>
          <w:p/>
        </w:tc>
        <w:tc>
          <w:tcPr>
            <w:tcW w:type="dxa" w:w="2160"/>
          </w:tcPr>
          <w:p/>
        </w:tc>
      </w:tr>
      <w:tr>
        <w:tc>
          <w:tcPr>
            <w:tcW w:type="dxa" w:w="2160"/>
          </w:tcPr>
          <w:p>
            <w:r>
              <w:t>竞赛性质</w:t>
            </w:r>
          </w:p>
        </w:tc>
        <w:tc>
          <w:tcPr>
            <w:tcW w:type="dxa" w:w="2160"/>
          </w:tcPr>
          <w:p>
            <w:r>
              <w:t>可填写选拔，赛区，预赛，决赛等竞赛性质</w:t>
            </w:r>
          </w:p>
        </w:tc>
        <w:tc>
          <w:tcPr>
            <w:tcW w:type="dxa" w:w="2160"/>
          </w:tcPr>
          <w:p/>
        </w:tc>
        <w:tc>
          <w:tcPr>
            <w:tcW w:type="dxa" w:w="2160"/>
          </w:tcPr>
          <w:p/>
        </w:tc>
      </w:tr>
      <w:tr>
        <w:tc>
          <w:tcPr>
            <w:tcW w:type="dxa" w:w="2160"/>
          </w:tcPr>
          <w:p>
            <w:r>
              <w:t>联系信息</w:t>
            </w:r>
          </w:p>
        </w:tc>
        <w:tc>
          <w:tcPr>
            <w:tcW w:type="dxa" w:w="2160"/>
          </w:tcPr>
          <w:p>
            <w:r>
              <w:t>姓名</w:t>
            </w:r>
          </w:p>
        </w:tc>
        <w:tc>
          <w:tcPr>
            <w:tcW w:type="dxa" w:w="2160"/>
          </w:tcPr>
          <w:p>
            <w:r>
              <w:t>联系电话</w:t>
            </w:r>
          </w:p>
        </w:tc>
        <w:tc>
          <w:tcPr>
            <w:tcW w:type="dxa" w:w="2160"/>
          </w:tcPr>
          <w:p>
            <w:r>
              <w:t>邮箱</w:t>
            </w:r>
          </w:p>
        </w:tc>
      </w:tr>
      <w:tr>
        <w:tc>
          <w:tcPr>
            <w:tcW w:type="dxa" w:w="2160"/>
          </w:tcPr>
          <w:p>
            <w:r>
              <w:t>竞赛负责人</w:t>
            </w:r>
          </w:p>
        </w:tc>
        <w:tc>
          <w:tcPr>
            <w:tcW w:type="dxa" w:w="2160"/>
          </w:tcPr>
          <w:p>
            <w:r/>
          </w:p>
        </w:tc>
        <w:tc>
          <w:tcPr>
            <w:tcW w:type="dxa" w:w="2160"/>
          </w:tcPr>
          <w:p>
            <w:r/>
          </w:p>
        </w:tc>
        <w:tc>
          <w:tcPr>
            <w:tcW w:type="dxa" w:w="2160"/>
          </w:tcPr>
          <w:p>
            <w:r/>
          </w:p>
        </w:tc>
      </w:tr>
      <w:tr>
        <w:tc>
          <w:tcPr>
            <w:tcW w:type="dxa" w:w="2160"/>
          </w:tcPr>
          <w:p>
            <w:r>
              <w:t>本校参赛情况</w:t>
            </w:r>
          </w:p>
        </w:tc>
        <w:tc>
          <w:tcPr>
            <w:tcW w:type="dxa" w:w="2160"/>
          </w:tcPr>
          <w:p/>
        </w:tc>
        <w:tc>
          <w:tcPr>
            <w:tcW w:type="dxa" w:w="2160"/>
          </w:tcPr>
          <w:p/>
        </w:tc>
        <w:tc>
          <w:tcPr>
            <w:tcW w:type="dxa" w:w="2160"/>
          </w:tcPr>
          <w:p/>
        </w:tc>
      </w:tr>
      <w:tr>
        <w:tc>
          <w:tcPr>
            <w:tcW w:type="dxa" w:w="2160"/>
          </w:tcPr>
          <w:p>
            <w:r>
              <w:t>参赛次数</w:t>
            </w:r>
          </w:p>
        </w:tc>
        <w:tc>
          <w:tcPr>
            <w:tcW w:type="dxa" w:w="2160"/>
          </w:tcPr>
          <w:p>
            <w:r/>
          </w:p>
        </w:tc>
        <w:tc>
          <w:tcPr>
            <w:tcW w:type="dxa" w:w="2160"/>
          </w:tcPr>
          <w:p>
            <w:r>
              <w:t>首次参赛时间</w:t>
            </w:r>
          </w:p>
        </w:tc>
        <w:tc>
          <w:tcPr>
            <w:tcW w:type="dxa" w:w="2160"/>
          </w:tcPr>
          <w:p>
            <w:r/>
          </w:p>
        </w:tc>
      </w:tr>
      <w:tr>
        <w:tc>
          <w:tcPr>
            <w:tcW w:type="dxa" w:w="2160"/>
          </w:tcPr>
          <w:p>
            <w:r>
              <w:t>上届参赛规模</w:t>
            </w:r>
          </w:p>
        </w:tc>
        <w:tc>
          <w:tcPr>
            <w:tcW w:type="dxa" w:w="2160"/>
          </w:tcPr>
          <w:p>
            <w:r>
              <w:t>说明参赛学生数，参赛队伍数等信息</w:t>
            </w:r>
          </w:p>
        </w:tc>
        <w:tc>
          <w:tcPr>
            <w:tcW w:type="dxa" w:w="2160"/>
          </w:tcPr>
          <w:p/>
        </w:tc>
        <w:tc>
          <w:tcPr>
            <w:tcW w:type="dxa" w:w="2160"/>
          </w:tcPr>
          <w:p/>
        </w:tc>
      </w:tr>
      <w:tr>
        <w:tc>
          <w:tcPr>
            <w:tcW w:type="dxa" w:w="2160"/>
          </w:tcPr>
          <w:p>
            <w:r>
              <w:t>上届获奖情况</w:t>
            </w:r>
          </w:p>
        </w:tc>
        <w:tc>
          <w:tcPr>
            <w:tcW w:type="dxa" w:w="2160"/>
          </w:tcPr>
          <w:p>
            <w:r>
              <w:t>说明获奖奖项和数量</w:t>
            </w:r>
          </w:p>
        </w:tc>
        <w:tc>
          <w:tcPr>
            <w:tcW w:type="dxa" w:w="2160"/>
          </w:tcPr>
          <w:p/>
        </w:tc>
        <w:tc>
          <w:tcPr>
            <w:tcW w:type="dxa" w:w="2160"/>
          </w:tcPr>
          <w:p/>
        </w:tc>
      </w:tr>
      <w:tr>
        <w:tc>
          <w:tcPr>
            <w:tcW w:type="dxa" w:w="2160"/>
          </w:tcPr>
          <w:p>
            <w:r>
              <w:t>参赛情况</w:t>
            </w:r>
          </w:p>
        </w:tc>
        <w:tc>
          <w:tcPr>
            <w:tcW w:type="dxa" w:w="2160"/>
          </w:tcPr>
          <w:p>
            <w:r>
              <w:t>描述近三年我校参赛情况，和参赛高校情况。</w:t>
            </w:r>
          </w:p>
        </w:tc>
        <w:tc>
          <w:tcPr>
            <w:tcW w:type="dxa" w:w="2160"/>
          </w:tcPr>
          <w:p/>
        </w:tc>
        <w:tc>
          <w:tcPr>
            <w:tcW w:type="dxa" w:w="2160"/>
          </w:tcPr>
          <w:p/>
        </w:tc>
      </w:tr>
      <w:tr>
        <w:tc>
          <w:tcPr>
            <w:tcW w:type="dxa" w:w="2160"/>
          </w:tcPr>
          <w:p>
            <w:r>
              <w:t>原认定信息</w:t>
            </w:r>
          </w:p>
        </w:tc>
        <w:tc>
          <w:tcPr>
            <w:tcW w:type="dxa" w:w="2160"/>
          </w:tcPr>
          <w:p/>
        </w:tc>
        <w:tc>
          <w:tcPr>
            <w:tcW w:type="dxa" w:w="2160"/>
          </w:tcPr>
          <w:p/>
        </w:tc>
        <w:tc>
          <w:tcPr>
            <w:tcW w:type="dxa" w:w="2160"/>
          </w:tcPr>
          <w:p/>
        </w:tc>
      </w:tr>
      <w:tr>
        <w:tc>
          <w:tcPr>
            <w:tcW w:type="dxa" w:w="2160"/>
          </w:tcPr>
          <w:p>
            <w:r>
              <w:t>竞赛类别</w:t>
            </w:r>
          </w:p>
        </w:tc>
        <w:tc>
          <w:tcPr>
            <w:tcW w:type="dxa" w:w="2160"/>
          </w:tcPr>
          <w:p>
            <w:r/>
          </w:p>
        </w:tc>
        <w:tc>
          <w:tcPr>
            <w:tcW w:type="dxa" w:w="2160"/>
          </w:tcPr>
          <w:p>
            <w:r>
              <w:t>竞赛级别</w:t>
            </w:r>
          </w:p>
        </w:tc>
        <w:tc>
          <w:tcPr>
            <w:tcW w:type="dxa" w:w="2160"/>
          </w:tcPr>
          <w:p>
            <w:r/>
          </w:p>
        </w:tc>
      </w:tr>
      <w:tr>
        <w:tc>
          <w:tcPr>
            <w:tcW w:type="dxa" w:w="2160"/>
          </w:tcPr>
          <w:p>
            <w:r>
              <w:t>获奖名次及排名</w:t>
            </w:r>
          </w:p>
        </w:tc>
        <w:tc>
          <w:tcPr>
            <w:tcW w:type="dxa" w:w="2160"/>
          </w:tcPr>
          <w:p>
            <w:r/>
          </w:p>
        </w:tc>
        <w:tc>
          <w:tcPr>
            <w:tcW w:type="dxa" w:w="2160"/>
          </w:tcPr>
          <w:p/>
        </w:tc>
        <w:tc>
          <w:tcPr>
            <w:tcW w:type="dxa" w:w="2160"/>
          </w:tcPr>
          <w:p/>
        </w:tc>
      </w:tr>
      <w:tr>
        <w:tc>
          <w:tcPr>
            <w:tcW w:type="dxa" w:w="2160"/>
          </w:tcPr>
          <w:p>
            <w:r>
              <w:t>申请变更信息</w:t>
            </w:r>
          </w:p>
        </w:tc>
        <w:tc>
          <w:tcPr>
            <w:tcW w:type="dxa" w:w="2160"/>
          </w:tcPr>
          <w:p/>
        </w:tc>
        <w:tc>
          <w:tcPr>
            <w:tcW w:type="dxa" w:w="2160"/>
          </w:tcPr>
          <w:p/>
        </w:tc>
        <w:tc>
          <w:tcPr>
            <w:tcW w:type="dxa" w:w="2160"/>
          </w:tcPr>
          <w:p/>
        </w:tc>
      </w:tr>
      <w:tr>
        <w:tc>
          <w:tcPr>
            <w:tcW w:type="dxa" w:w="2160"/>
          </w:tcPr>
          <w:p>
            <w:r>
              <w:t>申请变更原因</w:t>
            </w:r>
          </w:p>
        </w:tc>
        <w:tc>
          <w:tcPr>
            <w:tcW w:type="dxa" w:w="2160"/>
          </w:tcPr>
          <w:p>
            <w:r/>
          </w:p>
        </w:tc>
        <w:tc>
          <w:tcPr>
            <w:tcW w:type="dxa" w:w="2160"/>
          </w:tcPr>
          <w:p/>
        </w:tc>
        <w:tc>
          <w:tcPr>
            <w:tcW w:type="dxa" w:w="2160"/>
          </w:tcPr>
          <w:p/>
        </w:tc>
      </w:tr>
      <w:tr>
        <w:tc>
          <w:tcPr>
            <w:tcW w:type="dxa" w:w="2160"/>
          </w:tcPr>
          <w:p>
            <w:r>
              <w:t>竞赛级别</w:t>
            </w:r>
          </w:p>
        </w:tc>
        <w:tc>
          <w:tcPr>
            <w:tcW w:type="dxa" w:w="2160"/>
          </w:tcPr>
          <w:p>
            <w:r>
              <w:t>[ ]国家级[ ]省级[ ]校级</w:t>
            </w:r>
          </w:p>
        </w:tc>
        <w:tc>
          <w:tcPr>
            <w:tcW w:type="dxa" w:w="2160"/>
          </w:tcPr>
          <w:p/>
        </w:tc>
        <w:tc>
          <w:tcPr>
            <w:tcW w:type="dxa" w:w="2160"/>
          </w:tcPr>
          <w:p/>
        </w:tc>
      </w:tr>
      <w:tr>
        <w:tc>
          <w:tcPr>
            <w:tcW w:type="dxa" w:w="2160"/>
          </w:tcPr>
          <w:p>
            <w:r>
              <w:t>竞赛类别</w:t>
            </w:r>
          </w:p>
        </w:tc>
        <w:tc>
          <w:tcPr>
            <w:tcW w:type="dxa" w:w="2160"/>
          </w:tcPr>
          <w:p>
            <w:r>
              <w:t>[ ] A类[ ] B类[ ] C类[ ] D类</w:t>
            </w:r>
          </w:p>
        </w:tc>
        <w:tc>
          <w:tcPr>
            <w:tcW w:type="dxa" w:w="2160"/>
          </w:tcPr>
          <w:p/>
        </w:tc>
        <w:tc>
          <w:tcPr>
            <w:tcW w:type="dxa" w:w="2160"/>
          </w:tcPr>
          <w:p/>
        </w:tc>
      </w:tr>
      <w:tr>
        <w:tc>
          <w:tcPr>
            <w:tcW w:type="dxa" w:w="2160"/>
          </w:tcPr>
          <w:p>
            <w:r>
              <w:t>获奖名次及排名</w:t>
            </w:r>
          </w:p>
        </w:tc>
        <w:tc>
          <w:tcPr>
            <w:tcW w:type="dxa" w:w="2160"/>
          </w:tcPr>
          <w:p>
            <w:r>
              <w:t>1 .请参照赛事设置奖项填写2 . 3 .</w:t>
            </w:r>
          </w:p>
        </w:tc>
        <w:tc>
          <w:tcPr>
            <w:tcW w:type="dxa" w:w="2160"/>
          </w:tcPr>
          <w:p/>
        </w:tc>
        <w:tc>
          <w:tcPr>
            <w:tcW w:type="dxa" w:w="2160"/>
          </w:tcPr>
          <w:p/>
        </w:tc>
      </w:tr>
      <w:tr>
        <w:tc>
          <w:tcPr>
            <w:tcW w:type="dxa" w:w="2160"/>
          </w:tcPr>
          <w:p>
            <w:r>
              <w:t>申请认定类别的有效期</w:t>
            </w:r>
          </w:p>
        </w:tc>
        <w:tc>
          <w:tcPr>
            <w:tcW w:type="dxa" w:w="2160"/>
          </w:tcPr>
          <w:p>
            <w:r>
              <w:t>从年月日开始</w:t>
            </w:r>
          </w:p>
        </w:tc>
        <w:tc>
          <w:tcPr>
            <w:tcW w:type="dxa" w:w="2160"/>
          </w:tcPr>
          <w:p/>
        </w:tc>
        <w:tc>
          <w:tcPr>
            <w:tcW w:type="dxa" w:w="2160"/>
          </w:tcPr>
          <w:p/>
        </w:tc>
      </w:tr>
      <w:tr>
        <w:tc>
          <w:tcPr>
            <w:tcW w:type="dxa" w:w="2160"/>
          </w:tcPr>
          <w:p>
            <w:r>
              <w:t>审核认定</w:t>
            </w:r>
          </w:p>
        </w:tc>
        <w:tc>
          <w:tcPr>
            <w:tcW w:type="dxa" w:w="2160"/>
          </w:tcPr>
          <w:p/>
        </w:tc>
        <w:tc>
          <w:tcPr>
            <w:tcW w:type="dxa" w:w="2160"/>
          </w:tcPr>
          <w:p/>
        </w:tc>
        <w:tc>
          <w:tcPr>
            <w:tcW w:type="dxa" w:w="2160"/>
          </w:tcPr>
          <w:p/>
        </w:tc>
      </w:tr>
      <w:tr>
        <w:tc>
          <w:tcPr>
            <w:tcW w:type="dxa" w:w="2160"/>
          </w:tcPr>
          <w:p>
            <w:r>
              <w:t>部门审核意见</w:t>
            </w:r>
          </w:p>
        </w:tc>
        <w:tc>
          <w:tcPr>
            <w:tcW w:type="dxa" w:w="2160"/>
          </w:tcPr>
          <w:p>
            <w:r>
              <w:t>负责人（签字）：</w:t>
            </w:r>
          </w:p>
        </w:tc>
        <w:tc>
          <w:tcPr>
            <w:tcW w:type="dxa" w:w="2160"/>
          </w:tcPr>
          <w:p/>
        </w:tc>
        <w:tc>
          <w:tcPr>
            <w:tcW w:type="dxa" w:w="2160"/>
          </w:tcPr>
          <w:p/>
        </w:tc>
      </w:tr>
      <w:tr>
        <w:tc>
          <w:tcPr>
            <w:tcW w:type="dxa" w:w="2160"/>
          </w:tcPr>
          <w:p>
            <w:r>
              <w:t>教务处认定意见</w:t>
            </w:r>
          </w:p>
        </w:tc>
        <w:tc>
          <w:tcPr>
            <w:tcW w:type="dxa" w:w="2160"/>
          </w:tcPr>
          <w:p>
            <w:r/>
          </w:p>
        </w:tc>
        <w:tc>
          <w:tcPr>
            <w:tcW w:type="dxa" w:w="2160"/>
          </w:tcPr>
          <w:p/>
        </w:tc>
        <w:tc>
          <w:tcPr>
            <w:tcW w:type="dxa" w:w="2160"/>
          </w:tcPr>
          <w:p/>
        </w:tc>
      </w:tr>
    </w:tbl>
    <w:p>
      <w:r>
        <w:t>*请正反两面打印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