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柔性电子（未来技术）学院2026年推荐优秀应届本科毕业生免试攻读硕士研究生工作实施细则</w:t>
      </w:r>
    </w:p>
    <w:p>
      <w:r>
        <w:t>为加强国家战略急需拔尖创新人才选拔，科学改革学生综合素质评价方式，促进和激励本科生勤奋学习、全面发展，规范、高效地做好学院2026年推荐优秀应届本科毕业生免试攻读硕士研究生相关工作，根据学校《关于做好2026年推荐优秀应届本科毕业生免试攻读研究生工作的通知》（以下简称“2026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7名应届本科毕业生免试攻读硕士研究生，并且可按应届毕业生人数的0.5%（四舍五入）确定候补。学院按专业2026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专业名称</w:t>
            </w:r>
          </w:p>
        </w:tc>
        <w:tc>
          <w:tcPr>
            <w:tcW w:type="dxa" w:w="2160"/>
          </w:tcPr>
          <w:p>
            <w:r>
              <w:t>毕业生人数</w:t>
            </w:r>
          </w:p>
        </w:tc>
        <w:tc>
          <w:tcPr>
            <w:tcW w:type="dxa" w:w="2160"/>
          </w:tcPr>
          <w:p>
            <w:r>
              <w:t>推荐人数</w:t>
            </w:r>
          </w:p>
        </w:tc>
        <w:tc>
          <w:tcPr>
            <w:tcW w:type="dxa" w:w="2160"/>
          </w:tcPr>
          <w:p>
            <w:r>
              <w:t>候补人数</w:t>
            </w:r>
          </w:p>
        </w:tc>
      </w:tr>
      <w:tr>
        <w:tc>
          <w:tcPr>
            <w:tcW w:type="dxa" w:w="2160"/>
          </w:tcPr>
          <w:p>
            <w:r>
              <w:t>柔性电子学</w:t>
            </w:r>
          </w:p>
        </w:tc>
        <w:tc>
          <w:tcPr>
            <w:tcW w:type="dxa" w:w="2160"/>
          </w:tcPr>
          <w:p>
            <w:r>
              <w:t>58</w:t>
            </w:r>
          </w:p>
        </w:tc>
        <w:tc>
          <w:tcPr>
            <w:tcW w:type="dxa" w:w="2160"/>
          </w:tcPr>
          <w:p>
            <w:r>
              <w:t>7</w:t>
            </w:r>
          </w:p>
        </w:tc>
        <w:tc>
          <w:tcPr>
            <w:tcW w:type="dxa" w:w="2160"/>
          </w:tcPr>
          <w:p>
            <w:r>
              <w:t>0</w:t>
            </w: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如以小语种课程替代英语课程，则须参加全国小语种四级考试且成绩合格。日语能力等级测试（JLPT）N3及以上等级可替代全国日语四级考试。</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2.全面考察学生的学习成绩与综合素质，按照综合评价成绩择优推荐。</w:t>
      </w:r>
    </w:p>
    <w:p>
      <w:r>
        <w:t>综合评价成绩=学业成绩×85%+全面发展成绩×15%</w:t>
      </w:r>
    </w:p>
    <w:p>
      <w:r>
        <w:t>如综合评价成绩相等，依据学业成绩进行排序；若学业成绩也相等，则以科研创新成果加分值进行排序；若学业成绩和科研创新成果加分值均相同，则以原始成绩加权值进行排序。最终学院根据推荐名额按照总成绩从高到低排序，择优录取。</w:t>
      </w:r>
    </w:p>
    <w:p>
      <w:r>
        <w:t>1）学业成绩按“平均学分绩点×25”折算为百分制分数。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全面发展成绩=参军入伍服兵役加分×20%+志愿服务加分×5%+国际组织实习加分×5%+科研创新成果加分×40%+竞赛获奖加分×30%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①所有立功受奖需提供部队相关部门颁发的奖励证书等证明材料。②按最高项记，不累加。</w:t>
            </w:r>
          </w:p>
        </w:tc>
      </w:tr>
      <w:tr>
        <w:tc>
          <w:tcPr>
            <w:tcW w:type="dxa" w:w="1440"/>
          </w:tcPr>
          <w:p>
            <w:r>
              <w:t>“四有”优秀士兵</w:t>
            </w:r>
          </w:p>
        </w:tc>
        <w:tc>
          <w:tcPr>
            <w:tcW w:type="dxa" w:w="1440"/>
          </w:tcPr>
          <w:p>
            <w:r>
              <w:t>有奖励证明</w:t>
            </w:r>
          </w:p>
        </w:tc>
        <w:tc>
          <w:tcPr>
            <w:tcW w:type="dxa" w:w="1440"/>
          </w:tcPr>
          <w:p>
            <w:r>
              <w:t>70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5%</w:t>
            </w:r>
          </w:p>
        </w:tc>
        <w:tc>
          <w:tcPr>
            <w:tcW w:type="dxa" w:w="1440"/>
          </w:tcPr>
          <w:p>
            <w:r>
              <w:t>详见附件3《关于2026年学校推免工作志愿服务赋分及认定的指导意见》</w:t>
            </w:r>
          </w:p>
        </w:tc>
        <w:tc>
          <w:tcPr>
            <w:tcW w:type="dxa" w:w="1440"/>
          </w:tcPr>
          <w:p/>
        </w:tc>
        <w:tc>
          <w:tcPr>
            <w:tcW w:type="dxa" w:w="1440"/>
          </w:tcPr>
          <w:p/>
        </w:tc>
        <w:tc>
          <w:tcPr>
            <w:tcW w:type="dxa" w:w="1440"/>
          </w:tcPr>
          <w:p/>
        </w:tc>
      </w:tr>
      <w:tr>
        <w:tc>
          <w:tcPr>
            <w:tcW w:type="dxa" w:w="1440"/>
          </w:tcPr>
          <w:p>
            <w:r>
              <w:t>到国际组织实习</w:t>
            </w:r>
          </w:p>
        </w:tc>
        <w:tc>
          <w:tcPr>
            <w:tcW w:type="dxa" w:w="1440"/>
          </w:tcPr>
          <w:p>
            <w:r>
              <w:t>5%</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提供实习经历认定和表彰证明材料</w:t>
            </w:r>
          </w:p>
        </w:tc>
        <w:tc>
          <w:tcPr>
            <w:tcW w:type="dxa" w:w="1440"/>
          </w:tcPr>
          <w:p>
            <w:r>
              <w:t>100</w:t>
            </w:r>
          </w:p>
        </w:tc>
        <w:tc>
          <w:tcPr>
            <w:tcW w:type="dxa" w:w="1440"/>
          </w:tcPr>
          <w:p>
            <w:r>
              <w:t>按最高项记，不累加。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40%</w:t>
            </w:r>
          </w:p>
        </w:tc>
        <w:tc>
          <w:tcPr>
            <w:tcW w:type="dxa" w:w="1440"/>
          </w:tcPr>
          <w:p>
            <w:r>
              <w:t>SCI一区论文</w:t>
            </w:r>
          </w:p>
        </w:tc>
        <w:tc>
          <w:tcPr>
            <w:tcW w:type="dxa" w:w="1440"/>
          </w:tcPr>
          <w:p>
            <w:r>
              <w:t>①独立作者或第一作者；获全额分值②指导老师为第一作者、学生为第二作者：获全额分值*50% ③提供证明材料</w:t>
            </w:r>
          </w:p>
        </w:tc>
        <w:tc>
          <w:tcPr>
            <w:tcW w:type="dxa" w:w="1440"/>
          </w:tcPr>
          <w:p>
            <w:r>
              <w:t>100</w:t>
            </w:r>
          </w:p>
        </w:tc>
        <w:tc>
          <w:tcPr>
            <w:tcW w:type="dxa" w:w="1440"/>
          </w:tcPr>
          <w:p>
            <w:r>
              <w:t>①论文分区以中科院分区为准。以正式见刊或录用通知为准。②成果署名第一单位必须是南京工业大学③学生与其亲属及其他利益相关者合作的科研成果，不纳入加分指标认定范围④科研创新成果的审核鉴定及未分区新期刊认定由学院推免生遴选专家审核小组负责。申请人须参加公开答辩，审核鉴定结果须公开公示。⑤按最高项记，不累加。</w:t>
            </w:r>
          </w:p>
        </w:tc>
      </w:tr>
      <w:tr>
        <w:tc>
          <w:tcPr>
            <w:tcW w:type="dxa" w:w="1440"/>
          </w:tcPr>
          <w:p>
            <w:r>
              <w:t>SCI二区论文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未分区新期刊论文</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最高等次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获奖完成人按照获奖人员排序倒数进行赋分（例：排序第一：分值*100%，排序第二：分值*1/2，排序第三：分值*1/3……）④全国三等奖以上奖项可加分⑤按最高项记，不累加。</w:t>
            </w:r>
          </w:p>
        </w:tc>
      </w:tr>
      <w:tr>
        <w:tc>
          <w:tcPr>
            <w:tcW w:type="dxa" w:w="1440"/>
          </w:tcPr>
          <w:p>
            <w:r>
              <w:t>次一等次</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70</w:t>
            </w:r>
          </w:p>
        </w:tc>
        <w:tc>
          <w:tcPr>
            <w:tcW w:type="dxa" w:w="1440"/>
          </w:tcPr>
          <w:p/>
        </w:tc>
        <w:tc>
          <w:tcPr>
            <w:tcW w:type="dxa" w:w="1440"/>
          </w:tcPr>
          <w:p/>
        </w:tc>
        <w:tc>
          <w:tcPr>
            <w:tcW w:type="dxa" w:w="1440"/>
          </w:tcPr>
          <w:p/>
        </w:tc>
      </w:tr>
      <w:tr>
        <w:tc>
          <w:tcPr>
            <w:tcW w:type="dxa" w:w="1440"/>
          </w:tcPr>
          <w:p>
            <w:r>
              <w:t>次一等次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50</w:t>
            </w:r>
          </w:p>
        </w:tc>
        <w:tc>
          <w:tcPr>
            <w:tcW w:type="dxa" w:w="1440"/>
          </w:tcPr>
          <w:p/>
        </w:tc>
        <w:tc>
          <w:tcPr>
            <w:tcW w:type="dxa" w:w="1440"/>
          </w:tcPr>
          <w:p/>
        </w:tc>
        <w:tc>
          <w:tcPr>
            <w:tcW w:type="dxa" w:w="1440"/>
          </w:tcPr>
          <w:p/>
        </w:tc>
      </w:tr>
      <w:tr>
        <w:tc>
          <w:tcPr>
            <w:tcW w:type="dxa" w:w="1440"/>
          </w:tcPr>
          <w:p>
            <w:r>
              <w:t>次一等次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30</w:t>
            </w:r>
          </w:p>
        </w:tc>
        <w:tc>
          <w:tcPr>
            <w:tcW w:type="dxa" w:w="1440"/>
          </w:tcPr>
          <w:p/>
        </w:tc>
        <w:tc>
          <w:tcPr>
            <w:tcW w:type="dxa" w:w="1440"/>
          </w:tcPr>
          <w:p/>
        </w:tc>
        <w:tc>
          <w:tcPr>
            <w:tcW w:type="dxa" w:w="1440"/>
          </w:tcPr>
          <w:p/>
        </w:tc>
      </w:tr>
      <w:tr>
        <w:tc>
          <w:tcPr>
            <w:tcW w:type="dxa" w:w="1440"/>
          </w:tcPr>
          <w:p>
            <w:r>
              <w:t>次一等次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10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2.本方案与上级管理部门政策文件有冲突的，以上级管理部门政策为准。其他未尽事宜，由学院推免工作小组商议、报教务处审定后处理。</w:t>
      </w:r>
    </w:p>
    <w:p>
      <w:r>
        <w:t>3.本实施细则由柔性电子（未来技术）学院推免工作小组负责解释。</w:t>
      </w:r>
    </w:p>
    <w:p>
      <w:r>
        <w:t>4.学院推免工作接受师生监督，如对推免工作有疑义、意见或建议，请及时向院推免工作小组反映。</w:t>
      </w:r>
    </w:p>
    <w:p>
      <w:r>
        <w:t>学院：025-83587982，iamljyang@njtech.edu.cn</w:t>
      </w:r>
    </w:p>
    <w:p>
      <w:r>
        <w:t>附件：</w:t>
      </w:r>
    </w:p>
    <w:p>
      <w:r>
        <w:t>1.推荐免试研究生资格申请表</w:t>
      </w:r>
    </w:p>
    <w:p>
      <w:r>
        <w:t>2.推荐免试研究生思想政治品德考核表</w:t>
      </w:r>
    </w:p>
    <w:p>
      <w:r>
        <w:t>3.关于2026年学校推免工作志愿服务赋分及认定的指导意见（试行）</w:t>
      </w:r>
    </w:p>
    <w:p>
      <w:r>
        <w:t>柔性电子（未来技术）学院</w:t>
      </w:r>
    </w:p>
    <w:p>
      <w:r>
        <w:t>2025年9月2日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