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数理科学学院2025年推荐优秀应届本科毕业生免试攻读硕士学位研究生名单公示</w:t>
      </w:r>
    </w:p>
    <w:p>
      <w:r>
        <w:t>根据学校《关于做好2025年推荐优秀应届本科毕业生免试攻读硕士学位研究生工作的通知》文件精神和相关要求，在学校推免工作领导小组的统一领导下，经符合条件的2025届优秀本科毕业生书面申请，院推免生遴选工作小组资格审查、会议讨论和综合考核并广泛征求任课教师、辅导员、班主任及同班同学的意见，得到学生总成绩（学业成绩占80%，综合考核成绩占20%），基于学院获得的推免指标总数，确定推荐名单如下：</w:t>
      </w:r>
    </w:p>
    <w:p>
      <w:r>
        <w:t>一、正式名单（13人）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专业</w:t>
            </w:r>
          </w:p>
        </w:tc>
        <w:tc>
          <w:tcPr>
            <w:tcW w:type="dxa" w:w="2880"/>
          </w:tcPr>
          <w:p>
            <w:r>
              <w:t>姓名</w:t>
            </w:r>
          </w:p>
        </w:tc>
        <w:tc>
          <w:tcPr>
            <w:tcW w:type="dxa" w:w="2880"/>
          </w:tcPr>
          <w:p>
            <w:r>
              <w:t>专业排名</w:t>
            </w:r>
          </w:p>
        </w:tc>
      </w:tr>
      <w:tr>
        <w:tc>
          <w:tcPr>
            <w:tcW w:type="dxa" w:w="2880"/>
          </w:tcPr>
          <w:p>
            <w:r>
              <w:t>数据科学与大数据技术</w:t>
            </w:r>
          </w:p>
        </w:tc>
        <w:tc>
          <w:tcPr>
            <w:tcW w:type="dxa" w:w="2880"/>
          </w:tcPr>
          <w:p>
            <w:r>
              <w:t>单建东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数据科学与大数据技术</w:t>
            </w:r>
          </w:p>
        </w:tc>
        <w:tc>
          <w:tcPr>
            <w:tcW w:type="dxa" w:w="2880"/>
          </w:tcPr>
          <w:p>
            <w:r>
              <w:t>陶骠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数据科学与大数据技术</w:t>
            </w:r>
          </w:p>
        </w:tc>
        <w:tc>
          <w:tcPr>
            <w:tcW w:type="dxa" w:w="2880"/>
          </w:tcPr>
          <w:p>
            <w:r>
              <w:t>唐诗源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数学与应用数学</w:t>
            </w:r>
          </w:p>
        </w:tc>
        <w:tc>
          <w:tcPr>
            <w:tcW w:type="dxa" w:w="2880"/>
          </w:tcPr>
          <w:p>
            <w:r>
              <w:t>倪灿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数学与应用数学</w:t>
            </w:r>
          </w:p>
        </w:tc>
        <w:tc>
          <w:tcPr>
            <w:tcW w:type="dxa" w:w="2880"/>
          </w:tcPr>
          <w:p>
            <w:r>
              <w:t>林炜鑫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数学与应用数学</w:t>
            </w:r>
          </w:p>
        </w:tc>
        <w:tc>
          <w:tcPr>
            <w:tcW w:type="dxa" w:w="2880"/>
          </w:tcPr>
          <w:p>
            <w:r>
              <w:t>潘伟杰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应用物理学</w:t>
            </w:r>
          </w:p>
        </w:tc>
        <w:tc>
          <w:tcPr>
            <w:tcW w:type="dxa" w:w="2880"/>
          </w:tcPr>
          <w:p>
            <w:r>
              <w:t>吉何何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应用物理学</w:t>
            </w:r>
          </w:p>
        </w:tc>
        <w:tc>
          <w:tcPr>
            <w:tcW w:type="dxa" w:w="2880"/>
          </w:tcPr>
          <w:p>
            <w:r>
              <w:t>田婧雯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光电信息科学与工程</w:t>
            </w:r>
          </w:p>
        </w:tc>
        <w:tc>
          <w:tcPr>
            <w:tcW w:type="dxa" w:w="2880"/>
          </w:tcPr>
          <w:p>
            <w:r>
              <w:t>顾志豪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光电信息科学与工程</w:t>
            </w:r>
          </w:p>
        </w:tc>
        <w:tc>
          <w:tcPr>
            <w:tcW w:type="dxa" w:w="2880"/>
          </w:tcPr>
          <w:p>
            <w:r>
              <w:t>林嘉伟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光电信息科学与工程</w:t>
            </w:r>
          </w:p>
        </w:tc>
        <w:tc>
          <w:tcPr>
            <w:tcW w:type="dxa" w:w="2880"/>
          </w:tcPr>
          <w:p>
            <w:r>
              <w:t>周屹韬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工程力学</w:t>
            </w:r>
          </w:p>
        </w:tc>
        <w:tc>
          <w:tcPr>
            <w:tcW w:type="dxa" w:w="2880"/>
          </w:tcPr>
          <w:p>
            <w:r>
              <w:t>孙宇飞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工程力学</w:t>
            </w:r>
          </w:p>
        </w:tc>
        <w:tc>
          <w:tcPr>
            <w:tcW w:type="dxa" w:w="2880"/>
          </w:tcPr>
          <w:p>
            <w:r>
              <w:t>张必涛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</w:tbl>
    <w:p>
      <w:r>
        <w:t>二、候补名单（2人）</w:t>
      </w:r>
    </w:p>
    <w:p>
      <w:r>
        <w:t>应用物理学：刘星雨</w:t>
      </w:r>
    </w:p>
    <w:p>
      <w:r>
        <w:t>数学与应用数学：朱开泰</w:t>
      </w:r>
    </w:p>
    <w:p>
      <w:r>
        <w:t>公示时间为2024年9月11日至2024年9月13日</w:t>
      </w:r>
    </w:p>
    <w:p>
      <w:r>
        <w:t>对以上公示如有异议，请向院、校推荐领导小组、校研究生院、校纪委反映，具体联系方式如下:</w:t>
      </w:r>
    </w:p>
    <w:p>
      <w:r>
        <w:t>数理科学学院电话: 025-58139527;</w:t>
      </w:r>
    </w:p>
    <w:p>
      <w:r>
        <w:t>校研究生院电话: 025-58139194; Email: yzb@njtech.edu.cn;</w:t>
      </w:r>
    </w:p>
    <w:p>
      <w:r>
        <w:t>校纪委电话: 025-58139069; Email: jubao@njtech.edu.cn</w:t>
      </w:r>
    </w:p>
    <w:p>
      <w:r>
        <w:t>南京工业大学数理科学学院</w:t>
      </w:r>
    </w:p>
    <w:p>
      <w:r>
        <w:t>2024年9月11日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