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建筑学院2016年本硕连读免试推荐研究生公示</w:t>
      </w:r>
    </w:p>
    <w:p>
      <w:r>
        <w:t>建筑学院根据学校关于做好2016年推荐优秀应届本科毕业生免试攻读硕士学位研究生工作的通知（南工【2015】研字第10号文件）的有关要求，经过学院推荐免试攻读硕士研究生领导小组对符合条件的候选人进行资格审查、综合考核（包括复试），确定以下同学为建筑学院2016年免试推荐硕士研究生，现予以公示：</w:t>
      </w:r>
    </w:p>
    <w:p>
      <w:r>
        <w:t>建筑学专业：城乡规划专业：</w:t>
      </w:r>
    </w:p>
    <w:p>
      <w:r>
        <w:t>1、蔡利媛1、李子静</w:t>
      </w:r>
    </w:p>
    <w:p>
      <w:r>
        <w:t>2、张宇涛2、陈森</w:t>
      </w:r>
    </w:p>
    <w:p>
      <w:r>
        <w:t>3、陈佳灯</w:t>
      </w:r>
    </w:p>
    <w:p>
      <w:r>
        <w:t>候补（建筑学）：</w:t>
      </w:r>
    </w:p>
    <w:p>
      <w:r>
        <w:t>陈慧贤</w:t>
      </w:r>
    </w:p>
    <w:p>
      <w:r>
        <w:t>若有异议请于公示后一周内向学院反映，电话025-51839459。</w:t>
      </w:r>
    </w:p>
    <w:p>
      <w:r>
        <w:t>建筑学院</w:t>
      </w:r>
    </w:p>
    <w:p>
      <w:r>
        <w:t>2015年9月18日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