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2025年城市建设学院本科生推荐免试攻读硕士学位名单公示</w:t>
      </w:r>
    </w:p>
    <w:p>
      <w:r>
        <w:t>根据南京工业大学《关于做好2025年推荐优秀应届本科毕业生免试攻读硕士学位研究生工作的通知》、《城市建设学院2025年推荐优秀应届本科毕业生免试攻读硕士学位研究生工作方案》等相关文件精神，经学生书面申请、学院推免生遴选工作小组全面审查、两个专家审核小组审查、学术专长认定答辩等程序综合考核，现将我院2025年推荐优秀应届本科毕业生免试攻读硕士学位研究生名单公示如下：</w:t>
      </w:r>
    </w:p>
    <w:p>
      <w:r>
        <w:t>王一婷（建筑环境与能源应用工程）</w:t>
      </w:r>
    </w:p>
    <w:p>
      <w:r>
        <w:t>文佳贝（建筑环境与能源应用工程）</w:t>
      </w:r>
    </w:p>
    <w:p>
      <w:r>
        <w:t>胡轩（建筑环境与能源应用工程）</w:t>
      </w:r>
    </w:p>
    <w:p>
      <w:r>
        <w:t>张兴隆（建筑环境与能源应用工程）</w:t>
      </w:r>
    </w:p>
    <w:p>
      <w:r>
        <w:t>荆佳舒（建筑环境与能源应用工程）</w:t>
      </w:r>
    </w:p>
    <w:p>
      <w:r>
        <w:t>刘倍宇（建筑环境与能源应用工程）</w:t>
      </w:r>
    </w:p>
    <w:p>
      <w:r>
        <w:t>殷凤双（给排水科学与工程）</w:t>
      </w:r>
    </w:p>
    <w:p>
      <w:r>
        <w:t>沈周唯（给排水科学与工程）</w:t>
      </w:r>
    </w:p>
    <w:p>
      <w:r>
        <w:t>岳扬（给排水科学与工程）</w:t>
      </w:r>
    </w:p>
    <w:p>
      <w:r>
        <w:t>王思雨（给排水科学与工程）</w:t>
      </w:r>
    </w:p>
    <w:p>
      <w:r>
        <w:t>比拉力·芒苏尔（给排水科学与工程）</w:t>
      </w:r>
    </w:p>
    <w:p>
      <w:r>
        <w:t>候补：邓雨悦（给排水科学与工程）</w:t>
      </w:r>
    </w:p>
    <w:p>
      <w:r>
        <w:t>具体得分和排名情况请见附件。如师生对推免生工作存在意见和建议，请及时向学院推免生遴选工作小组反映。</w:t>
      </w:r>
    </w:p>
    <w:p>
      <w:r>
        <w:t>联系电话：025-58139556；邮箱：drt@njtech.edu.cn</w:t>
      </w:r>
    </w:p>
    <w:p>
      <w:r>
        <w:t>公示时间：2024年9月11日至2024年9月13日</w:t>
      </w:r>
    </w:p>
    <w:p>
      <w:r>
        <w:t>城市建设学院</w:t>
      </w:r>
    </w:p>
    <w:p>
      <w:r>
        <w:t>2024年9月10日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