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城市建设学院2027年推荐免试攻读研究生材料审核成绩公示</w:t>
      </w:r>
    </w:p>
    <w:p>
      <w:r>
        <w:t>阅读次数：270发布时间：2026-09-22更新时间：2026-09-22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