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城市建设学院2026年推荐优秀应届本科毕业生免试攻读硕士研究生名单公示</w:t>
      </w:r>
    </w:p>
    <w:p>
      <w:r>
        <w:t>根据学校《关于做好202 6年推荐优秀应届本科毕业生免试攻读研究生工作的通知》、《城市建设学院202 6年推荐优秀应届本科毕业生免试攻读硕士研究生工作实施细则》等相关文件精神，经学生书面申请、学院推免工作小组全面审查、学院专家审核小组审查、学术专长认定答辩等程序综合考核，现将我院20 26年推荐优秀应届本科毕业生免试攻读硕士研究生名单公示如下：</w:t>
      </w:r>
    </w:p>
    <w:p>
      <w:r>
        <w:t>李好奇（给排水科学与工程）</w:t>
      </w:r>
    </w:p>
    <w:p>
      <w:r>
        <w:t>常宇航（给排水科学与工程）</w:t>
      </w:r>
    </w:p>
    <w:p>
      <w:r>
        <w:t>王超（给排水科学与工程）</w:t>
      </w:r>
    </w:p>
    <w:p>
      <w:r>
        <w:t>陈志航（给排水科学与工程）</w:t>
      </w:r>
    </w:p>
    <w:p>
      <w:r>
        <w:t>张瑞祺（给排水科学与工程）</w:t>
      </w:r>
    </w:p>
    <w:p>
      <w:r>
        <w:t>努尔曼·卡衣尔（给排水科学与工程）</w:t>
      </w:r>
    </w:p>
    <w:p>
      <w:r>
        <w:t>李卓凡（给排水科学与工程）</w:t>
      </w:r>
    </w:p>
    <w:p>
      <w:r>
        <w:t>王峙锴（建筑环境与能源应用工程）</w:t>
      </w:r>
    </w:p>
    <w:p>
      <w:r>
        <w:t>彭志强（建筑环境与能源应用工程）</w:t>
      </w:r>
    </w:p>
    <w:p>
      <w:r>
        <w:t>陈俊霖（建筑环境与能源应用工程）</w:t>
      </w:r>
    </w:p>
    <w:p>
      <w:r>
        <w:t>施怡宇（建筑环境与能源应用工程）</w:t>
      </w:r>
    </w:p>
    <w:p>
      <w:r>
        <w:t>董宇航（建筑环境与能源应用工程）</w:t>
      </w:r>
    </w:p>
    <w:p>
      <w:r>
        <w:t>何保奇（建筑环境与能源应用工程）</w:t>
      </w:r>
    </w:p>
    <w:p>
      <w:r>
        <w:t>候补：郑四豫（建筑环境与能源应用工程）</w:t>
      </w:r>
    </w:p>
    <w:p>
      <w:r>
        <w:t>具体得分和排名情况请见附件，申报材料展示于天工楼301。如师生对推免生工作存在意见和建议，请及时向学院推免工作小组反映。</w:t>
      </w:r>
    </w:p>
    <w:p>
      <w:r>
        <w:t>联系电话：025-58139556；</w:t>
      </w:r>
    </w:p>
    <w:p>
      <w:r>
        <w:t>邮箱：drt@njtech.edu.cn</w:t>
      </w:r>
    </w:p>
    <w:p>
      <w:r>
        <w:t>公示时间：202 5年9月5日至202 5年9月7日</w:t>
      </w:r>
    </w:p>
    <w:p>
      <w:r>
        <w:t>城市建设学院</w:t>
      </w:r>
    </w:p>
    <w:p>
      <w:r>
        <w:t>202 5年9月5日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