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土木工程学院2024年推荐优秀应届本科毕业生免试 攻读硕士学位研究生拟定名单公示</w:t>
      </w:r>
    </w:p>
    <w:p>
      <w:r>
        <w:t>根据研究生院《关于做好2024年推荐优秀应届本科毕业生免试攻读硕士学位研究生工作的通知》文件精神，经个人申请，学院专家审核小组对课程成绩、参军入伍服兵役、参加志愿服务、到国际组织实习、科研成果、全国竞赛获奖进行了审核，最后召开院推免生工作小组会议公示拟定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推荐顺序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课程平均绩点</w:t>
            </w:r>
          </w:p>
        </w:tc>
        <w:tc>
          <w:tcPr>
            <w:tcW w:type="dxa" w:w="1440"/>
          </w:tcPr>
          <w:p>
            <w:r>
              <w:t>学业成绩</w:t>
            </w:r>
          </w:p>
        </w:tc>
        <w:tc>
          <w:tcPr>
            <w:tcW w:type="dxa" w:w="1440"/>
          </w:tcPr>
          <w:p>
            <w:r>
              <w:t>全面发展综合成绩</w:t>
            </w:r>
          </w:p>
        </w:tc>
        <w:tc>
          <w:tcPr>
            <w:tcW w:type="dxa" w:w="1440"/>
          </w:tcPr>
          <w:p>
            <w:r>
              <w:t>总成绩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张佳静</w:t>
            </w:r>
          </w:p>
        </w:tc>
        <w:tc>
          <w:tcPr>
            <w:tcW w:type="dxa" w:w="1440"/>
          </w:tcPr>
          <w:p>
            <w:r>
              <w:t>3.92</w:t>
            </w:r>
          </w:p>
        </w:tc>
        <w:tc>
          <w:tcPr>
            <w:tcW w:type="dxa" w:w="1440"/>
          </w:tcPr>
          <w:p>
            <w:r>
              <w:t>69.64</w:t>
            </w:r>
          </w:p>
        </w:tc>
        <w:tc>
          <w:tcPr>
            <w:tcW w:type="dxa" w:w="1440"/>
          </w:tcPr>
          <w:p>
            <w:r>
              <w:t>11.00</w:t>
            </w:r>
          </w:p>
        </w:tc>
        <w:tc>
          <w:tcPr>
            <w:tcW w:type="dxa" w:w="1440"/>
          </w:tcPr>
          <w:p>
            <w:r>
              <w:t>80.64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徐林方</w:t>
            </w:r>
          </w:p>
        </w:tc>
        <w:tc>
          <w:tcPr>
            <w:tcW w:type="dxa" w:w="1440"/>
          </w:tcPr>
          <w:p>
            <w:r>
              <w:t>3.91</w:t>
            </w:r>
          </w:p>
        </w:tc>
        <w:tc>
          <w:tcPr>
            <w:tcW w:type="dxa" w:w="1440"/>
          </w:tcPr>
          <w:p>
            <w:r>
              <w:t>69.47</w:t>
            </w:r>
          </w:p>
        </w:tc>
        <w:tc>
          <w:tcPr>
            <w:tcW w:type="dxa" w:w="1440"/>
          </w:tcPr>
          <w:p>
            <w:r>
              <w:t>9.00</w:t>
            </w:r>
          </w:p>
        </w:tc>
        <w:tc>
          <w:tcPr>
            <w:tcW w:type="dxa" w:w="1440"/>
          </w:tcPr>
          <w:p>
            <w:r>
              <w:t>78.47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孙传斌</w:t>
            </w:r>
          </w:p>
        </w:tc>
        <w:tc>
          <w:tcPr>
            <w:tcW w:type="dxa" w:w="1440"/>
          </w:tcPr>
          <w:p>
            <w:r>
              <w:t>3.84</w:t>
            </w:r>
          </w:p>
        </w:tc>
        <w:tc>
          <w:tcPr>
            <w:tcW w:type="dxa" w:w="1440"/>
          </w:tcPr>
          <w:p>
            <w:r>
              <w:t>68.22</w:t>
            </w:r>
          </w:p>
        </w:tc>
        <w:tc>
          <w:tcPr>
            <w:tcW w:type="dxa" w:w="1440"/>
          </w:tcPr>
          <w:p>
            <w:r>
              <w:t>9.00</w:t>
            </w:r>
          </w:p>
        </w:tc>
        <w:tc>
          <w:tcPr>
            <w:tcW w:type="dxa" w:w="1440"/>
          </w:tcPr>
          <w:p>
            <w:r>
              <w:t>77.22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朱汉卿</w:t>
            </w:r>
          </w:p>
        </w:tc>
        <w:tc>
          <w:tcPr>
            <w:tcW w:type="dxa" w:w="1440"/>
          </w:tcPr>
          <w:p>
            <w:r>
              <w:t>3.94</w:t>
            </w:r>
          </w:p>
        </w:tc>
        <w:tc>
          <w:tcPr>
            <w:tcW w:type="dxa" w:w="1440"/>
          </w:tcPr>
          <w:p>
            <w:r>
              <w:t>70.00</w:t>
            </w:r>
          </w:p>
        </w:tc>
        <w:tc>
          <w:tcPr>
            <w:tcW w:type="dxa" w:w="1440"/>
          </w:tcPr>
          <w:p>
            <w:r>
              <w:t>7.00</w:t>
            </w:r>
          </w:p>
        </w:tc>
        <w:tc>
          <w:tcPr>
            <w:tcW w:type="dxa" w:w="1440"/>
          </w:tcPr>
          <w:p>
            <w:r>
              <w:t>77.00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李志容</w:t>
            </w:r>
          </w:p>
        </w:tc>
        <w:tc>
          <w:tcPr>
            <w:tcW w:type="dxa" w:w="1440"/>
          </w:tcPr>
          <w:p>
            <w:r>
              <w:t>3.93</w:t>
            </w:r>
          </w:p>
        </w:tc>
        <w:tc>
          <w:tcPr>
            <w:tcW w:type="dxa" w:w="1440"/>
          </w:tcPr>
          <w:p>
            <w:r>
              <w:t>69.82</w:t>
            </w:r>
          </w:p>
        </w:tc>
        <w:tc>
          <w:tcPr>
            <w:tcW w:type="dxa" w:w="1440"/>
          </w:tcPr>
          <w:p>
            <w:r>
              <w:t>5.50</w:t>
            </w:r>
          </w:p>
        </w:tc>
        <w:tc>
          <w:tcPr>
            <w:tcW w:type="dxa" w:w="1440"/>
          </w:tcPr>
          <w:p>
            <w:r>
              <w:t>75.32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何泽傲</w:t>
            </w:r>
          </w:p>
        </w:tc>
        <w:tc>
          <w:tcPr>
            <w:tcW w:type="dxa" w:w="1440"/>
          </w:tcPr>
          <w:p>
            <w:r>
              <w:t>3.83</w:t>
            </w:r>
          </w:p>
        </w:tc>
        <w:tc>
          <w:tcPr>
            <w:tcW w:type="dxa" w:w="1440"/>
          </w:tcPr>
          <w:p>
            <w:r>
              <w:t>68.05</w:t>
            </w:r>
          </w:p>
        </w:tc>
        <w:tc>
          <w:tcPr>
            <w:tcW w:type="dxa" w:w="1440"/>
          </w:tcPr>
          <w:p>
            <w:r>
              <w:t>7.00</w:t>
            </w:r>
          </w:p>
        </w:tc>
        <w:tc>
          <w:tcPr>
            <w:tcW w:type="dxa" w:w="1440"/>
          </w:tcPr>
          <w:p>
            <w:r>
              <w:t>75.05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夏丽娟</w:t>
            </w:r>
          </w:p>
        </w:tc>
        <w:tc>
          <w:tcPr>
            <w:tcW w:type="dxa" w:w="1440"/>
          </w:tcPr>
          <w:p>
            <w:r>
              <w:t>3.85</w:t>
            </w:r>
          </w:p>
        </w:tc>
        <w:tc>
          <w:tcPr>
            <w:tcW w:type="dxa" w:w="1440"/>
          </w:tcPr>
          <w:p>
            <w:r>
              <w:t>68.40</w:t>
            </w:r>
          </w:p>
        </w:tc>
        <w:tc>
          <w:tcPr>
            <w:tcW w:type="dxa" w:w="1440"/>
          </w:tcPr>
          <w:p>
            <w:r>
              <w:t>6.00</w:t>
            </w:r>
          </w:p>
        </w:tc>
        <w:tc>
          <w:tcPr>
            <w:tcW w:type="dxa" w:w="1440"/>
          </w:tcPr>
          <w:p>
            <w:r>
              <w:t>74.40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张恒</w:t>
            </w:r>
          </w:p>
        </w:tc>
        <w:tc>
          <w:tcPr>
            <w:tcW w:type="dxa" w:w="1440"/>
          </w:tcPr>
          <w:p>
            <w:r>
              <w:t>3.65</w:t>
            </w:r>
          </w:p>
        </w:tc>
        <w:tc>
          <w:tcPr>
            <w:tcW w:type="dxa" w:w="1440"/>
          </w:tcPr>
          <w:p>
            <w:r>
              <w:t>64.85</w:t>
            </w:r>
          </w:p>
        </w:tc>
        <w:tc>
          <w:tcPr>
            <w:tcW w:type="dxa" w:w="1440"/>
          </w:tcPr>
          <w:p>
            <w:r>
              <w:t>9.50</w:t>
            </w:r>
          </w:p>
        </w:tc>
        <w:tc>
          <w:tcPr>
            <w:tcW w:type="dxa" w:w="1440"/>
          </w:tcPr>
          <w:p>
            <w:r>
              <w:t>74.35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徐双</w:t>
            </w:r>
          </w:p>
        </w:tc>
        <w:tc>
          <w:tcPr>
            <w:tcW w:type="dxa" w:w="1440"/>
          </w:tcPr>
          <w:p>
            <w:r>
              <w:t>3.89</w:t>
            </w:r>
          </w:p>
        </w:tc>
        <w:tc>
          <w:tcPr>
            <w:tcW w:type="dxa" w:w="1440"/>
          </w:tcPr>
          <w:p>
            <w:r>
              <w:t>69.11</w:t>
            </w:r>
          </w:p>
        </w:tc>
        <w:tc>
          <w:tcPr>
            <w:tcW w:type="dxa" w:w="1440"/>
          </w:tcPr>
          <w:p>
            <w:r>
              <w:t>5.00</w:t>
            </w:r>
          </w:p>
        </w:tc>
        <w:tc>
          <w:tcPr>
            <w:tcW w:type="dxa" w:w="1440"/>
          </w:tcPr>
          <w:p>
            <w:r>
              <w:t>74.11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张子楠</w:t>
            </w:r>
          </w:p>
        </w:tc>
        <w:tc>
          <w:tcPr>
            <w:tcW w:type="dxa" w:w="1440"/>
          </w:tcPr>
          <w:p>
            <w:r>
              <w:t>3.80</w:t>
            </w:r>
          </w:p>
        </w:tc>
        <w:tc>
          <w:tcPr>
            <w:tcW w:type="dxa" w:w="1440"/>
          </w:tcPr>
          <w:p>
            <w:r>
              <w:t>67.51</w:t>
            </w:r>
          </w:p>
        </w:tc>
        <w:tc>
          <w:tcPr>
            <w:tcW w:type="dxa" w:w="1440"/>
          </w:tcPr>
          <w:p>
            <w:r>
              <w:t>6.00</w:t>
            </w:r>
          </w:p>
        </w:tc>
        <w:tc>
          <w:tcPr>
            <w:tcW w:type="dxa" w:w="1440"/>
          </w:tcPr>
          <w:p>
            <w:r>
              <w:t>73.51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陈星宏</w:t>
            </w:r>
          </w:p>
        </w:tc>
        <w:tc>
          <w:tcPr>
            <w:tcW w:type="dxa" w:w="1440"/>
          </w:tcPr>
          <w:p>
            <w:r>
              <w:t>3.76</w:t>
            </w:r>
          </w:p>
        </w:tc>
        <w:tc>
          <w:tcPr>
            <w:tcW w:type="dxa" w:w="1440"/>
          </w:tcPr>
          <w:p>
            <w:r>
              <w:t>66.80</w:t>
            </w:r>
          </w:p>
        </w:tc>
        <w:tc>
          <w:tcPr>
            <w:tcW w:type="dxa" w:w="1440"/>
          </w:tcPr>
          <w:p>
            <w:r>
              <w:t>5.25</w:t>
            </w:r>
          </w:p>
        </w:tc>
        <w:tc>
          <w:tcPr>
            <w:tcW w:type="dxa" w:w="1440"/>
          </w:tcPr>
          <w:p>
            <w:r>
              <w:t>72.05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王思远</w:t>
            </w:r>
          </w:p>
        </w:tc>
        <w:tc>
          <w:tcPr>
            <w:tcW w:type="dxa" w:w="1440"/>
          </w:tcPr>
          <w:p>
            <w:r>
              <w:t>3.52</w:t>
            </w:r>
          </w:p>
        </w:tc>
        <w:tc>
          <w:tcPr>
            <w:tcW w:type="dxa" w:w="1440"/>
          </w:tcPr>
          <w:p>
            <w:r>
              <w:t>62.54</w:t>
            </w:r>
          </w:p>
        </w:tc>
        <w:tc>
          <w:tcPr>
            <w:tcW w:type="dxa" w:w="1440"/>
          </w:tcPr>
          <w:p>
            <w:r>
              <w:t>9.25</w:t>
            </w:r>
          </w:p>
        </w:tc>
        <w:tc>
          <w:tcPr>
            <w:tcW w:type="dxa" w:w="1440"/>
          </w:tcPr>
          <w:p>
            <w:r>
              <w:t>71.79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殷捷</w:t>
            </w:r>
          </w:p>
        </w:tc>
        <w:tc>
          <w:tcPr>
            <w:tcW w:type="dxa" w:w="1440"/>
          </w:tcPr>
          <w:p>
            <w:r>
              <w:t>3.93</w:t>
            </w:r>
          </w:p>
        </w:tc>
        <w:tc>
          <w:tcPr>
            <w:tcW w:type="dxa" w:w="1440"/>
          </w:tcPr>
          <w:p>
            <w:r>
              <w:t>69.82</w:t>
            </w:r>
          </w:p>
        </w:tc>
        <w:tc>
          <w:tcPr>
            <w:tcW w:type="dxa" w:w="1440"/>
          </w:tcPr>
          <w:p>
            <w:r>
              <w:t>0.25</w:t>
            </w:r>
          </w:p>
        </w:tc>
        <w:tc>
          <w:tcPr>
            <w:tcW w:type="dxa" w:w="1440"/>
          </w:tcPr>
          <w:p>
            <w:r>
              <w:t>70.07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柏昊均</w:t>
            </w:r>
          </w:p>
        </w:tc>
        <w:tc>
          <w:tcPr>
            <w:tcW w:type="dxa" w:w="1440"/>
          </w:tcPr>
          <w:p>
            <w:r>
              <w:t>3.91</w:t>
            </w:r>
          </w:p>
        </w:tc>
        <w:tc>
          <w:tcPr>
            <w:tcW w:type="dxa" w:w="1440"/>
          </w:tcPr>
          <w:p>
            <w:r>
              <w:t>69.47</w:t>
            </w:r>
          </w:p>
        </w:tc>
        <w:tc>
          <w:tcPr>
            <w:tcW w:type="dxa" w:w="1440"/>
          </w:tcPr>
          <w:p>
            <w:r>
              <w:t>0.25</w:t>
            </w:r>
          </w:p>
        </w:tc>
        <w:tc>
          <w:tcPr>
            <w:tcW w:type="dxa" w:w="1440"/>
          </w:tcPr>
          <w:p>
            <w:r>
              <w:t>69.72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沈程杰</w:t>
            </w:r>
          </w:p>
        </w:tc>
        <w:tc>
          <w:tcPr>
            <w:tcW w:type="dxa" w:w="1440"/>
          </w:tcPr>
          <w:p>
            <w:r>
              <w:t>3.53</w:t>
            </w:r>
          </w:p>
        </w:tc>
        <w:tc>
          <w:tcPr>
            <w:tcW w:type="dxa" w:w="1440"/>
          </w:tcPr>
          <w:p>
            <w:r>
              <w:t>62.72</w:t>
            </w:r>
          </w:p>
        </w:tc>
        <w:tc>
          <w:tcPr>
            <w:tcW w:type="dxa" w:w="1440"/>
          </w:tcPr>
          <w:p>
            <w:r>
              <w:t>6.25</w:t>
            </w:r>
          </w:p>
        </w:tc>
        <w:tc>
          <w:tcPr>
            <w:tcW w:type="dxa" w:w="1440"/>
          </w:tcPr>
          <w:p>
            <w:r>
              <w:t>68.97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郭紫柔</w:t>
            </w:r>
          </w:p>
        </w:tc>
        <w:tc>
          <w:tcPr>
            <w:tcW w:type="dxa" w:w="1440"/>
          </w:tcPr>
          <w:p>
            <w:r>
              <w:t>3.87</w:t>
            </w:r>
          </w:p>
        </w:tc>
        <w:tc>
          <w:tcPr>
            <w:tcW w:type="dxa" w:w="1440"/>
          </w:tcPr>
          <w:p>
            <w:r>
              <w:t>68.76</w:t>
            </w:r>
          </w:p>
        </w:tc>
        <w:tc>
          <w:tcPr>
            <w:tcW w:type="dxa" w:w="1440"/>
          </w:tcPr>
          <w:p>
            <w:r>
              <w:t>0.00</w:t>
            </w:r>
          </w:p>
        </w:tc>
        <w:tc>
          <w:tcPr>
            <w:tcW w:type="dxa" w:w="1440"/>
          </w:tcPr>
          <w:p>
            <w:r>
              <w:t>68.76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邹萍</w:t>
            </w:r>
          </w:p>
        </w:tc>
        <w:tc>
          <w:tcPr>
            <w:tcW w:type="dxa" w:w="1440"/>
          </w:tcPr>
          <w:p>
            <w:r>
              <w:t>3.81</w:t>
            </w:r>
          </w:p>
        </w:tc>
        <w:tc>
          <w:tcPr>
            <w:tcW w:type="dxa" w:w="1440"/>
          </w:tcPr>
          <w:p>
            <w:r>
              <w:t>67.69</w:t>
            </w:r>
          </w:p>
        </w:tc>
        <w:tc>
          <w:tcPr>
            <w:tcW w:type="dxa" w:w="1440"/>
          </w:tcPr>
          <w:p>
            <w:r>
              <w:t>0.00</w:t>
            </w:r>
          </w:p>
        </w:tc>
        <w:tc>
          <w:tcPr>
            <w:tcW w:type="dxa" w:w="1440"/>
          </w:tcPr>
          <w:p>
            <w:r>
              <w:t>67.69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封士鹏</w:t>
            </w:r>
          </w:p>
        </w:tc>
        <w:tc>
          <w:tcPr>
            <w:tcW w:type="dxa" w:w="1440"/>
          </w:tcPr>
          <w:p>
            <w:r>
              <w:t>3.78</w:t>
            </w:r>
          </w:p>
        </w:tc>
        <w:tc>
          <w:tcPr>
            <w:tcW w:type="dxa" w:w="1440"/>
          </w:tcPr>
          <w:p>
            <w:r>
              <w:t>67.16</w:t>
            </w:r>
          </w:p>
        </w:tc>
        <w:tc>
          <w:tcPr>
            <w:tcW w:type="dxa" w:w="1440"/>
          </w:tcPr>
          <w:p>
            <w:r>
              <w:t>0.00</w:t>
            </w:r>
          </w:p>
        </w:tc>
        <w:tc>
          <w:tcPr>
            <w:tcW w:type="dxa" w:w="1440"/>
          </w:tcPr>
          <w:p>
            <w:r>
              <w:t>67.16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王础岩</w:t>
            </w:r>
          </w:p>
        </w:tc>
        <w:tc>
          <w:tcPr>
            <w:tcW w:type="dxa" w:w="1440"/>
          </w:tcPr>
          <w:p>
            <w:r>
              <w:t>3.37</w:t>
            </w:r>
          </w:p>
        </w:tc>
        <w:tc>
          <w:tcPr>
            <w:tcW w:type="dxa" w:w="1440"/>
          </w:tcPr>
          <w:p>
            <w:r>
              <w:t>59.87</w:t>
            </w:r>
          </w:p>
        </w:tc>
        <w:tc>
          <w:tcPr>
            <w:tcW w:type="dxa" w:w="1440"/>
          </w:tcPr>
          <w:p>
            <w:r>
              <w:t>7.00</w:t>
            </w:r>
          </w:p>
        </w:tc>
        <w:tc>
          <w:tcPr>
            <w:tcW w:type="dxa" w:w="1440"/>
          </w:tcPr>
          <w:p>
            <w:r>
              <w:t>66.87</w:t>
            </w:r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王绍钦</w:t>
            </w:r>
          </w:p>
        </w:tc>
        <w:tc>
          <w:tcPr>
            <w:tcW w:type="dxa" w:w="1440"/>
          </w:tcPr>
          <w:p>
            <w:r>
              <w:t>3.76</w:t>
            </w:r>
          </w:p>
        </w:tc>
        <w:tc>
          <w:tcPr>
            <w:tcW w:type="dxa" w:w="1440"/>
          </w:tcPr>
          <w:p>
            <w:r>
              <w:t>66.80</w:t>
            </w:r>
          </w:p>
        </w:tc>
        <w:tc>
          <w:tcPr>
            <w:tcW w:type="dxa" w:w="1440"/>
          </w:tcPr>
          <w:p>
            <w:r>
              <w:t>0.00</w:t>
            </w:r>
          </w:p>
        </w:tc>
        <w:tc>
          <w:tcPr>
            <w:tcW w:type="dxa" w:w="1440"/>
          </w:tcPr>
          <w:p>
            <w:r>
              <w:t>66.80</w:t>
            </w:r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李雅琪</w:t>
            </w:r>
          </w:p>
        </w:tc>
        <w:tc>
          <w:tcPr>
            <w:tcW w:type="dxa" w:w="1440"/>
          </w:tcPr>
          <w:p>
            <w:r>
              <w:t>3.75</w:t>
            </w:r>
          </w:p>
        </w:tc>
        <w:tc>
          <w:tcPr>
            <w:tcW w:type="dxa" w:w="1440"/>
          </w:tcPr>
          <w:p>
            <w:r>
              <w:t>66.62</w:t>
            </w:r>
          </w:p>
        </w:tc>
        <w:tc>
          <w:tcPr>
            <w:tcW w:type="dxa" w:w="1440"/>
          </w:tcPr>
          <w:p>
            <w:r>
              <w:t>0.00</w:t>
            </w:r>
          </w:p>
        </w:tc>
        <w:tc>
          <w:tcPr>
            <w:tcW w:type="dxa" w:w="1440"/>
          </w:tcPr>
          <w:p>
            <w:r>
              <w:t>66.62</w:t>
            </w:r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姚天豫</w:t>
            </w:r>
          </w:p>
        </w:tc>
        <w:tc>
          <w:tcPr>
            <w:tcW w:type="dxa" w:w="1440"/>
          </w:tcPr>
          <w:p>
            <w:r>
              <w:t>3.52</w:t>
            </w:r>
          </w:p>
        </w:tc>
        <w:tc>
          <w:tcPr>
            <w:tcW w:type="dxa" w:w="1440"/>
          </w:tcPr>
          <w:p>
            <w:r>
              <w:t>62.54</w:t>
            </w:r>
          </w:p>
        </w:tc>
        <w:tc>
          <w:tcPr>
            <w:tcW w:type="dxa" w:w="1440"/>
          </w:tcPr>
          <w:p>
            <w:r>
              <w:t>4.00</w:t>
            </w:r>
          </w:p>
        </w:tc>
        <w:tc>
          <w:tcPr>
            <w:tcW w:type="dxa" w:w="1440"/>
          </w:tcPr>
          <w:p>
            <w:r>
              <w:t>66.54</w:t>
            </w:r>
          </w:p>
        </w:tc>
      </w:tr>
    </w:tbl>
    <w:p>
      <w:r>
        <w:t>现予以公示，如有意见可向学院反映。李军辉：025-58139597，黄乐：025-58139596。</w:t>
      </w:r>
    </w:p>
    <w:p>
      <w:r>
        <w:t>土木工程学院</w:t>
      </w:r>
    </w:p>
    <w:p>
      <w:r>
        <w:t>二0二三年九月二十日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