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土木工程学院2024年推荐优秀应届本科毕业生免试 攻读硕士学位研究生拟定候补名单公示</w:t>
      </w:r>
    </w:p>
    <w:p>
      <w:r>
        <w:t>根据研究生院《关于做好2024年推荐优秀应届本科毕业生免试攻读硕士学位研究生工作的通知》文件精神，经个人申请，学院专家审核小组对课程成绩、参军入伍服兵役、参加志愿服务、到国际组织实习、科研成果、全国竞赛获奖进行了审核，最后召开院推免生工作小组会议公示拟定候补名单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推荐顺序</w:t>
            </w:r>
          </w:p>
        </w:tc>
        <w:tc>
          <w:tcPr>
            <w:tcW w:type="dxa" w:w="1234"/>
          </w:tcPr>
          <w:p>
            <w:r>
              <w:t>姓名</w:t>
            </w:r>
          </w:p>
        </w:tc>
        <w:tc>
          <w:tcPr>
            <w:tcW w:type="dxa" w:w="1234"/>
          </w:tcPr>
          <w:p>
            <w:r>
              <w:t>课程平均绩点</w:t>
            </w:r>
          </w:p>
        </w:tc>
        <w:tc>
          <w:tcPr>
            <w:tcW w:type="dxa" w:w="1234"/>
          </w:tcPr>
          <w:p>
            <w:r>
              <w:t>学业成绩</w:t>
            </w:r>
          </w:p>
        </w:tc>
        <w:tc>
          <w:tcPr>
            <w:tcW w:type="dxa" w:w="1234"/>
          </w:tcPr>
          <w:p>
            <w:r>
              <w:t>全面发展综合成绩</w:t>
            </w:r>
          </w:p>
        </w:tc>
        <w:tc>
          <w:tcPr>
            <w:tcW w:type="dxa" w:w="1234"/>
          </w:tcPr>
          <w:p>
            <w:r>
              <w:t>总成绩</w:t>
            </w:r>
          </w:p>
        </w:tc>
        <w:tc>
          <w:tcPr>
            <w:tcW w:type="dxa" w:w="1234"/>
          </w:tcPr>
          <w:p>
            <w:r>
              <w:t>备注</w:t>
            </w:r>
          </w:p>
        </w:tc>
      </w:tr>
      <w:tr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周天宝</w:t>
            </w:r>
          </w:p>
        </w:tc>
        <w:tc>
          <w:tcPr>
            <w:tcW w:type="dxa" w:w="1234"/>
          </w:tcPr>
          <w:p>
            <w:r>
              <w:t>3.70</w:t>
            </w:r>
          </w:p>
        </w:tc>
        <w:tc>
          <w:tcPr>
            <w:tcW w:type="dxa" w:w="1234"/>
          </w:tcPr>
          <w:p>
            <w:r>
              <w:t>65.74</w:t>
            </w:r>
          </w:p>
        </w:tc>
        <w:tc>
          <w:tcPr>
            <w:tcW w:type="dxa" w:w="1234"/>
          </w:tcPr>
          <w:p>
            <w:r>
              <w:t>0.00</w:t>
            </w:r>
          </w:p>
        </w:tc>
        <w:tc>
          <w:tcPr>
            <w:tcW w:type="dxa" w:w="1234"/>
          </w:tcPr>
          <w:p>
            <w:r>
              <w:t>65.74</w:t>
            </w:r>
          </w:p>
        </w:tc>
        <w:tc>
          <w:tcPr>
            <w:tcW w:type="dxa" w:w="1234"/>
          </w:tcPr>
          <w:p>
            <w:r>
              <w:t>候补1</w:t>
            </w:r>
          </w:p>
        </w:tc>
      </w:tr>
      <w:tr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杨衡</w:t>
            </w:r>
          </w:p>
        </w:tc>
        <w:tc>
          <w:tcPr>
            <w:tcW w:type="dxa" w:w="1234"/>
          </w:tcPr>
          <w:p>
            <w:r>
              <w:t>3.69</w:t>
            </w:r>
          </w:p>
        </w:tc>
        <w:tc>
          <w:tcPr>
            <w:tcW w:type="dxa" w:w="1234"/>
          </w:tcPr>
          <w:p>
            <w:r>
              <w:t>65.56</w:t>
            </w:r>
          </w:p>
        </w:tc>
        <w:tc>
          <w:tcPr>
            <w:tcW w:type="dxa" w:w="1234"/>
          </w:tcPr>
          <w:p>
            <w:r>
              <w:t>0.00</w:t>
            </w:r>
          </w:p>
        </w:tc>
        <w:tc>
          <w:tcPr>
            <w:tcW w:type="dxa" w:w="1234"/>
          </w:tcPr>
          <w:p>
            <w:r>
              <w:t>65.56</w:t>
            </w:r>
          </w:p>
        </w:tc>
        <w:tc>
          <w:tcPr>
            <w:tcW w:type="dxa" w:w="1234"/>
          </w:tcPr>
          <w:p>
            <w:r>
              <w:t>候补2</w:t>
            </w:r>
          </w:p>
        </w:tc>
      </w:tr>
    </w:tbl>
    <w:p>
      <w:r>
        <w:t>现予以公示，如有意见可向学院反映。李军辉：025-58139597，黄乐：025-58139596。</w:t>
      </w:r>
    </w:p>
    <w:p>
      <w:r>
        <w:t>土木工程学院</w:t>
      </w:r>
    </w:p>
    <w:p>
      <w:r>
        <w:t>二0二三年九月二十二日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